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44E37D" w14:textId="77777777" w:rsidR="000D4DCB" w:rsidRDefault="001D44C4">
      <w:r>
        <w:rPr>
          <w:noProof/>
        </w:rPr>
        <w:drawing>
          <wp:anchor distT="0" distB="0" distL="114300" distR="114300" simplePos="0" relativeHeight="251658240" behindDoc="1" locked="0" layoutInCell="1" allowOverlap="1" wp14:anchorId="286E5A89" wp14:editId="0CA0B33B">
            <wp:simplePos x="0" y="0"/>
            <wp:positionH relativeFrom="column">
              <wp:posOffset>25400</wp:posOffset>
            </wp:positionH>
            <wp:positionV relativeFrom="paragraph">
              <wp:posOffset>25400</wp:posOffset>
            </wp:positionV>
            <wp:extent cx="7743598" cy="10020300"/>
            <wp:effectExtent l="0" t="0" r="3810" b="0"/>
            <wp:wrapNone/>
            <wp:docPr id="1356722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722150" name="Picture 1356722150"/>
                    <pic:cNvPicPr/>
                  </pic:nvPicPr>
                  <pic:blipFill>
                    <a:blip r:embed="rId8"/>
                    <a:stretch>
                      <a:fillRect/>
                    </a:stretch>
                  </pic:blipFill>
                  <pic:spPr>
                    <a:xfrm>
                      <a:off x="0" y="0"/>
                      <a:ext cx="7785687" cy="10074764"/>
                    </a:xfrm>
                    <a:prstGeom prst="rect">
                      <a:avLst/>
                    </a:prstGeom>
                  </pic:spPr>
                </pic:pic>
              </a:graphicData>
            </a:graphic>
            <wp14:sizeRelH relativeFrom="page">
              <wp14:pctWidth>0</wp14:pctWidth>
            </wp14:sizeRelH>
            <wp14:sizeRelV relativeFrom="page">
              <wp14:pctHeight>0</wp14:pctHeight>
            </wp14:sizeRelV>
          </wp:anchor>
        </w:drawing>
      </w:r>
    </w:p>
    <w:p w14:paraId="2FD80C2D" w14:textId="77777777" w:rsidR="000D4DCB" w:rsidRDefault="000D4DCB">
      <w:pPr>
        <w:sectPr w:rsidR="000D4DCB">
          <w:footerReference w:type="default" r:id="rId9"/>
          <w:pgSz w:w="12240" w:h="15840"/>
          <w:pgMar w:top="0" w:right="0" w:bottom="0" w:left="0" w:header="720" w:footer="720" w:gutter="0"/>
          <w:cols w:space="720"/>
          <w:docGrid w:linePitch="360"/>
        </w:sectPr>
      </w:pPr>
    </w:p>
    <w:p w14:paraId="0E57E50E" w14:textId="77777777" w:rsidR="000D4DCB" w:rsidRDefault="00091397">
      <w:pPr>
        <w:spacing w:after="120" w:line="264" w:lineRule="auto"/>
      </w:pPr>
      <w:r>
        <w:rPr>
          <w:rFonts w:ascii="Calibri" w:eastAsia="Calibri" w:hAnsi="Calibri" w:cs="Calibri"/>
          <w:b/>
          <w:color w:val="1F3A5F"/>
          <w:sz w:val="44"/>
        </w:rPr>
        <w:lastRenderedPageBreak/>
        <w:t>Welcome to your Master Project!</w:t>
      </w:r>
    </w:p>
    <w:p w14:paraId="5CFB013B" w14:textId="77777777" w:rsidR="000D4DCB" w:rsidRDefault="00091397">
      <w:pPr>
        <w:spacing w:after="120" w:line="264" w:lineRule="auto"/>
      </w:pPr>
      <w:r>
        <w:rPr>
          <w:rFonts w:eastAsia="Georgia" w:cs="Georgia"/>
          <w:color w:val="222222"/>
        </w:rPr>
        <w:t xml:space="preserve">This year you will come to know the Master, Jesus Christ. </w:t>
      </w:r>
      <w:r w:rsidR="0075343D">
        <w:t>You will do this by learning about a hero who showed qualities that follow His example</w:t>
      </w:r>
      <w:r>
        <w:rPr>
          <w:rFonts w:eastAsia="Georgia" w:cs="Georgia"/>
          <w:color w:val="222222"/>
        </w:rPr>
        <w:t>. Each step in this workbook takes about 15–20 minutes and helps you make one page of your Master Project Notebook. Do the steps in order. Keep each finished page in the right part of your binder.</w:t>
      </w:r>
    </w:p>
    <w:p w14:paraId="246B28A6" w14:textId="77777777" w:rsidR="000D4DCB" w:rsidRDefault="00091397">
      <w:pPr>
        <w:spacing w:after="160" w:line="264" w:lineRule="auto"/>
      </w:pPr>
      <w:r>
        <w:rPr>
          <w:rFonts w:eastAsia="Georgia" w:cs="Georgia"/>
          <w:color w:val="222222"/>
        </w:rPr>
        <w:t>Pray as you learn about your hero, do your best work, and get ready to share what you learned. As you do, you will come closer to your Savior. You will want to help His work move forward all your life. You will become “more useful in the Hands of the Lord in building the Kingdom of God on Earth” (AHS Mission Statement).</w:t>
      </w:r>
    </w:p>
    <w:p w14:paraId="3E033794" w14:textId="77777777" w:rsidR="000D4DCB" w:rsidRDefault="00091397">
      <w:pPr>
        <w:spacing w:after="160" w:line="264" w:lineRule="auto"/>
      </w:pPr>
      <w:r>
        <w:rPr>
          <w:rFonts w:ascii="Calibri" w:eastAsia="Calibri" w:hAnsi="Calibri" w:cs="Calibri"/>
          <w:b/>
          <w:color w:val="1F3A5F"/>
          <w:sz w:val="21"/>
        </w:rPr>
        <w:t xml:space="preserve">A note for parents: </w:t>
      </w:r>
      <w:r>
        <w:rPr>
          <w:rFonts w:eastAsia="Georgia" w:cs="Georgia"/>
          <w:color w:val="222222"/>
          <w:sz w:val="21"/>
        </w:rPr>
        <w:t>Younger scholars may need help finding sources, reading, and typing. Talk together about what they learn, and let your scholar do the thinking and writing in their own words.</w:t>
      </w:r>
    </w:p>
    <w:p w14:paraId="1C78095A" w14:textId="77777777" w:rsidR="000D4DCB" w:rsidRDefault="00091397">
      <w:pPr>
        <w:spacing w:after="80" w:line="264" w:lineRule="auto"/>
      </w:pPr>
      <w:r>
        <w:rPr>
          <w:rFonts w:ascii="Calibri" w:eastAsia="Calibri" w:hAnsi="Calibri" w:cs="Calibri"/>
          <w:b/>
          <w:color w:val="1F3A5F"/>
          <w:sz w:val="26"/>
        </w:rPr>
        <w:t>Materials You Will Need</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0D4DCB" w14:paraId="076141BD" w14:textId="77777777">
        <w:tc>
          <w:tcPr>
            <w:tcW w:w="10080" w:type="dxa"/>
            <w:gridSpan w:val="2"/>
            <w:shd w:val="clear" w:color="auto" w:fill="E8EEF5"/>
            <w:tcMar>
              <w:top w:w="50" w:type="dxa"/>
              <w:left w:w="120" w:type="dxa"/>
              <w:bottom w:w="50" w:type="dxa"/>
              <w:right w:w="120" w:type="dxa"/>
            </w:tcMar>
          </w:tcPr>
          <w:p w14:paraId="440B7A57" w14:textId="77777777" w:rsidR="000D4DCB" w:rsidRDefault="00091397">
            <w:r>
              <w:rPr>
                <w:rFonts w:ascii="Calibri" w:eastAsia="Calibri" w:hAnsi="Calibri" w:cs="Calibri"/>
                <w:b/>
                <w:color w:val="1F3A5F"/>
                <w:sz w:val="21"/>
              </w:rPr>
              <w:t>Gather these before you begin</w:t>
            </w:r>
          </w:p>
        </w:tc>
      </w:tr>
      <w:tr w:rsidR="000D4DCB" w14:paraId="6EADB814" w14:textId="77777777">
        <w:tc>
          <w:tcPr>
            <w:tcW w:w="5040" w:type="dxa"/>
            <w:tcMar>
              <w:top w:w="40" w:type="dxa"/>
              <w:left w:w="120" w:type="dxa"/>
              <w:bottom w:w="40" w:type="dxa"/>
              <w:right w:w="80" w:type="dxa"/>
            </w:tcMar>
          </w:tcPr>
          <w:p w14:paraId="392392E1"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3</w:t>
            </w:r>
            <w:proofErr w:type="gramEnd"/>
            <w:r>
              <w:rPr>
                <w:rFonts w:ascii="Calibri" w:eastAsia="Calibri" w:hAnsi="Calibri" w:cs="Calibri"/>
                <w:color w:val="222222"/>
                <w:sz w:val="20"/>
              </w:rPr>
              <w:t>-ring binder (1–1½ inch is ideal)</w:t>
            </w:r>
          </w:p>
        </w:tc>
        <w:tc>
          <w:tcPr>
            <w:tcW w:w="5040" w:type="dxa"/>
            <w:tcMar>
              <w:top w:w="40" w:type="dxa"/>
              <w:left w:w="120" w:type="dxa"/>
              <w:bottom w:w="40" w:type="dxa"/>
              <w:right w:w="80" w:type="dxa"/>
            </w:tcMar>
          </w:tcPr>
          <w:p w14:paraId="24C68374"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Printer</w:t>
            </w:r>
            <w:proofErr w:type="gramEnd"/>
            <w:r>
              <w:rPr>
                <w:rFonts w:ascii="Calibri" w:eastAsia="Calibri" w:hAnsi="Calibri" w:cs="Calibri"/>
                <w:color w:val="222222"/>
                <w:sz w:val="20"/>
              </w:rPr>
              <w:t xml:space="preserve"> and printer paper</w:t>
            </w:r>
          </w:p>
        </w:tc>
      </w:tr>
      <w:tr w:rsidR="000D4DCB" w14:paraId="5545D994" w14:textId="77777777">
        <w:tc>
          <w:tcPr>
            <w:tcW w:w="5040" w:type="dxa"/>
            <w:tcMar>
              <w:top w:w="40" w:type="dxa"/>
              <w:left w:w="120" w:type="dxa"/>
              <w:bottom w:w="40" w:type="dxa"/>
              <w:right w:w="80" w:type="dxa"/>
            </w:tcMar>
          </w:tcPr>
          <w:p w14:paraId="197BC749"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Heavy</w:t>
            </w:r>
            <w:proofErr w:type="gramEnd"/>
            <w:r>
              <w:rPr>
                <w:rFonts w:ascii="Calibri" w:eastAsia="Calibri" w:hAnsi="Calibri" w:cs="Calibri"/>
                <w:color w:val="222222"/>
                <w:sz w:val="20"/>
              </w:rPr>
              <w:t xml:space="preserve"> paper (cardstock) for the cover, spine label, and dividers</w:t>
            </w:r>
          </w:p>
        </w:tc>
        <w:tc>
          <w:tcPr>
            <w:tcW w:w="5040" w:type="dxa"/>
            <w:tcMar>
              <w:top w:w="40" w:type="dxa"/>
              <w:left w:w="120" w:type="dxa"/>
              <w:bottom w:w="40" w:type="dxa"/>
              <w:right w:w="80" w:type="dxa"/>
            </w:tcMar>
          </w:tcPr>
          <w:p w14:paraId="3C990447"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A</w:t>
            </w:r>
            <w:proofErr w:type="gramEnd"/>
            <w:r>
              <w:rPr>
                <w:rFonts w:ascii="Calibri" w:eastAsia="Calibri" w:hAnsi="Calibri" w:cs="Calibri"/>
                <w:color w:val="222222"/>
                <w:sz w:val="20"/>
              </w:rPr>
              <w:t xml:space="preserve"> computer with internet</w:t>
            </w:r>
          </w:p>
        </w:tc>
      </w:tr>
      <w:tr w:rsidR="000D4DCB" w14:paraId="4326F2AD" w14:textId="77777777">
        <w:tc>
          <w:tcPr>
            <w:tcW w:w="5040" w:type="dxa"/>
            <w:tcMar>
              <w:top w:w="40" w:type="dxa"/>
              <w:left w:w="120" w:type="dxa"/>
              <w:bottom w:w="40" w:type="dxa"/>
              <w:right w:w="80" w:type="dxa"/>
            </w:tcMar>
          </w:tcPr>
          <w:p w14:paraId="73B8EF09"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Clear</w:t>
            </w:r>
            <w:proofErr w:type="gramEnd"/>
            <w:r>
              <w:rPr>
                <w:rFonts w:ascii="Calibri" w:eastAsia="Calibri" w:hAnsi="Calibri" w:cs="Calibri"/>
                <w:color w:val="222222"/>
                <w:sz w:val="20"/>
              </w:rPr>
              <w:t xml:space="preserve"> plastic page protectors</w:t>
            </w:r>
          </w:p>
        </w:tc>
        <w:tc>
          <w:tcPr>
            <w:tcW w:w="5040" w:type="dxa"/>
            <w:tcMar>
              <w:top w:w="40" w:type="dxa"/>
              <w:left w:w="120" w:type="dxa"/>
              <w:bottom w:w="40" w:type="dxa"/>
              <w:right w:w="80" w:type="dxa"/>
            </w:tcMar>
          </w:tcPr>
          <w:p w14:paraId="18B7182B"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A</w:t>
            </w:r>
            <w:proofErr w:type="gramEnd"/>
            <w:r>
              <w:rPr>
                <w:rFonts w:ascii="Calibri" w:eastAsia="Calibri" w:hAnsi="Calibri" w:cs="Calibri"/>
                <w:color w:val="222222"/>
                <w:sz w:val="20"/>
              </w:rPr>
              <w:t xml:space="preserve"> phone or camera for photos and videos</w:t>
            </w:r>
          </w:p>
        </w:tc>
      </w:tr>
      <w:tr w:rsidR="000D4DCB" w14:paraId="20204F7D" w14:textId="77777777">
        <w:tc>
          <w:tcPr>
            <w:tcW w:w="5040" w:type="dxa"/>
            <w:tcMar>
              <w:top w:w="40" w:type="dxa"/>
              <w:left w:w="120" w:type="dxa"/>
              <w:bottom w:w="40" w:type="dxa"/>
              <w:right w:w="80" w:type="dxa"/>
            </w:tcMar>
          </w:tcPr>
          <w:p w14:paraId="4838B482"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A</w:t>
            </w:r>
            <w:proofErr w:type="gramEnd"/>
            <w:r>
              <w:rPr>
                <w:rFonts w:ascii="Calibri" w:eastAsia="Calibri" w:hAnsi="Calibri" w:cs="Calibri"/>
                <w:color w:val="222222"/>
                <w:sz w:val="20"/>
              </w:rPr>
              <w:t xml:space="preserve"> notebook for your notes</w:t>
            </w:r>
          </w:p>
        </w:tc>
        <w:tc>
          <w:tcPr>
            <w:tcW w:w="5040" w:type="dxa"/>
            <w:tcMar>
              <w:top w:w="40" w:type="dxa"/>
              <w:left w:w="120" w:type="dxa"/>
              <w:bottom w:w="40" w:type="dxa"/>
              <w:right w:w="80" w:type="dxa"/>
            </w:tcMar>
          </w:tcPr>
          <w:p w14:paraId="4271BB04"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Sticky</w:t>
            </w:r>
            <w:proofErr w:type="gramEnd"/>
            <w:r>
              <w:rPr>
                <w:rFonts w:ascii="Calibri" w:eastAsia="Calibri" w:hAnsi="Calibri" w:cs="Calibri"/>
                <w:color w:val="222222"/>
                <w:sz w:val="20"/>
              </w:rPr>
              <w:t xml:space="preserve"> notes to mark pages (if you want them)</w:t>
            </w:r>
          </w:p>
        </w:tc>
      </w:tr>
      <w:tr w:rsidR="000D4DCB" w14:paraId="0F981C2D" w14:textId="77777777">
        <w:tc>
          <w:tcPr>
            <w:tcW w:w="5040" w:type="dxa"/>
            <w:tcMar>
              <w:top w:w="40" w:type="dxa"/>
              <w:left w:w="120" w:type="dxa"/>
              <w:bottom w:w="40" w:type="dxa"/>
              <w:right w:w="80" w:type="dxa"/>
            </w:tcMar>
          </w:tcPr>
          <w:p w14:paraId="12962962"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Pens</w:t>
            </w:r>
            <w:proofErr w:type="gramEnd"/>
            <w:r>
              <w:rPr>
                <w:rFonts w:ascii="Calibri" w:eastAsia="Calibri" w:hAnsi="Calibri" w:cs="Calibri"/>
                <w:color w:val="222222"/>
                <w:sz w:val="20"/>
              </w:rPr>
              <w:t>, pencils, and highlighters</w:t>
            </w:r>
          </w:p>
        </w:tc>
        <w:tc>
          <w:tcPr>
            <w:tcW w:w="5040" w:type="dxa"/>
            <w:tcMar>
              <w:top w:w="40" w:type="dxa"/>
              <w:left w:w="120" w:type="dxa"/>
              <w:bottom w:w="40" w:type="dxa"/>
              <w:right w:w="80" w:type="dxa"/>
            </w:tcMar>
          </w:tcPr>
          <w:p w14:paraId="25BE4635" w14:textId="77777777" w:rsidR="000D4DCB" w:rsidRDefault="00091397">
            <w:proofErr w:type="gramStart"/>
            <w:r>
              <w:rPr>
                <w:rFonts w:ascii="Segoe UI Symbol" w:eastAsia="Segoe UI Symbol" w:hAnsi="Segoe UI Symbol" w:cs="Segoe UI Symbol"/>
                <w:color w:val="1F3A5F"/>
              </w:rPr>
              <w:t xml:space="preserve">☐  </w:t>
            </w:r>
            <w:r>
              <w:rPr>
                <w:rFonts w:ascii="Calibri" w:eastAsia="Calibri" w:hAnsi="Calibri" w:cs="Calibri"/>
                <w:color w:val="222222"/>
                <w:sz w:val="20"/>
              </w:rPr>
              <w:t>Supplies</w:t>
            </w:r>
            <w:proofErr w:type="gramEnd"/>
            <w:r>
              <w:rPr>
                <w:rFonts w:ascii="Calibri" w:eastAsia="Calibri" w:hAnsi="Calibri" w:cs="Calibri"/>
                <w:color w:val="222222"/>
                <w:sz w:val="20"/>
              </w:rPr>
              <w:t xml:space="preserve"> for your Creative Tribute (you will choose in Step 25)</w:t>
            </w:r>
          </w:p>
        </w:tc>
      </w:tr>
    </w:tbl>
    <w:p w14:paraId="597D914F" w14:textId="77777777" w:rsidR="000D4DCB" w:rsidRDefault="000D4DCB">
      <w:pPr>
        <w:spacing w:after="4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5040"/>
        <w:gridCol w:w="5040"/>
      </w:tblGrid>
      <w:tr w:rsidR="000D4DCB" w14:paraId="0B0ED6DD" w14:textId="77777777">
        <w:tc>
          <w:tcPr>
            <w:tcW w:w="5040" w:type="dxa"/>
            <w:shd w:val="clear" w:color="auto" w:fill="F6EBD5"/>
            <w:tcMar>
              <w:top w:w="60" w:type="dxa"/>
              <w:left w:w="140" w:type="dxa"/>
              <w:bottom w:w="60" w:type="dxa"/>
              <w:right w:w="140" w:type="dxa"/>
            </w:tcMar>
          </w:tcPr>
          <w:p w14:paraId="413C6EEC" w14:textId="77777777" w:rsidR="000D4DCB" w:rsidRDefault="00091397">
            <w:r>
              <w:rPr>
                <w:rFonts w:ascii="Calibri" w:eastAsia="Calibri" w:hAnsi="Calibri" w:cs="Calibri"/>
                <w:b/>
                <w:color w:val="7A551C"/>
              </w:rPr>
              <w:t>Printing the workbook</w:t>
            </w:r>
          </w:p>
        </w:tc>
        <w:tc>
          <w:tcPr>
            <w:tcW w:w="5040" w:type="dxa"/>
            <w:shd w:val="clear" w:color="auto" w:fill="F6EBD5"/>
            <w:tcMar>
              <w:top w:w="60" w:type="dxa"/>
              <w:left w:w="140" w:type="dxa"/>
              <w:bottom w:w="60" w:type="dxa"/>
              <w:right w:w="140" w:type="dxa"/>
            </w:tcMar>
          </w:tcPr>
          <w:p w14:paraId="46782ACD" w14:textId="77777777" w:rsidR="000D4DCB" w:rsidRDefault="00091397">
            <w:r>
              <w:rPr>
                <w:rFonts w:ascii="Calibri" w:eastAsia="Calibri" w:hAnsi="Calibri" w:cs="Calibri"/>
                <w:b/>
                <w:color w:val="7A551C"/>
              </w:rPr>
              <w:t>Typing on a computer</w:t>
            </w:r>
          </w:p>
        </w:tc>
      </w:tr>
      <w:tr w:rsidR="000D4DCB" w14:paraId="39F625E3" w14:textId="77777777">
        <w:tc>
          <w:tcPr>
            <w:tcW w:w="5040" w:type="dxa"/>
            <w:shd w:val="clear" w:color="auto" w:fill="FBF6EC"/>
            <w:tcMar>
              <w:top w:w="60" w:type="dxa"/>
              <w:left w:w="140" w:type="dxa"/>
              <w:bottom w:w="70" w:type="dxa"/>
              <w:right w:w="140" w:type="dxa"/>
            </w:tcMar>
          </w:tcPr>
          <w:p w14:paraId="53558E56" w14:textId="77777777" w:rsidR="000D4DCB" w:rsidRDefault="00091397">
            <w:pPr>
              <w:spacing w:after="60"/>
            </w:pPr>
            <w:r>
              <w:rPr>
                <w:rFonts w:ascii="Calibri" w:eastAsia="Calibri" w:hAnsi="Calibri" w:cs="Calibri"/>
                <w:color w:val="3A2E1A"/>
                <w:sz w:val="20"/>
              </w:rPr>
              <w:t>•  Print on one side of the paper only.</w:t>
            </w:r>
          </w:p>
          <w:p w14:paraId="14425FF9" w14:textId="77777777" w:rsidR="000D4DCB" w:rsidRDefault="00091397">
            <w:pPr>
              <w:spacing w:after="60"/>
            </w:pPr>
            <w:r>
              <w:rPr>
                <w:rFonts w:ascii="Calibri" w:eastAsia="Calibri" w:hAnsi="Calibri" w:cs="Calibri"/>
                <w:color w:val="3A2E1A"/>
                <w:sz w:val="20"/>
              </w:rPr>
              <w:t>•  Fill in each page in your best handwriting.</w:t>
            </w:r>
          </w:p>
        </w:tc>
        <w:tc>
          <w:tcPr>
            <w:tcW w:w="5040" w:type="dxa"/>
            <w:shd w:val="clear" w:color="auto" w:fill="FBF6EC"/>
            <w:tcMar>
              <w:top w:w="60" w:type="dxa"/>
              <w:left w:w="140" w:type="dxa"/>
              <w:bottom w:w="70" w:type="dxa"/>
              <w:right w:w="140" w:type="dxa"/>
            </w:tcMar>
          </w:tcPr>
          <w:p w14:paraId="5168880E" w14:textId="77777777" w:rsidR="000D4DCB" w:rsidRDefault="00091397">
            <w:pPr>
              <w:spacing w:after="60"/>
            </w:pPr>
            <w:r>
              <w:rPr>
                <w:rFonts w:ascii="Calibri" w:eastAsia="Calibri" w:hAnsi="Calibri" w:cs="Calibri"/>
                <w:color w:val="3A2E1A"/>
                <w:sz w:val="20"/>
              </w:rPr>
              <w:t>•  Click inside any box to type your answer.</w:t>
            </w:r>
          </w:p>
          <w:p w14:paraId="32386E8F" w14:textId="77777777" w:rsidR="000D4DCB" w:rsidRDefault="00091397">
            <w:pPr>
              <w:spacing w:after="60"/>
            </w:pPr>
            <w:r>
              <w:rPr>
                <w:rFonts w:ascii="Calibri" w:eastAsia="Calibri" w:hAnsi="Calibri" w:cs="Calibri"/>
                <w:color w:val="3A2E1A"/>
                <w:sz w:val="20"/>
              </w:rPr>
              <w:t>•  The boxes get bigger as you type.</w:t>
            </w:r>
          </w:p>
        </w:tc>
      </w:tr>
    </w:tbl>
    <w:p w14:paraId="33184950" w14:textId="77777777" w:rsidR="000D4DCB" w:rsidRDefault="000D4DCB">
      <w:pPr>
        <w:spacing w:after="40" w:line="264" w:lineRule="auto"/>
      </w:pPr>
    </w:p>
    <w:p w14:paraId="45C13F5B" w14:textId="77777777" w:rsidR="000D4DCB" w:rsidRDefault="00091397">
      <w:pPr>
        <w:spacing w:after="80" w:line="264" w:lineRule="auto"/>
      </w:pPr>
      <w:r>
        <w:rPr>
          <w:rFonts w:ascii="Calibri" w:eastAsia="Calibri" w:hAnsi="Calibri" w:cs="Calibri"/>
          <w:b/>
          <w:color w:val="1F3A5F"/>
          <w:sz w:val="26"/>
        </w:rPr>
        <w:t>What's inside (Steps 1–32)</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728"/>
        <w:gridCol w:w="1296"/>
        <w:gridCol w:w="7056"/>
      </w:tblGrid>
      <w:tr w:rsidR="000D4DCB" w14:paraId="1A29BFB4" w14:textId="77777777">
        <w:tc>
          <w:tcPr>
            <w:tcW w:w="1728" w:type="dxa"/>
            <w:shd w:val="clear" w:color="auto" w:fill="1F3A5F"/>
            <w:tcMar>
              <w:top w:w="50" w:type="dxa"/>
              <w:left w:w="120" w:type="dxa"/>
              <w:bottom w:w="50" w:type="dxa"/>
              <w:right w:w="100" w:type="dxa"/>
            </w:tcMar>
          </w:tcPr>
          <w:p w14:paraId="21A84FDD" w14:textId="77777777" w:rsidR="000D4DCB" w:rsidRDefault="00091397">
            <w:r>
              <w:rPr>
                <w:rFonts w:ascii="Calibri" w:eastAsia="Calibri" w:hAnsi="Calibri" w:cs="Calibri"/>
                <w:b/>
                <w:color w:val="FFFFFF"/>
                <w:sz w:val="20"/>
              </w:rPr>
              <w:t>Phase</w:t>
            </w:r>
          </w:p>
        </w:tc>
        <w:tc>
          <w:tcPr>
            <w:tcW w:w="1296" w:type="dxa"/>
            <w:shd w:val="clear" w:color="auto" w:fill="1F3A5F"/>
            <w:tcMar>
              <w:top w:w="50" w:type="dxa"/>
              <w:left w:w="120" w:type="dxa"/>
              <w:bottom w:w="50" w:type="dxa"/>
              <w:right w:w="100" w:type="dxa"/>
            </w:tcMar>
          </w:tcPr>
          <w:p w14:paraId="510CA7E7" w14:textId="77777777" w:rsidR="000D4DCB" w:rsidRDefault="00091397">
            <w:r>
              <w:rPr>
                <w:rFonts w:ascii="Calibri" w:eastAsia="Calibri" w:hAnsi="Calibri" w:cs="Calibri"/>
                <w:b/>
                <w:color w:val="FFFFFF"/>
                <w:sz w:val="20"/>
              </w:rPr>
              <w:t>Steps</w:t>
            </w:r>
          </w:p>
        </w:tc>
        <w:tc>
          <w:tcPr>
            <w:tcW w:w="7056" w:type="dxa"/>
            <w:shd w:val="clear" w:color="auto" w:fill="1F3A5F"/>
            <w:tcMar>
              <w:top w:w="50" w:type="dxa"/>
              <w:left w:w="120" w:type="dxa"/>
              <w:bottom w:w="50" w:type="dxa"/>
              <w:right w:w="100" w:type="dxa"/>
            </w:tcMar>
          </w:tcPr>
          <w:p w14:paraId="6D9221DB" w14:textId="77777777" w:rsidR="000D4DCB" w:rsidRDefault="00091397">
            <w:r>
              <w:rPr>
                <w:rFonts w:ascii="Calibri" w:eastAsia="Calibri" w:hAnsi="Calibri" w:cs="Calibri"/>
                <w:b/>
                <w:color w:val="FFFFFF"/>
                <w:sz w:val="20"/>
              </w:rPr>
              <w:t>Pages</w:t>
            </w:r>
          </w:p>
        </w:tc>
      </w:tr>
      <w:tr w:rsidR="000D4DCB" w14:paraId="1C3D77BB" w14:textId="77777777">
        <w:tc>
          <w:tcPr>
            <w:tcW w:w="1728" w:type="dxa"/>
            <w:shd w:val="clear" w:color="auto" w:fill="F4F7FA"/>
            <w:tcMar>
              <w:top w:w="50" w:type="dxa"/>
              <w:left w:w="120" w:type="dxa"/>
              <w:bottom w:w="50" w:type="dxa"/>
              <w:right w:w="100" w:type="dxa"/>
            </w:tcMar>
          </w:tcPr>
          <w:p w14:paraId="4EAC1A81" w14:textId="77777777" w:rsidR="000D4DCB" w:rsidRDefault="00091397">
            <w:r>
              <w:rPr>
                <w:rFonts w:ascii="Calibri" w:eastAsia="Calibri" w:hAnsi="Calibri" w:cs="Calibri"/>
                <w:b/>
                <w:color w:val="1F3A5F"/>
                <w:sz w:val="20"/>
              </w:rPr>
              <w:t>Launch</w:t>
            </w:r>
          </w:p>
        </w:tc>
        <w:tc>
          <w:tcPr>
            <w:tcW w:w="1296" w:type="dxa"/>
            <w:tcMar>
              <w:top w:w="50" w:type="dxa"/>
              <w:left w:w="120" w:type="dxa"/>
              <w:bottom w:w="50" w:type="dxa"/>
              <w:right w:w="100" w:type="dxa"/>
            </w:tcMar>
          </w:tcPr>
          <w:p w14:paraId="3B81B6F5" w14:textId="77777777" w:rsidR="000D4DCB" w:rsidRDefault="00091397">
            <w:r>
              <w:rPr>
                <w:rFonts w:ascii="Calibri" w:eastAsia="Calibri" w:hAnsi="Calibri" w:cs="Calibri"/>
                <w:color w:val="222222"/>
                <w:sz w:val="20"/>
              </w:rPr>
              <w:t>1–4</w:t>
            </w:r>
          </w:p>
        </w:tc>
        <w:tc>
          <w:tcPr>
            <w:tcW w:w="7056" w:type="dxa"/>
            <w:tcMar>
              <w:top w:w="50" w:type="dxa"/>
              <w:left w:w="120" w:type="dxa"/>
              <w:bottom w:w="50" w:type="dxa"/>
              <w:right w:w="100" w:type="dxa"/>
            </w:tcMar>
          </w:tcPr>
          <w:p w14:paraId="7A54A4A6" w14:textId="77777777" w:rsidR="000D4DCB" w:rsidRDefault="00091397">
            <w:r>
              <w:rPr>
                <w:rFonts w:ascii="Calibri" w:eastAsia="Calibri" w:hAnsi="Calibri" w:cs="Calibri"/>
                <w:color w:val="222222"/>
                <w:sz w:val="20"/>
              </w:rPr>
              <w:t>Read the Hero Bios, Explore Heroes, Choose Your Hero, Notebook Cover and Dividers</w:t>
            </w:r>
          </w:p>
        </w:tc>
      </w:tr>
      <w:tr w:rsidR="000D4DCB" w14:paraId="06A4E7B4" w14:textId="77777777">
        <w:tc>
          <w:tcPr>
            <w:tcW w:w="1728" w:type="dxa"/>
            <w:shd w:val="clear" w:color="auto" w:fill="F4F7FA"/>
            <w:tcMar>
              <w:top w:w="50" w:type="dxa"/>
              <w:left w:w="120" w:type="dxa"/>
              <w:bottom w:w="50" w:type="dxa"/>
              <w:right w:w="100" w:type="dxa"/>
            </w:tcMar>
          </w:tcPr>
          <w:p w14:paraId="7D270B55" w14:textId="77777777" w:rsidR="000D4DCB" w:rsidRDefault="00091397">
            <w:r>
              <w:rPr>
                <w:rFonts w:ascii="Calibri" w:eastAsia="Calibri" w:hAnsi="Calibri" w:cs="Calibri"/>
                <w:b/>
                <w:color w:val="1F3A5F"/>
                <w:sz w:val="20"/>
              </w:rPr>
              <w:t>Research</w:t>
            </w:r>
          </w:p>
        </w:tc>
        <w:tc>
          <w:tcPr>
            <w:tcW w:w="1296" w:type="dxa"/>
            <w:tcMar>
              <w:top w:w="50" w:type="dxa"/>
              <w:left w:w="120" w:type="dxa"/>
              <w:bottom w:w="50" w:type="dxa"/>
              <w:right w:w="100" w:type="dxa"/>
            </w:tcMar>
          </w:tcPr>
          <w:p w14:paraId="5DEACA3E" w14:textId="77777777" w:rsidR="000D4DCB" w:rsidRDefault="00091397">
            <w:r>
              <w:rPr>
                <w:rFonts w:ascii="Calibri" w:eastAsia="Calibri" w:hAnsi="Calibri" w:cs="Calibri"/>
                <w:color w:val="222222"/>
                <w:sz w:val="20"/>
              </w:rPr>
              <w:t>5–11</w:t>
            </w:r>
          </w:p>
        </w:tc>
        <w:tc>
          <w:tcPr>
            <w:tcW w:w="7056" w:type="dxa"/>
            <w:tcMar>
              <w:top w:w="50" w:type="dxa"/>
              <w:left w:w="120" w:type="dxa"/>
              <w:bottom w:w="50" w:type="dxa"/>
              <w:right w:w="100" w:type="dxa"/>
            </w:tcMar>
          </w:tcPr>
          <w:p w14:paraId="135D8ADC" w14:textId="77777777" w:rsidR="000D4DCB" w:rsidRDefault="00091397">
            <w:r>
              <w:rPr>
                <w:rFonts w:ascii="Calibri" w:eastAsia="Calibri" w:hAnsi="Calibri" w:cs="Calibri"/>
                <w:color w:val="222222"/>
                <w:sz w:val="20"/>
              </w:rPr>
              <w:t>Hero Notes, Timeline, My Sources, Tell It Back</w:t>
            </w:r>
          </w:p>
        </w:tc>
      </w:tr>
      <w:tr w:rsidR="000D4DCB" w14:paraId="61CB537D" w14:textId="77777777">
        <w:tc>
          <w:tcPr>
            <w:tcW w:w="1728" w:type="dxa"/>
            <w:shd w:val="clear" w:color="auto" w:fill="F4F7FA"/>
            <w:tcMar>
              <w:top w:w="50" w:type="dxa"/>
              <w:left w:w="120" w:type="dxa"/>
              <w:bottom w:w="50" w:type="dxa"/>
              <w:right w:w="100" w:type="dxa"/>
            </w:tcMar>
          </w:tcPr>
          <w:p w14:paraId="7F598654" w14:textId="77777777" w:rsidR="000D4DCB" w:rsidRDefault="00091397">
            <w:r>
              <w:rPr>
                <w:rFonts w:ascii="Calibri" w:eastAsia="Calibri" w:hAnsi="Calibri" w:cs="Calibri"/>
                <w:b/>
                <w:color w:val="1F3A5F"/>
                <w:sz w:val="20"/>
              </w:rPr>
              <w:t>Reason</w:t>
            </w:r>
          </w:p>
        </w:tc>
        <w:tc>
          <w:tcPr>
            <w:tcW w:w="1296" w:type="dxa"/>
            <w:tcMar>
              <w:top w:w="50" w:type="dxa"/>
              <w:left w:w="120" w:type="dxa"/>
              <w:bottom w:w="50" w:type="dxa"/>
              <w:right w:w="100" w:type="dxa"/>
            </w:tcMar>
          </w:tcPr>
          <w:p w14:paraId="28834F96" w14:textId="77777777" w:rsidR="000D4DCB" w:rsidRDefault="00091397">
            <w:r>
              <w:rPr>
                <w:rFonts w:ascii="Calibri" w:eastAsia="Calibri" w:hAnsi="Calibri" w:cs="Calibri"/>
                <w:color w:val="222222"/>
                <w:sz w:val="20"/>
              </w:rPr>
              <w:t>12–17</w:t>
            </w:r>
          </w:p>
        </w:tc>
        <w:tc>
          <w:tcPr>
            <w:tcW w:w="7056" w:type="dxa"/>
            <w:tcMar>
              <w:top w:w="50" w:type="dxa"/>
              <w:left w:w="120" w:type="dxa"/>
              <w:bottom w:w="50" w:type="dxa"/>
              <w:right w:w="100" w:type="dxa"/>
            </w:tcMar>
          </w:tcPr>
          <w:p w14:paraId="5090E5C3" w14:textId="77777777" w:rsidR="000D4DCB" w:rsidRDefault="00091397">
            <w:r>
              <w:rPr>
                <w:rFonts w:ascii="Calibri" w:eastAsia="Calibri" w:hAnsi="Calibri" w:cs="Calibri"/>
                <w:color w:val="222222"/>
                <w:sz w:val="20"/>
              </w:rPr>
              <w:t>Character Chart, Christlike Attribute, Favorite Story, Most Important Truths, Cause of Christ</w:t>
            </w:r>
          </w:p>
        </w:tc>
      </w:tr>
      <w:tr w:rsidR="000D4DCB" w14:paraId="52D314AF" w14:textId="77777777">
        <w:tc>
          <w:tcPr>
            <w:tcW w:w="1728" w:type="dxa"/>
            <w:shd w:val="clear" w:color="auto" w:fill="F4F7FA"/>
            <w:tcMar>
              <w:top w:w="50" w:type="dxa"/>
              <w:left w:w="120" w:type="dxa"/>
              <w:bottom w:w="50" w:type="dxa"/>
              <w:right w:w="100" w:type="dxa"/>
            </w:tcMar>
          </w:tcPr>
          <w:p w14:paraId="504EC098" w14:textId="77777777" w:rsidR="000D4DCB" w:rsidRDefault="00091397">
            <w:r>
              <w:rPr>
                <w:rFonts w:ascii="Calibri" w:eastAsia="Calibri" w:hAnsi="Calibri" w:cs="Calibri"/>
                <w:b/>
                <w:color w:val="1F3A5F"/>
                <w:sz w:val="20"/>
              </w:rPr>
              <w:t>Relate</w:t>
            </w:r>
          </w:p>
        </w:tc>
        <w:tc>
          <w:tcPr>
            <w:tcW w:w="1296" w:type="dxa"/>
            <w:tcMar>
              <w:top w:w="50" w:type="dxa"/>
              <w:left w:w="120" w:type="dxa"/>
              <w:bottom w:w="50" w:type="dxa"/>
              <w:right w:w="100" w:type="dxa"/>
            </w:tcMar>
          </w:tcPr>
          <w:p w14:paraId="783F6D6B" w14:textId="77777777" w:rsidR="000D4DCB" w:rsidRDefault="00091397">
            <w:r>
              <w:rPr>
                <w:rFonts w:ascii="Calibri" w:eastAsia="Calibri" w:hAnsi="Calibri" w:cs="Calibri"/>
                <w:color w:val="222222"/>
                <w:sz w:val="20"/>
              </w:rPr>
              <w:t>18–22</w:t>
            </w:r>
          </w:p>
        </w:tc>
        <w:tc>
          <w:tcPr>
            <w:tcW w:w="7056" w:type="dxa"/>
            <w:tcMar>
              <w:top w:w="50" w:type="dxa"/>
              <w:left w:w="120" w:type="dxa"/>
              <w:bottom w:w="50" w:type="dxa"/>
              <w:right w:w="100" w:type="dxa"/>
            </w:tcMar>
          </w:tcPr>
          <w:p w14:paraId="345598C9" w14:textId="77777777" w:rsidR="000D4DCB" w:rsidRDefault="00091397">
            <w:r>
              <w:rPr>
                <w:rFonts w:ascii="Calibri" w:eastAsia="Calibri" w:hAnsi="Calibri" w:cs="Calibri"/>
                <w:color w:val="222222"/>
                <w:sz w:val="20"/>
              </w:rPr>
              <w:t>Favorite Quotes, An Attribute I Will Develop, Service Plan, Service Log</w:t>
            </w:r>
          </w:p>
        </w:tc>
      </w:tr>
      <w:tr w:rsidR="000D4DCB" w14:paraId="24AB6391" w14:textId="77777777">
        <w:tc>
          <w:tcPr>
            <w:tcW w:w="1728" w:type="dxa"/>
            <w:shd w:val="clear" w:color="auto" w:fill="F4F7FA"/>
            <w:tcMar>
              <w:top w:w="50" w:type="dxa"/>
              <w:left w:w="120" w:type="dxa"/>
              <w:bottom w:w="50" w:type="dxa"/>
              <w:right w:w="100" w:type="dxa"/>
            </w:tcMar>
          </w:tcPr>
          <w:p w14:paraId="06CD6A39" w14:textId="77777777" w:rsidR="000D4DCB" w:rsidRDefault="00091397">
            <w:r>
              <w:rPr>
                <w:rFonts w:ascii="Calibri" w:eastAsia="Calibri" w:hAnsi="Calibri" w:cs="Calibri"/>
                <w:b/>
                <w:color w:val="1F3A5F"/>
                <w:sz w:val="20"/>
              </w:rPr>
              <w:t>Record</w:t>
            </w:r>
          </w:p>
        </w:tc>
        <w:tc>
          <w:tcPr>
            <w:tcW w:w="1296" w:type="dxa"/>
            <w:tcMar>
              <w:top w:w="50" w:type="dxa"/>
              <w:left w:w="120" w:type="dxa"/>
              <w:bottom w:w="50" w:type="dxa"/>
              <w:right w:w="100" w:type="dxa"/>
            </w:tcMar>
          </w:tcPr>
          <w:p w14:paraId="1170CEB9" w14:textId="77777777" w:rsidR="000D4DCB" w:rsidRDefault="00091397">
            <w:r>
              <w:rPr>
                <w:rFonts w:ascii="Calibri" w:eastAsia="Calibri" w:hAnsi="Calibri" w:cs="Calibri"/>
                <w:color w:val="222222"/>
                <w:sz w:val="20"/>
              </w:rPr>
              <w:t>23–30</w:t>
            </w:r>
          </w:p>
        </w:tc>
        <w:tc>
          <w:tcPr>
            <w:tcW w:w="7056" w:type="dxa"/>
            <w:tcMar>
              <w:top w:w="50" w:type="dxa"/>
              <w:left w:w="120" w:type="dxa"/>
              <w:bottom w:w="50" w:type="dxa"/>
              <w:right w:w="100" w:type="dxa"/>
            </w:tcMar>
          </w:tcPr>
          <w:p w14:paraId="2FB743A8" w14:textId="77777777" w:rsidR="000D4DCB" w:rsidRDefault="00091397">
            <w:r>
              <w:rPr>
                <w:rFonts w:ascii="Calibri" w:eastAsia="Calibri" w:hAnsi="Calibri" w:cs="Calibri"/>
                <w:color w:val="222222"/>
                <w:sz w:val="20"/>
              </w:rPr>
              <w:t>Service Report, Memorization, Creative Tribute, Me and the Cause of Christ, How Have I Improved, Dedication, Table of Contents</w:t>
            </w:r>
          </w:p>
        </w:tc>
      </w:tr>
      <w:tr w:rsidR="000D4DCB" w14:paraId="0E209ACE" w14:textId="77777777">
        <w:tc>
          <w:tcPr>
            <w:tcW w:w="1728" w:type="dxa"/>
            <w:shd w:val="clear" w:color="auto" w:fill="F4F7FA"/>
            <w:tcMar>
              <w:top w:w="50" w:type="dxa"/>
              <w:left w:w="120" w:type="dxa"/>
              <w:bottom w:w="50" w:type="dxa"/>
              <w:right w:w="100" w:type="dxa"/>
            </w:tcMar>
          </w:tcPr>
          <w:p w14:paraId="5E177BDA" w14:textId="77777777" w:rsidR="000D4DCB" w:rsidRDefault="00091397">
            <w:r>
              <w:rPr>
                <w:rFonts w:ascii="Calibri" w:eastAsia="Calibri" w:hAnsi="Calibri" w:cs="Calibri"/>
                <w:b/>
                <w:color w:val="1F3A5F"/>
                <w:sz w:val="20"/>
              </w:rPr>
              <w:t>Present</w:t>
            </w:r>
          </w:p>
        </w:tc>
        <w:tc>
          <w:tcPr>
            <w:tcW w:w="1296" w:type="dxa"/>
            <w:tcMar>
              <w:top w:w="50" w:type="dxa"/>
              <w:left w:w="120" w:type="dxa"/>
              <w:bottom w:w="50" w:type="dxa"/>
              <w:right w:w="100" w:type="dxa"/>
            </w:tcMar>
          </w:tcPr>
          <w:p w14:paraId="45F753A7" w14:textId="77777777" w:rsidR="000D4DCB" w:rsidRDefault="00091397">
            <w:r>
              <w:rPr>
                <w:rFonts w:ascii="Calibri" w:eastAsia="Calibri" w:hAnsi="Calibri" w:cs="Calibri"/>
                <w:color w:val="222222"/>
                <w:sz w:val="20"/>
              </w:rPr>
              <w:t>31–32</w:t>
            </w:r>
          </w:p>
        </w:tc>
        <w:tc>
          <w:tcPr>
            <w:tcW w:w="7056" w:type="dxa"/>
            <w:tcMar>
              <w:top w:w="50" w:type="dxa"/>
              <w:left w:w="120" w:type="dxa"/>
              <w:bottom w:w="50" w:type="dxa"/>
              <w:right w:w="100" w:type="dxa"/>
            </w:tcMar>
          </w:tcPr>
          <w:p w14:paraId="3C51185E" w14:textId="77777777" w:rsidR="000D4DCB" w:rsidRDefault="00091397">
            <w:r>
              <w:rPr>
                <w:rFonts w:ascii="Calibri" w:eastAsia="Calibri" w:hAnsi="Calibri" w:cs="Calibri"/>
                <w:color w:val="222222"/>
                <w:sz w:val="20"/>
              </w:rPr>
              <w:t>Prepare Your Presentation, Presentation Tips</w:t>
            </w:r>
          </w:p>
        </w:tc>
      </w:tr>
    </w:tbl>
    <w:p w14:paraId="13DF7D59"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F35A84" w14:paraId="119D46B2" w14:textId="77777777">
        <w:tc>
          <w:tcPr>
            <w:tcW w:w="7632" w:type="dxa"/>
            <w:shd w:val="clear" w:color="auto" w:fill="1F3A5F"/>
            <w:tcMar>
              <w:top w:w="90" w:type="dxa"/>
              <w:left w:w="140" w:type="dxa"/>
              <w:bottom w:w="90" w:type="dxa"/>
              <w:right w:w="140" w:type="dxa"/>
            </w:tcMar>
            <w:vAlign w:val="center"/>
          </w:tcPr>
          <w:p w14:paraId="7FD86EC2" w14:textId="77777777" w:rsidR="00F35A84" w:rsidRDefault="00000000">
            <w:proofErr w:type="gramStart"/>
            <w:r>
              <w:rPr>
                <w:rFonts w:ascii="Calibri" w:eastAsia="Calibri" w:hAnsi="Calibri" w:cs="Calibri"/>
                <w:b/>
                <w:color w:val="C8D6E5"/>
                <w:sz w:val="18"/>
              </w:rPr>
              <w:t>LAUNCH  ·</w:t>
            </w:r>
            <w:proofErr w:type="gramEnd"/>
            <w:r>
              <w:rPr>
                <w:rFonts w:ascii="Calibri" w:eastAsia="Calibri" w:hAnsi="Calibri" w:cs="Calibri"/>
                <w:b/>
                <w:color w:val="C8D6E5"/>
                <w:sz w:val="18"/>
              </w:rPr>
              <w:t xml:space="preserve">  STEP 1</w:t>
            </w:r>
          </w:p>
          <w:p w14:paraId="2D1E07DB" w14:textId="77777777" w:rsidR="00F35A84" w:rsidRDefault="00000000">
            <w:r>
              <w:rPr>
                <w:rFonts w:ascii="Calibri" w:eastAsia="Calibri" w:hAnsi="Calibri" w:cs="Calibri"/>
                <w:b/>
                <w:color w:val="FFFFFF"/>
                <w:sz w:val="40"/>
              </w:rPr>
              <w:t>Read the Hero Bios</w:t>
            </w:r>
          </w:p>
        </w:tc>
        <w:tc>
          <w:tcPr>
            <w:tcW w:w="2448" w:type="dxa"/>
            <w:shd w:val="clear" w:color="auto" w:fill="1F3A5F"/>
            <w:tcMar>
              <w:top w:w="90" w:type="dxa"/>
              <w:left w:w="140" w:type="dxa"/>
              <w:bottom w:w="90" w:type="dxa"/>
              <w:right w:w="140" w:type="dxa"/>
            </w:tcMar>
            <w:vAlign w:val="center"/>
          </w:tcPr>
          <w:p w14:paraId="74202E4D" w14:textId="77777777" w:rsidR="00F35A84" w:rsidRDefault="00000000">
            <w:pPr>
              <w:jc w:val="right"/>
            </w:pPr>
            <w:r>
              <w:rPr>
                <w:rFonts w:ascii="Calibri" w:eastAsia="Calibri" w:hAnsi="Calibri" w:cs="Calibri"/>
                <w:color w:val="C8D6E5"/>
                <w:sz w:val="18"/>
              </w:rPr>
              <w:t>About 15–20 minutes</w:t>
            </w:r>
          </w:p>
        </w:tc>
      </w:tr>
    </w:tbl>
    <w:p w14:paraId="59ADE4C4" w14:textId="77777777" w:rsidR="00F35A84" w:rsidRDefault="00F35A84">
      <w:pPr>
        <w:spacing w:line="264" w:lineRule="auto"/>
      </w:pPr>
    </w:p>
    <w:p w14:paraId="7F2E25B1" w14:textId="77777777" w:rsidR="00F35A84" w:rsidRDefault="00000000">
      <w:pPr>
        <w:spacing w:after="120" w:line="264" w:lineRule="auto"/>
      </w:pPr>
      <w:r>
        <w:rPr>
          <w:rFonts w:ascii="Calibri" w:eastAsia="Calibri" w:hAnsi="Calibri" w:cs="Calibri"/>
          <w:b/>
          <w:color w:val="1F3A5F"/>
        </w:rPr>
        <w:t xml:space="preserve">Goal: </w:t>
      </w:r>
      <w:r>
        <w:rPr>
          <w:rFonts w:eastAsia="Georgia" w:cs="Georgia"/>
          <w:color w:val="222222"/>
        </w:rPr>
        <w:t>Meet the heroes you could learn about this year.</w:t>
      </w:r>
    </w:p>
    <w:p w14:paraId="2868E61F" w14:textId="77777777" w:rsidR="00F35A84" w:rsidRDefault="00F35A84">
      <w:pPr>
        <w:spacing w:line="264" w:lineRule="auto"/>
      </w:pPr>
    </w:p>
    <w:p w14:paraId="5B50FF9D" w14:textId="77777777" w:rsidR="00F35A84" w:rsidRDefault="00000000">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F35A84" w14:paraId="6D4D53FB" w14:textId="77777777">
        <w:tc>
          <w:tcPr>
            <w:tcW w:w="504" w:type="dxa"/>
            <w:tcMar>
              <w:top w:w="20" w:type="dxa"/>
              <w:left w:w="20" w:type="dxa"/>
              <w:bottom w:w="20" w:type="dxa"/>
              <w:right w:w="20" w:type="dxa"/>
            </w:tcMar>
          </w:tcPr>
          <w:p w14:paraId="40EE0881" w14:textId="0D2A9946" w:rsidR="00F35A84" w:rsidRDefault="002D4B59">
            <w:r>
              <w:rPr>
                <w:rFonts w:ascii="Calibri" w:eastAsia="Calibri" w:hAnsi="Calibri" w:cs="Calibri"/>
                <w:b/>
                <w:color w:val="1F3A5F"/>
                <w:sz w:val="21"/>
              </w:rPr>
              <w:t>1.</w:t>
            </w:r>
          </w:p>
        </w:tc>
        <w:tc>
          <w:tcPr>
            <w:tcW w:w="9576" w:type="dxa"/>
            <w:tcMar>
              <w:top w:w="20" w:type="dxa"/>
              <w:left w:w="40" w:type="dxa"/>
              <w:bottom w:w="20" w:type="dxa"/>
              <w:right w:w="40" w:type="dxa"/>
            </w:tcMar>
          </w:tcPr>
          <w:p w14:paraId="06C922EB" w14:textId="4A4DBD29" w:rsidR="00F35A84" w:rsidRDefault="00000000">
            <w:r>
              <w:rPr>
                <w:rFonts w:eastAsia="Georgia" w:cs="Georgia"/>
                <w:color w:val="222222"/>
                <w:sz w:val="21"/>
              </w:rPr>
              <w:t>Read each hero's short story</w:t>
            </w:r>
            <w:r w:rsidR="002D4B59">
              <w:rPr>
                <w:rFonts w:eastAsia="Georgia" w:cs="Georgia"/>
                <w:color w:val="222222"/>
                <w:sz w:val="21"/>
              </w:rPr>
              <w:t xml:space="preserve"> on the following pages and think about which are the most interesting to you.</w:t>
            </w:r>
          </w:p>
        </w:tc>
      </w:tr>
      <w:tr w:rsidR="00F35A84" w14:paraId="5B8B64CC" w14:textId="77777777">
        <w:tc>
          <w:tcPr>
            <w:tcW w:w="504" w:type="dxa"/>
            <w:tcMar>
              <w:top w:w="20" w:type="dxa"/>
              <w:left w:w="20" w:type="dxa"/>
              <w:bottom w:w="20" w:type="dxa"/>
              <w:right w:w="20" w:type="dxa"/>
            </w:tcMar>
          </w:tcPr>
          <w:p w14:paraId="4A9BB061" w14:textId="52881972" w:rsidR="00F35A84" w:rsidRDefault="002D4B59">
            <w:r>
              <w:rPr>
                <w:rFonts w:ascii="Calibri" w:eastAsia="Calibri" w:hAnsi="Calibri" w:cs="Calibri"/>
                <w:b/>
                <w:color w:val="1F3A5F"/>
                <w:sz w:val="21"/>
              </w:rPr>
              <w:t>2.</w:t>
            </w:r>
          </w:p>
        </w:tc>
        <w:tc>
          <w:tcPr>
            <w:tcW w:w="9576" w:type="dxa"/>
            <w:tcMar>
              <w:top w:w="20" w:type="dxa"/>
              <w:left w:w="40" w:type="dxa"/>
              <w:bottom w:w="20" w:type="dxa"/>
              <w:right w:w="40" w:type="dxa"/>
            </w:tcMar>
          </w:tcPr>
          <w:p w14:paraId="51CA5E2A" w14:textId="235E9BBF" w:rsidR="00F35A84" w:rsidRDefault="002D4B59">
            <w:r>
              <w:rPr>
                <w:rFonts w:eastAsia="Georgia" w:cs="Georgia"/>
                <w:color w:val="222222"/>
                <w:sz w:val="21"/>
              </w:rPr>
              <w:t>Add the names of a few who are the most interesting to you, below.</w:t>
            </w:r>
          </w:p>
        </w:tc>
      </w:tr>
    </w:tbl>
    <w:p w14:paraId="0DA6C366" w14:textId="77777777" w:rsidR="00F35A84" w:rsidRDefault="00F35A84">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F35A84" w14:paraId="6F6BB0A2" w14:textId="77777777">
        <w:tc>
          <w:tcPr>
            <w:tcW w:w="10080" w:type="dxa"/>
            <w:shd w:val="clear" w:color="auto" w:fill="FBF6EC"/>
            <w:tcMar>
              <w:top w:w="70" w:type="dxa"/>
              <w:left w:w="140" w:type="dxa"/>
              <w:bottom w:w="70" w:type="dxa"/>
              <w:right w:w="140" w:type="dxa"/>
            </w:tcMar>
          </w:tcPr>
          <w:p w14:paraId="51A2D900" w14:textId="77777777" w:rsidR="00F35A84" w:rsidRDefault="00000000">
            <w:r>
              <w:rPr>
                <w:rFonts w:ascii="Calibri" w:eastAsia="Calibri" w:hAnsi="Calibri" w:cs="Calibri"/>
                <w:b/>
                <w:color w:val="7A551C"/>
                <w:sz w:val="20"/>
              </w:rPr>
              <w:t xml:space="preserve">THINK ABOUT: </w:t>
            </w:r>
            <w:r>
              <w:rPr>
                <w:rFonts w:ascii="Calibri" w:eastAsia="Calibri" w:hAnsi="Calibri" w:cs="Calibri"/>
                <w:color w:val="3A2E1A"/>
                <w:sz w:val="20"/>
              </w:rPr>
              <w:t>Which heroes were kind, brave, or like Jesus?  •  Whose story do you want to hear more about?</w:t>
            </w:r>
          </w:p>
        </w:tc>
      </w:tr>
    </w:tbl>
    <w:p w14:paraId="11643CAD" w14:textId="77777777" w:rsidR="00F35A84" w:rsidRDefault="00F35A84">
      <w:pPr>
        <w:spacing w:after="120" w:line="264" w:lineRule="auto"/>
      </w:pPr>
    </w:p>
    <w:p w14:paraId="4D787C0F" w14:textId="77777777" w:rsidR="00F35A84" w:rsidRDefault="00000000">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read the first page.</w:t>
      </w:r>
      <w:r>
        <w:rPr>
          <w:rFonts w:ascii="Segoe UI Symbol" w:eastAsia="Segoe UI Symbol" w:hAnsi="Segoe UI Symbol" w:cs="Segoe UI Symbol"/>
          <w:color w:val="1F3A5F"/>
          <w:sz w:val="24"/>
        </w:rPr>
        <w:t xml:space="preserve">          </w:t>
      </w:r>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read every hero's story.</w:t>
      </w:r>
    </w:p>
    <w:p w14:paraId="223C22AB" w14:textId="77777777" w:rsidR="00F35A84" w:rsidRDefault="00F35A84">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9568"/>
        <w:gridCol w:w="8"/>
      </w:tblGrid>
      <w:tr w:rsidR="00F35A84" w14:paraId="4F2AFBCD" w14:textId="77777777">
        <w:tc>
          <w:tcPr>
            <w:tcW w:w="10080" w:type="dxa"/>
            <w:gridSpan w:val="3"/>
            <w:shd w:val="clear" w:color="auto" w:fill="E8EEF5"/>
            <w:tcMar>
              <w:top w:w="50" w:type="dxa"/>
              <w:left w:w="120" w:type="dxa"/>
              <w:bottom w:w="50" w:type="dxa"/>
              <w:right w:w="120" w:type="dxa"/>
            </w:tcMar>
          </w:tcPr>
          <w:p w14:paraId="780ABE14" w14:textId="77777777" w:rsidR="00F35A84" w:rsidRDefault="00000000">
            <w:r>
              <w:rPr>
                <w:rFonts w:ascii="Calibri" w:eastAsia="Calibri" w:hAnsi="Calibri" w:cs="Calibri"/>
                <w:b/>
                <w:color w:val="1F3A5F"/>
                <w:sz w:val="23"/>
              </w:rPr>
              <w:t>Heroes I Like</w:t>
            </w:r>
          </w:p>
        </w:tc>
      </w:tr>
      <w:tr w:rsidR="002D4B59" w14:paraId="659A8710" w14:textId="77777777" w:rsidTr="002D4B59">
        <w:trPr>
          <w:gridAfter w:val="1"/>
          <w:wAfter w:w="8" w:type="dxa"/>
        </w:trPr>
        <w:tc>
          <w:tcPr>
            <w:tcW w:w="504" w:type="dxa"/>
            <w:shd w:val="clear" w:color="auto" w:fill="F4F7FA"/>
            <w:tcMar>
              <w:top w:w="40" w:type="dxa"/>
              <w:left w:w="100" w:type="dxa"/>
              <w:bottom w:w="40" w:type="dxa"/>
              <w:right w:w="80" w:type="dxa"/>
            </w:tcMar>
          </w:tcPr>
          <w:p w14:paraId="3F0ACEF3" w14:textId="77777777" w:rsidR="002D4B59" w:rsidRDefault="002D4B59">
            <w:r>
              <w:rPr>
                <w:rFonts w:ascii="Calibri" w:eastAsia="Calibri" w:hAnsi="Calibri" w:cs="Calibri"/>
                <w:b/>
                <w:color w:val="1F3A5F"/>
                <w:sz w:val="20"/>
              </w:rPr>
              <w:t>#</w:t>
            </w:r>
          </w:p>
        </w:tc>
        <w:tc>
          <w:tcPr>
            <w:tcW w:w="9568" w:type="dxa"/>
            <w:shd w:val="clear" w:color="auto" w:fill="F4F7FA"/>
            <w:tcMar>
              <w:top w:w="40" w:type="dxa"/>
              <w:left w:w="100" w:type="dxa"/>
              <w:bottom w:w="40" w:type="dxa"/>
              <w:right w:w="80" w:type="dxa"/>
            </w:tcMar>
          </w:tcPr>
          <w:p w14:paraId="1CB21433" w14:textId="77777777" w:rsidR="002D4B59" w:rsidRDefault="002D4B59">
            <w:r>
              <w:rPr>
                <w:rFonts w:ascii="Calibri" w:eastAsia="Calibri" w:hAnsi="Calibri" w:cs="Calibri"/>
                <w:b/>
                <w:color w:val="1F3A5F"/>
                <w:sz w:val="20"/>
              </w:rPr>
              <w:t>Hero</w:t>
            </w:r>
          </w:p>
        </w:tc>
      </w:tr>
      <w:tr w:rsidR="002D4B59" w14:paraId="2C9EA8FA"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743C6E2A" w14:textId="77777777" w:rsidR="002D4B59" w:rsidRDefault="002D4B59">
            <w:r>
              <w:rPr>
                <w:rFonts w:ascii="Calibri" w:eastAsia="Calibri" w:hAnsi="Calibri" w:cs="Calibri"/>
                <w:b/>
                <w:color w:val="1F3A5F"/>
                <w:sz w:val="20"/>
              </w:rPr>
              <w:t>1</w:t>
            </w:r>
          </w:p>
        </w:tc>
        <w:tc>
          <w:tcPr>
            <w:tcW w:w="9568" w:type="dxa"/>
            <w:tcMar>
              <w:top w:w="50" w:type="dxa"/>
              <w:left w:w="100" w:type="dxa"/>
              <w:bottom w:w="50" w:type="dxa"/>
              <w:right w:w="100" w:type="dxa"/>
            </w:tcMar>
          </w:tcPr>
          <w:p w14:paraId="4D5B3D0A" w14:textId="77777777" w:rsidR="002D4B59" w:rsidRDefault="002D4B59"/>
        </w:tc>
      </w:tr>
      <w:tr w:rsidR="002D4B59" w14:paraId="0B7203BC"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5DC536F1" w14:textId="77777777" w:rsidR="002D4B59" w:rsidRDefault="002D4B59">
            <w:r>
              <w:rPr>
                <w:rFonts w:ascii="Calibri" w:eastAsia="Calibri" w:hAnsi="Calibri" w:cs="Calibri"/>
                <w:b/>
                <w:color w:val="1F3A5F"/>
                <w:sz w:val="20"/>
              </w:rPr>
              <w:t>2</w:t>
            </w:r>
          </w:p>
        </w:tc>
        <w:tc>
          <w:tcPr>
            <w:tcW w:w="9568" w:type="dxa"/>
            <w:tcMar>
              <w:top w:w="50" w:type="dxa"/>
              <w:left w:w="100" w:type="dxa"/>
              <w:bottom w:w="50" w:type="dxa"/>
              <w:right w:w="100" w:type="dxa"/>
            </w:tcMar>
          </w:tcPr>
          <w:p w14:paraId="71D99743" w14:textId="77777777" w:rsidR="002D4B59" w:rsidRDefault="002D4B59"/>
        </w:tc>
      </w:tr>
      <w:tr w:rsidR="002D4B59" w14:paraId="6C0F7A3D"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3005FB7F" w14:textId="77777777" w:rsidR="002D4B59" w:rsidRDefault="002D4B59">
            <w:r>
              <w:rPr>
                <w:rFonts w:ascii="Calibri" w:eastAsia="Calibri" w:hAnsi="Calibri" w:cs="Calibri"/>
                <w:b/>
                <w:color w:val="1F3A5F"/>
                <w:sz w:val="20"/>
              </w:rPr>
              <w:t>3</w:t>
            </w:r>
          </w:p>
        </w:tc>
        <w:tc>
          <w:tcPr>
            <w:tcW w:w="9568" w:type="dxa"/>
            <w:tcMar>
              <w:top w:w="50" w:type="dxa"/>
              <w:left w:w="100" w:type="dxa"/>
              <w:bottom w:w="50" w:type="dxa"/>
              <w:right w:w="100" w:type="dxa"/>
            </w:tcMar>
          </w:tcPr>
          <w:p w14:paraId="708DF374" w14:textId="77777777" w:rsidR="002D4B59" w:rsidRDefault="002D4B59"/>
        </w:tc>
      </w:tr>
      <w:tr w:rsidR="002D4B59" w14:paraId="2CC4C4C9"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6ABEF4B1" w14:textId="0B53E86E" w:rsidR="002D4B59" w:rsidRDefault="002D4B59">
            <w:pPr>
              <w:rPr>
                <w:rFonts w:ascii="Calibri" w:eastAsia="Calibri" w:hAnsi="Calibri" w:cs="Calibri"/>
                <w:b/>
                <w:color w:val="1F3A5F"/>
                <w:sz w:val="20"/>
              </w:rPr>
            </w:pPr>
            <w:r>
              <w:rPr>
                <w:rFonts w:ascii="Calibri" w:eastAsia="Calibri" w:hAnsi="Calibri" w:cs="Calibri"/>
                <w:b/>
                <w:color w:val="1F3A5F"/>
                <w:sz w:val="20"/>
              </w:rPr>
              <w:t>4</w:t>
            </w:r>
          </w:p>
        </w:tc>
        <w:tc>
          <w:tcPr>
            <w:tcW w:w="9568" w:type="dxa"/>
            <w:tcMar>
              <w:top w:w="50" w:type="dxa"/>
              <w:left w:w="100" w:type="dxa"/>
              <w:bottom w:w="50" w:type="dxa"/>
              <w:right w:w="100" w:type="dxa"/>
            </w:tcMar>
          </w:tcPr>
          <w:p w14:paraId="3ABE2CAD" w14:textId="77777777" w:rsidR="002D4B59" w:rsidRDefault="002D4B59"/>
        </w:tc>
      </w:tr>
      <w:tr w:rsidR="002D4B59" w14:paraId="2A0134D0"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765B2716" w14:textId="2D0887C6" w:rsidR="002D4B59" w:rsidRDefault="002D4B59">
            <w:pPr>
              <w:rPr>
                <w:rFonts w:ascii="Calibri" w:eastAsia="Calibri" w:hAnsi="Calibri" w:cs="Calibri"/>
                <w:b/>
                <w:color w:val="1F3A5F"/>
                <w:sz w:val="20"/>
              </w:rPr>
            </w:pPr>
            <w:r>
              <w:rPr>
                <w:rFonts w:ascii="Calibri" w:eastAsia="Calibri" w:hAnsi="Calibri" w:cs="Calibri"/>
                <w:b/>
                <w:color w:val="1F3A5F"/>
                <w:sz w:val="20"/>
              </w:rPr>
              <w:t>5</w:t>
            </w:r>
          </w:p>
        </w:tc>
        <w:tc>
          <w:tcPr>
            <w:tcW w:w="9568" w:type="dxa"/>
            <w:tcMar>
              <w:top w:w="50" w:type="dxa"/>
              <w:left w:w="100" w:type="dxa"/>
              <w:bottom w:w="50" w:type="dxa"/>
              <w:right w:w="100" w:type="dxa"/>
            </w:tcMar>
          </w:tcPr>
          <w:p w14:paraId="21F75EEB" w14:textId="77777777" w:rsidR="002D4B59" w:rsidRDefault="002D4B59"/>
        </w:tc>
      </w:tr>
      <w:tr w:rsidR="002D4B59" w14:paraId="3D4CCED2"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01874EB8" w14:textId="3B4D792B" w:rsidR="002D4B59" w:rsidRDefault="002D4B59">
            <w:pPr>
              <w:rPr>
                <w:rFonts w:ascii="Calibri" w:eastAsia="Calibri" w:hAnsi="Calibri" w:cs="Calibri"/>
                <w:b/>
                <w:color w:val="1F3A5F"/>
                <w:sz w:val="20"/>
              </w:rPr>
            </w:pPr>
            <w:r>
              <w:rPr>
                <w:rFonts w:ascii="Calibri" w:eastAsia="Calibri" w:hAnsi="Calibri" w:cs="Calibri"/>
                <w:b/>
                <w:color w:val="1F3A5F"/>
                <w:sz w:val="20"/>
              </w:rPr>
              <w:t>6</w:t>
            </w:r>
          </w:p>
        </w:tc>
        <w:tc>
          <w:tcPr>
            <w:tcW w:w="9568" w:type="dxa"/>
            <w:tcMar>
              <w:top w:w="50" w:type="dxa"/>
              <w:left w:w="100" w:type="dxa"/>
              <w:bottom w:w="50" w:type="dxa"/>
              <w:right w:w="100" w:type="dxa"/>
            </w:tcMar>
          </w:tcPr>
          <w:p w14:paraId="3EE39EB8" w14:textId="77777777" w:rsidR="002D4B59" w:rsidRDefault="002D4B59"/>
        </w:tc>
      </w:tr>
      <w:tr w:rsidR="002D4B59" w14:paraId="68597820"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5FDB6141" w14:textId="262E2FFA" w:rsidR="002D4B59" w:rsidRDefault="002D4B59">
            <w:pPr>
              <w:rPr>
                <w:rFonts w:ascii="Calibri" w:eastAsia="Calibri" w:hAnsi="Calibri" w:cs="Calibri"/>
                <w:b/>
                <w:color w:val="1F3A5F"/>
                <w:sz w:val="20"/>
              </w:rPr>
            </w:pPr>
            <w:r>
              <w:rPr>
                <w:rFonts w:ascii="Calibri" w:eastAsia="Calibri" w:hAnsi="Calibri" w:cs="Calibri"/>
                <w:b/>
                <w:color w:val="1F3A5F"/>
                <w:sz w:val="20"/>
              </w:rPr>
              <w:t>7</w:t>
            </w:r>
          </w:p>
        </w:tc>
        <w:tc>
          <w:tcPr>
            <w:tcW w:w="9568" w:type="dxa"/>
            <w:tcMar>
              <w:top w:w="50" w:type="dxa"/>
              <w:left w:w="100" w:type="dxa"/>
              <w:bottom w:w="50" w:type="dxa"/>
              <w:right w:w="100" w:type="dxa"/>
            </w:tcMar>
          </w:tcPr>
          <w:p w14:paraId="7E2EE6CE" w14:textId="77777777" w:rsidR="002D4B59" w:rsidRDefault="002D4B59"/>
        </w:tc>
      </w:tr>
      <w:tr w:rsidR="002D4B59" w14:paraId="337013CE"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28D17098" w14:textId="17434794" w:rsidR="002D4B59" w:rsidRDefault="002D4B59">
            <w:r>
              <w:rPr>
                <w:rFonts w:ascii="Calibri" w:eastAsia="Calibri" w:hAnsi="Calibri" w:cs="Calibri"/>
                <w:b/>
                <w:color w:val="1F3A5F"/>
                <w:sz w:val="20"/>
              </w:rPr>
              <w:t>8</w:t>
            </w:r>
          </w:p>
        </w:tc>
        <w:tc>
          <w:tcPr>
            <w:tcW w:w="9568" w:type="dxa"/>
            <w:tcMar>
              <w:top w:w="50" w:type="dxa"/>
              <w:left w:w="100" w:type="dxa"/>
              <w:bottom w:w="50" w:type="dxa"/>
              <w:right w:w="100" w:type="dxa"/>
            </w:tcMar>
          </w:tcPr>
          <w:p w14:paraId="05D9496B" w14:textId="77777777" w:rsidR="002D4B59" w:rsidRDefault="002D4B59"/>
        </w:tc>
      </w:tr>
      <w:tr w:rsidR="002D4B59" w14:paraId="59BAE328"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6DB49449" w14:textId="0F8D53DC" w:rsidR="002D4B59" w:rsidRDefault="002D4B59">
            <w:r>
              <w:rPr>
                <w:rFonts w:ascii="Calibri" w:eastAsia="Calibri" w:hAnsi="Calibri" w:cs="Calibri"/>
                <w:b/>
                <w:color w:val="1F3A5F"/>
                <w:sz w:val="20"/>
              </w:rPr>
              <w:t>9</w:t>
            </w:r>
          </w:p>
        </w:tc>
        <w:tc>
          <w:tcPr>
            <w:tcW w:w="9568" w:type="dxa"/>
            <w:tcMar>
              <w:top w:w="50" w:type="dxa"/>
              <w:left w:w="100" w:type="dxa"/>
              <w:bottom w:w="50" w:type="dxa"/>
              <w:right w:w="100" w:type="dxa"/>
            </w:tcMar>
          </w:tcPr>
          <w:p w14:paraId="43A9952D" w14:textId="77777777" w:rsidR="002D4B59" w:rsidRDefault="002D4B59"/>
        </w:tc>
      </w:tr>
      <w:tr w:rsidR="002D4B59" w14:paraId="1138FD4A" w14:textId="77777777" w:rsidTr="002D4B59">
        <w:trPr>
          <w:gridAfter w:val="1"/>
          <w:wAfter w:w="8" w:type="dxa"/>
          <w:trHeight w:val="432"/>
        </w:trPr>
        <w:tc>
          <w:tcPr>
            <w:tcW w:w="504" w:type="dxa"/>
            <w:shd w:val="clear" w:color="auto" w:fill="F4F7FA"/>
            <w:tcMar>
              <w:top w:w="50" w:type="dxa"/>
              <w:left w:w="100" w:type="dxa"/>
              <w:bottom w:w="50" w:type="dxa"/>
              <w:right w:w="100" w:type="dxa"/>
            </w:tcMar>
          </w:tcPr>
          <w:p w14:paraId="71A965D9" w14:textId="61274600" w:rsidR="002D4B59" w:rsidRDefault="002D4B59">
            <w:r>
              <w:rPr>
                <w:rFonts w:ascii="Calibri" w:eastAsia="Calibri" w:hAnsi="Calibri" w:cs="Calibri"/>
                <w:b/>
                <w:color w:val="1F3A5F"/>
                <w:sz w:val="20"/>
              </w:rPr>
              <w:t>10</w:t>
            </w:r>
          </w:p>
        </w:tc>
        <w:tc>
          <w:tcPr>
            <w:tcW w:w="9568" w:type="dxa"/>
            <w:tcMar>
              <w:top w:w="50" w:type="dxa"/>
              <w:left w:w="100" w:type="dxa"/>
              <w:bottom w:w="50" w:type="dxa"/>
              <w:right w:w="100" w:type="dxa"/>
            </w:tcMar>
          </w:tcPr>
          <w:p w14:paraId="0AB51A64" w14:textId="77777777" w:rsidR="002D4B59" w:rsidRDefault="002D4B59"/>
        </w:tc>
      </w:tr>
    </w:tbl>
    <w:p w14:paraId="5259B6F4" w14:textId="77777777" w:rsidR="00F35A84" w:rsidRDefault="00F35A84">
      <w:pPr>
        <w:pageBreakBefore/>
        <w:spacing w:line="20" w:lineRule="exact"/>
        <w:rPr>
          <w:sz w:val="2"/>
        </w:rPr>
      </w:pPr>
    </w:p>
    <w:p w14:paraId="56CC9BE3" w14:textId="77777777" w:rsidR="00D709CC" w:rsidRDefault="00091397">
      <w:pPr>
        <w:pStyle w:val="HLTitle"/>
      </w:pPr>
      <w:r>
        <w:t>Master Project Hero List</w:t>
      </w:r>
    </w:p>
    <w:p w14:paraId="028526DD" w14:textId="77777777" w:rsidR="00D709CC" w:rsidRDefault="00091397">
      <w:pPr>
        <w:pStyle w:val="HLSubtitle"/>
      </w:pPr>
      <w:r>
        <w:t>American Heritage Worldwide · Grades 3–5</w:t>
      </w:r>
    </w:p>
    <w:p w14:paraId="4930A621" w14:textId="77777777" w:rsidR="00D709CC" w:rsidRDefault="00091397">
      <w:pPr>
        <w:pStyle w:val="HLFirstParagraph"/>
      </w:pPr>
      <w:r>
        <w:t>Choose a modern American hero you would like to know better. Your hero should be someone whose example can help you come closer to Jesus Christ. Read the short stories below with a parent. Pick two heroes you like, and talk about them together before you choose one.</w:t>
      </w:r>
    </w:p>
    <w:p w14:paraId="6A622285" w14:textId="77777777" w:rsidR="00D709CC" w:rsidRDefault="00091397">
      <w:pPr>
        <w:pStyle w:val="HLBodyText"/>
      </w:pPr>
      <w:r>
        <w:t xml:space="preserve">This list does not have every hero. You may choose another hero or ancestor who is not on the list but who lived during this same time period. If you do, ask your Coach. </w:t>
      </w:r>
      <w:r w:rsidR="0075343D">
        <w:t xml:space="preserve">Your hero should be someone whose life demonstrated service, love, courage, faith, integrity, or other Christlike quality, and whose example and actions help others to better follow Jesus Christ. </w:t>
      </w:r>
      <w:r>
        <w:t>You must also be able to learn about them from books, articles, family stories, or talking to people who knew them.</w:t>
      </w:r>
    </w:p>
    <w:p w14:paraId="51D333B0" w14:textId="77777777" w:rsidR="00D709CC" w:rsidRDefault="00091397">
      <w:pPr>
        <w:pStyle w:val="HLBodyText"/>
      </w:pPr>
      <w:r>
        <w:t>Heroes with a ★ are also in this year’s history class. Parents: Some of these heroes lived through war and cruelty. Please read those stories together with your child.</w:t>
      </w:r>
    </w:p>
    <w:p w14:paraId="2E72CBF1" w14:textId="77777777" w:rsidR="00D709CC" w:rsidRDefault="00091397">
      <w:pPr>
        <w:pStyle w:val="HLheading2"/>
      </w:pPr>
      <w:bookmarkStart w:id="0" w:name="heroes-at-a-glance"/>
      <w:r>
        <w:t>Heroes at a glance</w:t>
      </w:r>
    </w:p>
    <w:tbl>
      <w:tblPr>
        <w:tblStyle w:val="HLTable"/>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20" w:firstRow="1" w:lastRow="0" w:firstColumn="0" w:lastColumn="0" w:noHBand="0" w:noVBand="0"/>
      </w:tblPr>
      <w:tblGrid>
        <w:gridCol w:w="2944"/>
        <w:gridCol w:w="7126"/>
      </w:tblGrid>
      <w:tr w:rsidR="00C66C01" w14:paraId="087625B4" w14:textId="77777777" w:rsidTr="00C66C01">
        <w:trPr>
          <w:cnfStyle w:val="100000000000" w:firstRow="1" w:lastRow="0" w:firstColumn="0" w:lastColumn="0" w:oddVBand="0" w:evenVBand="0" w:oddHBand="0" w:evenHBand="0" w:firstRowFirstColumn="0" w:firstRowLastColumn="0" w:lastRowFirstColumn="0" w:lastRowLastColumn="0"/>
          <w:tblHeader/>
        </w:trPr>
        <w:tc>
          <w:tcPr>
            <w:tcW w:w="2736" w:type="dxa"/>
            <w:shd w:val="clear" w:color="auto" w:fill="1F3A5F"/>
            <w:tcMar>
              <w:top w:w="60" w:type="dxa"/>
              <w:bottom w:w="60" w:type="dxa"/>
            </w:tcMar>
          </w:tcPr>
          <w:p w14:paraId="0506B0B3" w14:textId="77777777" w:rsidR="00D709CC" w:rsidRDefault="00091397">
            <w:pPr>
              <w:pStyle w:val="HLCompact"/>
              <w:spacing w:after="40"/>
            </w:pPr>
            <w:r>
              <w:rPr>
                <w:rFonts w:ascii="Calibri" w:hAnsi="Calibri"/>
                <w:b/>
                <w:color w:val="FFFFFF"/>
                <w:sz w:val="19"/>
              </w:rPr>
              <w:t>Category</w:t>
            </w:r>
          </w:p>
        </w:tc>
        <w:tc>
          <w:tcPr>
            <w:tcW w:w="6624" w:type="dxa"/>
            <w:shd w:val="clear" w:color="auto" w:fill="1F3A5F"/>
            <w:tcMar>
              <w:top w:w="60" w:type="dxa"/>
              <w:bottom w:w="60" w:type="dxa"/>
            </w:tcMar>
          </w:tcPr>
          <w:p w14:paraId="6CB575D4" w14:textId="77777777" w:rsidR="00D709CC" w:rsidRDefault="00091397">
            <w:pPr>
              <w:pStyle w:val="HLCompact"/>
              <w:spacing w:after="40"/>
            </w:pPr>
            <w:r>
              <w:rPr>
                <w:rFonts w:ascii="Calibri" w:hAnsi="Calibri"/>
                <w:b/>
                <w:color w:val="FFFFFF"/>
                <w:sz w:val="19"/>
              </w:rPr>
              <w:t>Heroes</w:t>
            </w:r>
          </w:p>
        </w:tc>
      </w:tr>
      <w:tr w:rsidR="00C66C01" w14:paraId="3E66CC96" w14:textId="77777777" w:rsidTr="00C66C01">
        <w:tc>
          <w:tcPr>
            <w:tcW w:w="2736" w:type="dxa"/>
            <w:tcMar>
              <w:top w:w="60" w:type="dxa"/>
              <w:bottom w:w="60" w:type="dxa"/>
            </w:tcMar>
          </w:tcPr>
          <w:p w14:paraId="37911C38" w14:textId="77777777" w:rsidR="00D709CC" w:rsidRDefault="00091397">
            <w:pPr>
              <w:pStyle w:val="HLCompact"/>
              <w:spacing w:after="40"/>
            </w:pPr>
            <w:r>
              <w:rPr>
                <w:sz w:val="17"/>
              </w:rPr>
              <w:t>Latter-day Saint Leaders and Missionaries</w:t>
            </w:r>
          </w:p>
        </w:tc>
        <w:tc>
          <w:tcPr>
            <w:tcW w:w="6624" w:type="dxa"/>
            <w:tcMar>
              <w:top w:w="60" w:type="dxa"/>
              <w:bottom w:w="60" w:type="dxa"/>
            </w:tcMar>
          </w:tcPr>
          <w:p w14:paraId="54F4622A" w14:textId="77777777" w:rsidR="00D709CC" w:rsidRDefault="00091397">
            <w:pPr>
              <w:pStyle w:val="HLCompact"/>
              <w:spacing w:after="40"/>
            </w:pPr>
            <w:r>
              <w:rPr>
                <w:sz w:val="17"/>
              </w:rPr>
              <w:t>Willard Bean, Ezra Taft Benson, Henry B. Eyring, Heber J. Grant, Gordon B. Hinckley, Marjorie Pay Hinckley, Camilla Eyring Kimball, Spencer W. Kimball, Neal A. Maxwell, Thomas S. Monson, Russell M. Nelson, Dallin H. Oaks, ★ Boyd K. Packer, LeGrand Richards, N. Eldon Tanner</w:t>
            </w:r>
          </w:p>
        </w:tc>
      </w:tr>
      <w:tr w:rsidR="00C66C01" w14:paraId="52BDE396" w14:textId="77777777" w:rsidTr="00C66C01">
        <w:tc>
          <w:tcPr>
            <w:tcW w:w="2736" w:type="dxa"/>
            <w:tcMar>
              <w:top w:w="60" w:type="dxa"/>
              <w:bottom w:w="60" w:type="dxa"/>
            </w:tcMar>
          </w:tcPr>
          <w:p w14:paraId="08C35C7B" w14:textId="77777777" w:rsidR="00D709CC" w:rsidRDefault="00091397">
            <w:pPr>
              <w:pStyle w:val="HLCompact"/>
              <w:spacing w:after="40"/>
            </w:pPr>
            <w:r>
              <w:rPr>
                <w:sz w:val="17"/>
              </w:rPr>
              <w:t>Faith Leaders, Writers, and Artists</w:t>
            </w:r>
          </w:p>
        </w:tc>
        <w:tc>
          <w:tcPr>
            <w:tcW w:w="6624" w:type="dxa"/>
            <w:tcMar>
              <w:top w:w="60" w:type="dxa"/>
              <w:bottom w:w="60" w:type="dxa"/>
            </w:tcMar>
          </w:tcPr>
          <w:p w14:paraId="49BF80D2" w14:textId="77777777" w:rsidR="00D709CC" w:rsidRDefault="00091397">
            <w:pPr>
              <w:pStyle w:val="HLCompact"/>
              <w:spacing w:after="40"/>
            </w:pPr>
            <w:r>
              <w:rPr>
                <w:sz w:val="17"/>
              </w:rPr>
              <w:t>Pope John Paul II, ★ Emma Lazarus, C. S. Lewis, Eric Liddell, ★ Fred Rogers, Minerva Teichert, ★ Mother Teresa</w:t>
            </w:r>
          </w:p>
        </w:tc>
      </w:tr>
      <w:tr w:rsidR="00C66C01" w14:paraId="7DB41D7C" w14:textId="77777777" w:rsidTr="00C66C01">
        <w:tc>
          <w:tcPr>
            <w:tcW w:w="2736" w:type="dxa"/>
            <w:tcMar>
              <w:top w:w="60" w:type="dxa"/>
              <w:bottom w:w="60" w:type="dxa"/>
            </w:tcMar>
          </w:tcPr>
          <w:p w14:paraId="59D0CF87" w14:textId="77777777" w:rsidR="00D709CC" w:rsidRDefault="00091397">
            <w:pPr>
              <w:pStyle w:val="HLCompact"/>
              <w:spacing w:after="40"/>
            </w:pPr>
            <w:r>
              <w:rPr>
                <w:sz w:val="17"/>
              </w:rPr>
              <w:t>World War II</w:t>
            </w:r>
          </w:p>
        </w:tc>
        <w:tc>
          <w:tcPr>
            <w:tcW w:w="6624" w:type="dxa"/>
            <w:tcMar>
              <w:top w:w="60" w:type="dxa"/>
              <w:bottom w:w="60" w:type="dxa"/>
            </w:tcMar>
          </w:tcPr>
          <w:p w14:paraId="3AB6464F" w14:textId="77777777" w:rsidR="00D709CC" w:rsidRDefault="00091397">
            <w:pPr>
              <w:pStyle w:val="HLCompact"/>
              <w:spacing w:after="40"/>
            </w:pPr>
            <w:r>
              <w:rPr>
                <w:sz w:val="17"/>
              </w:rPr>
              <w:t>Roddie Edmonds, Anne Frank, Oskar Schindler, Irena Sendler, ★ Corrie ten Boom, Raoul Wallenberg, ★ Nicholas Winton, Desmond Doss, Fred Korematsu, Douglas MacArthur, Kitty de Ruyter-Bons</w:t>
            </w:r>
          </w:p>
        </w:tc>
      </w:tr>
      <w:tr w:rsidR="00C66C01" w14:paraId="781F4175" w14:textId="77777777" w:rsidTr="00C66C01">
        <w:tc>
          <w:tcPr>
            <w:tcW w:w="2736" w:type="dxa"/>
            <w:tcMar>
              <w:top w:w="60" w:type="dxa"/>
              <w:bottom w:w="60" w:type="dxa"/>
            </w:tcMar>
          </w:tcPr>
          <w:p w14:paraId="01DC279F" w14:textId="77777777" w:rsidR="00D709CC" w:rsidRDefault="00091397">
            <w:pPr>
              <w:pStyle w:val="HLCompact"/>
              <w:spacing w:after="40"/>
            </w:pPr>
            <w:r>
              <w:rPr>
                <w:sz w:val="17"/>
              </w:rPr>
              <w:t>The Cold War, Korea, and Vietnam</w:t>
            </w:r>
          </w:p>
        </w:tc>
        <w:tc>
          <w:tcPr>
            <w:tcW w:w="6624" w:type="dxa"/>
            <w:tcMar>
              <w:top w:w="60" w:type="dxa"/>
              <w:bottom w:w="60" w:type="dxa"/>
            </w:tcMar>
          </w:tcPr>
          <w:p w14:paraId="75E89EC1" w14:textId="77777777" w:rsidR="00D709CC" w:rsidRDefault="00091397">
            <w:pPr>
              <w:pStyle w:val="HLCompact"/>
              <w:spacing w:after="40"/>
            </w:pPr>
            <w:r>
              <w:rPr>
                <w:sz w:val="17"/>
              </w:rPr>
              <w:t>★ Russell Blaisdell and Merle Strang, ★ Gail Halvorsen, ★ Ji-li Jiang, ★ Samantha Smith, Hugh Thompson Jr., Lech Wałęsa</w:t>
            </w:r>
          </w:p>
        </w:tc>
      </w:tr>
      <w:tr w:rsidR="00C66C01" w14:paraId="35F713F9" w14:textId="77777777" w:rsidTr="00C66C01">
        <w:tc>
          <w:tcPr>
            <w:tcW w:w="2736" w:type="dxa"/>
            <w:tcMar>
              <w:top w:w="60" w:type="dxa"/>
              <w:bottom w:w="60" w:type="dxa"/>
            </w:tcMar>
          </w:tcPr>
          <w:p w14:paraId="621F131F" w14:textId="77777777" w:rsidR="00D709CC" w:rsidRDefault="00091397">
            <w:pPr>
              <w:pStyle w:val="HLCompact"/>
              <w:spacing w:after="40"/>
            </w:pPr>
            <w:r>
              <w:rPr>
                <w:sz w:val="17"/>
              </w:rPr>
              <w:t>The Civil Rights Movement</w:t>
            </w:r>
          </w:p>
        </w:tc>
        <w:tc>
          <w:tcPr>
            <w:tcW w:w="6624" w:type="dxa"/>
            <w:tcMar>
              <w:top w:w="60" w:type="dxa"/>
              <w:bottom w:w="60" w:type="dxa"/>
            </w:tcMar>
          </w:tcPr>
          <w:p w14:paraId="5D2D8292" w14:textId="77777777" w:rsidR="00D709CC" w:rsidRDefault="00091397">
            <w:pPr>
              <w:pStyle w:val="HLCompact"/>
              <w:spacing w:after="40"/>
            </w:pPr>
            <w:r>
              <w:rPr>
                <w:sz w:val="17"/>
              </w:rPr>
              <w:t>★ Ruby Bridges, Claudette Colvin, Fannie Lou Hamer, ★ Barbara Henry, ★ Martin Luther King Jr., John Lewis, The Little Rock Nine, Thurgood Marshall, ★ Rosa Parks, Jackie Robinson</w:t>
            </w:r>
          </w:p>
        </w:tc>
      </w:tr>
      <w:tr w:rsidR="00C66C01" w14:paraId="0D78D025" w14:textId="77777777" w:rsidTr="00C66C01">
        <w:tc>
          <w:tcPr>
            <w:tcW w:w="2736" w:type="dxa"/>
            <w:tcMar>
              <w:top w:w="60" w:type="dxa"/>
              <w:bottom w:w="60" w:type="dxa"/>
            </w:tcMar>
          </w:tcPr>
          <w:p w14:paraId="62C617BD" w14:textId="77777777" w:rsidR="00D709CC" w:rsidRDefault="00091397">
            <w:pPr>
              <w:pStyle w:val="HLCompact"/>
              <w:spacing w:after="40"/>
            </w:pPr>
            <w:r>
              <w:rPr>
                <w:sz w:val="17"/>
              </w:rPr>
              <w:t>Sports and Friendship</w:t>
            </w:r>
          </w:p>
        </w:tc>
        <w:tc>
          <w:tcPr>
            <w:tcW w:w="6624" w:type="dxa"/>
            <w:tcMar>
              <w:top w:w="60" w:type="dxa"/>
              <w:bottom w:w="60" w:type="dxa"/>
            </w:tcMar>
          </w:tcPr>
          <w:p w14:paraId="64899728" w14:textId="77777777" w:rsidR="00D709CC" w:rsidRDefault="00091397">
            <w:pPr>
              <w:pStyle w:val="HLCompact"/>
              <w:spacing w:after="40"/>
            </w:pPr>
            <w:r>
              <w:rPr>
                <w:sz w:val="17"/>
              </w:rPr>
              <w:t>★ Luz Long, ★ Jesse Owens</w:t>
            </w:r>
          </w:p>
        </w:tc>
      </w:tr>
      <w:tr w:rsidR="00C66C01" w14:paraId="23704265" w14:textId="77777777" w:rsidTr="00C66C01">
        <w:tc>
          <w:tcPr>
            <w:tcW w:w="2736" w:type="dxa"/>
            <w:tcMar>
              <w:top w:w="60" w:type="dxa"/>
              <w:bottom w:w="60" w:type="dxa"/>
            </w:tcMar>
          </w:tcPr>
          <w:p w14:paraId="6ED5E385" w14:textId="77777777" w:rsidR="00D709CC" w:rsidRDefault="00091397">
            <w:pPr>
              <w:pStyle w:val="HLCompact"/>
              <w:spacing w:after="40"/>
            </w:pPr>
            <w:r>
              <w:rPr>
                <w:sz w:val="17"/>
              </w:rPr>
              <w:t>Education, Giving, and Overcoming Adversity</w:t>
            </w:r>
          </w:p>
        </w:tc>
        <w:tc>
          <w:tcPr>
            <w:tcW w:w="6624" w:type="dxa"/>
            <w:tcMar>
              <w:top w:w="60" w:type="dxa"/>
              <w:bottom w:w="60" w:type="dxa"/>
            </w:tcMar>
          </w:tcPr>
          <w:p w14:paraId="1E865B7B" w14:textId="77777777" w:rsidR="00D709CC" w:rsidRDefault="00091397">
            <w:pPr>
              <w:pStyle w:val="HLCompact"/>
              <w:spacing w:after="40"/>
            </w:pPr>
            <w:r>
              <w:rPr>
                <w:sz w:val="17"/>
              </w:rPr>
              <w:t>★ Milton Hershey, Helen Keller, Annie Sullivan, Booker T. Washington</w:t>
            </w:r>
          </w:p>
        </w:tc>
      </w:tr>
      <w:tr w:rsidR="00C66C01" w14:paraId="1521480A" w14:textId="77777777" w:rsidTr="00C66C01">
        <w:tc>
          <w:tcPr>
            <w:tcW w:w="2736" w:type="dxa"/>
            <w:tcMar>
              <w:top w:w="60" w:type="dxa"/>
              <w:bottom w:w="60" w:type="dxa"/>
            </w:tcMar>
          </w:tcPr>
          <w:p w14:paraId="24AFE5D3" w14:textId="77777777" w:rsidR="00D709CC" w:rsidRDefault="00091397">
            <w:pPr>
              <w:pStyle w:val="HLCompact"/>
              <w:spacing w:after="40"/>
            </w:pPr>
            <w:r>
              <w:rPr>
                <w:sz w:val="17"/>
              </w:rPr>
              <w:t>Science, Space, and Medicine</w:t>
            </w:r>
          </w:p>
        </w:tc>
        <w:tc>
          <w:tcPr>
            <w:tcW w:w="6624" w:type="dxa"/>
            <w:tcMar>
              <w:top w:w="60" w:type="dxa"/>
              <w:bottom w:w="60" w:type="dxa"/>
            </w:tcMar>
          </w:tcPr>
          <w:p w14:paraId="0B108DEC" w14:textId="77777777" w:rsidR="00D709CC" w:rsidRDefault="00091397">
            <w:pPr>
              <w:pStyle w:val="HLCompact"/>
              <w:spacing w:after="40"/>
            </w:pPr>
            <w:r>
              <w:rPr>
                <w:sz w:val="17"/>
              </w:rPr>
              <w:t>★ Norman Borlaug, Ben Carson, George Washington Carver, ★ Katherine Johnson, Frances Oldham Kelsey, ★ Jonas Salk, Nikola Tesla</w:t>
            </w:r>
          </w:p>
        </w:tc>
      </w:tr>
      <w:tr w:rsidR="00C66C01" w14:paraId="14AAC8C7" w14:textId="77777777" w:rsidTr="00C66C01">
        <w:tc>
          <w:tcPr>
            <w:tcW w:w="2736" w:type="dxa"/>
            <w:tcMar>
              <w:top w:w="60" w:type="dxa"/>
              <w:bottom w:w="60" w:type="dxa"/>
            </w:tcMar>
          </w:tcPr>
          <w:p w14:paraId="38D56F0A" w14:textId="77777777" w:rsidR="00D709CC" w:rsidRDefault="00091397">
            <w:pPr>
              <w:pStyle w:val="HLCompact"/>
              <w:spacing w:after="40"/>
            </w:pPr>
            <w:r>
              <w:rPr>
                <w:sz w:val="17"/>
              </w:rPr>
              <w:t>Modern-Day Courage</w:t>
            </w:r>
          </w:p>
        </w:tc>
        <w:tc>
          <w:tcPr>
            <w:tcW w:w="6624" w:type="dxa"/>
            <w:tcMar>
              <w:top w:w="60" w:type="dxa"/>
              <w:bottom w:w="60" w:type="dxa"/>
            </w:tcMar>
          </w:tcPr>
          <w:p w14:paraId="6F11B071" w14:textId="77777777" w:rsidR="00D709CC" w:rsidRDefault="00091397">
            <w:pPr>
              <w:pStyle w:val="HLCompact"/>
              <w:spacing w:after="40"/>
            </w:pPr>
            <w:r>
              <w:rPr>
                <w:sz w:val="17"/>
              </w:rPr>
              <w:t>Welles Crowther, Stephanie Nielson</w:t>
            </w:r>
          </w:p>
        </w:tc>
      </w:tr>
    </w:tbl>
    <w:p w14:paraId="76E53928" w14:textId="77777777" w:rsidR="00D709CC" w:rsidRDefault="00091397">
      <w:pPr>
        <w:pStyle w:val="HLheading1"/>
      </w:pPr>
      <w:bookmarkStart w:id="1" w:name="X6cd4c7b0e54c97d33d4bf62945c497af0169d46"/>
      <w:bookmarkEnd w:id="0"/>
      <w:r>
        <w:lastRenderedPageBreak/>
        <w:t>Latter-day Saint Leaders and Missionaries</w:t>
      </w:r>
    </w:p>
    <w:p w14:paraId="52CE9C94" w14:textId="77777777" w:rsidR="00D709CC" w:rsidRDefault="00091397">
      <w:pPr>
        <w:pStyle w:val="HLheading3"/>
      </w:pPr>
      <w:r>
        <w:t>Willard Bean (1868–1949)</w:t>
      </w:r>
    </w:p>
    <w:p w14:paraId="5B59CCEE" w14:textId="77777777" w:rsidR="00D709CC" w:rsidRDefault="00091397">
      <w:pPr>
        <w:pStyle w:val="HLFirstParagraph"/>
      </w:pPr>
      <w:r>
        <w:t>Willard Bean was a boxing champion known as the “Fighting Parson.” He and his wife, Rebecca, were called to live on the Joseph Smith farm in New York. Their neighbors were unkind at first, but the Beans answered with kindness for more than 20 years. Willard also helped the Church buy the Hill Cumorah.</w:t>
      </w:r>
    </w:p>
    <w:p w14:paraId="1F17A745" w14:textId="77777777" w:rsidR="00D709CC" w:rsidRDefault="00091397">
      <w:pPr>
        <w:pStyle w:val="HLheading3"/>
      </w:pPr>
      <w:r>
        <w:t>Ezra Taft Benson (1899–1994)</w:t>
      </w:r>
    </w:p>
    <w:p w14:paraId="6978CF9D" w14:textId="77777777" w:rsidR="00D709CC" w:rsidRDefault="00091397">
      <w:pPr>
        <w:pStyle w:val="HLFirstParagraph"/>
      </w:pPr>
      <w:r>
        <w:t>Ezra Taft Benson grew up on a farm in Idaho. He learned all about farming and later helped lead farming for the whole country. As the 13th President of the Church, he asked members to read the Book of Mormon every day.</w:t>
      </w:r>
    </w:p>
    <w:p w14:paraId="5AC1BA29" w14:textId="77777777" w:rsidR="00D709CC" w:rsidRDefault="00091397">
      <w:pPr>
        <w:pStyle w:val="HLheading3"/>
      </w:pPr>
      <w:r>
        <w:t>Henry B. Eyring (born 1933)</w:t>
      </w:r>
    </w:p>
    <w:p w14:paraId="550FA7F6" w14:textId="77777777" w:rsidR="00D709CC" w:rsidRDefault="00091397">
      <w:pPr>
        <w:pStyle w:val="HLFirstParagraph"/>
      </w:pPr>
      <w:r>
        <w:t>Henry B. Eyring was a teacher and a college president. He became an apostle, a special witness of Jesus Christ, in 1995. He is known for his gentle teaching and for asking us to look for God’s hand in our lives each day.</w:t>
      </w:r>
    </w:p>
    <w:p w14:paraId="54AB65E0" w14:textId="77777777" w:rsidR="00D709CC" w:rsidRDefault="00091397">
      <w:pPr>
        <w:pStyle w:val="HLheading3"/>
      </w:pPr>
      <w:r>
        <w:t>Heber J. Grant (1856–1945)</w:t>
      </w:r>
    </w:p>
    <w:p w14:paraId="4E703697" w14:textId="77777777" w:rsidR="00D709CC" w:rsidRDefault="00091397">
      <w:pPr>
        <w:pStyle w:val="HLFirstParagraph"/>
      </w:pPr>
      <w:r>
        <w:t>Heber J. Grant’s father died when he was a baby, and his family was poor. He worked hard and became a good businessman. As the 7th President of the Church, he helped start a Church program to care for people in need.</w:t>
      </w:r>
    </w:p>
    <w:p w14:paraId="41EB0E21" w14:textId="77777777" w:rsidR="00D709CC" w:rsidRDefault="00091397">
      <w:pPr>
        <w:pStyle w:val="HLheading3"/>
      </w:pPr>
      <w:r>
        <w:t>Gordon B. Hinckley (1910–2008)</w:t>
      </w:r>
    </w:p>
    <w:p w14:paraId="7189E891" w14:textId="77777777" w:rsidR="00D709CC" w:rsidRDefault="00091397">
      <w:pPr>
        <w:pStyle w:val="HLFirstParagraph"/>
      </w:pPr>
      <w:r>
        <w:t>Gordon B. Hinckley served a mission in England. Later he helped the Church share the gospel on radio and in films. As the 15th President of the Church, he built temples all over the world. He was known for his cheerful faith that “things will work out.”</w:t>
      </w:r>
    </w:p>
    <w:p w14:paraId="52AC080C" w14:textId="77777777" w:rsidR="00D709CC" w:rsidRDefault="00091397">
      <w:pPr>
        <w:pStyle w:val="HLheading3"/>
      </w:pPr>
      <w:r>
        <w:t>Marjorie Pay Hinckley (1911–2004)</w:t>
      </w:r>
    </w:p>
    <w:p w14:paraId="2CBD9A7D" w14:textId="77777777" w:rsidR="00D709CC" w:rsidRDefault="00091397">
      <w:pPr>
        <w:pStyle w:val="HLFirstParagraph"/>
      </w:pPr>
      <w:r>
        <w:t>Marjorie Pay Hinckley was the wife of President Gordon B. Hinckley and the mother of five children. She traveled the world with her husband. Everywhere she went, she lifted others with her cheerful spirit, humor, and faith.</w:t>
      </w:r>
    </w:p>
    <w:p w14:paraId="00DC76FE" w14:textId="77777777" w:rsidR="00D709CC" w:rsidRDefault="00091397">
      <w:pPr>
        <w:pStyle w:val="HLheading3"/>
      </w:pPr>
      <w:bookmarkStart w:id="2" w:name="willard-bean-18681949"/>
      <w:r>
        <w:t>Camilla Eyring Kimball (1894–1987)</w:t>
      </w:r>
    </w:p>
    <w:p w14:paraId="24CDAFFD" w14:textId="77777777" w:rsidR="00D709CC" w:rsidRDefault="00091397">
      <w:pPr>
        <w:pStyle w:val="HLFirstParagraph"/>
      </w:pPr>
      <w:r>
        <w:t xml:space="preserve">Camilla Eyring Kimball was born in Mexico. When she was a girl, her family had to flee from a war there. She became a teacher, married Spencer W. Kimball, and loved </w:t>
      </w:r>
      <w:proofErr w:type="gramStart"/>
      <w:r>
        <w:t>learning</w:t>
      </w:r>
      <w:proofErr w:type="gramEnd"/>
      <w:r>
        <w:t xml:space="preserve"> her whole life.</w:t>
      </w:r>
    </w:p>
    <w:p w14:paraId="01E53BDB" w14:textId="77777777" w:rsidR="00D709CC" w:rsidRDefault="00091397">
      <w:pPr>
        <w:pStyle w:val="HLheading3"/>
      </w:pPr>
      <w:r>
        <w:t>Spencer W. Kimball (1895–1985)</w:t>
      </w:r>
    </w:p>
    <w:p w14:paraId="5235EF5A" w14:textId="77777777" w:rsidR="00D709CC" w:rsidRDefault="00091397">
      <w:pPr>
        <w:pStyle w:val="HLFirstParagraph"/>
      </w:pPr>
      <w:r>
        <w:t>Spencer W. Kimball grew up in Arizona and faced many health problems. One illness left him with a soft, raspy voice. As the 12th President of the Church, he told members to “lengthen your stride” and sent missionaries all over the world.</w:t>
      </w:r>
    </w:p>
    <w:p w14:paraId="7A2C2706" w14:textId="77777777" w:rsidR="00D709CC" w:rsidRDefault="00091397">
      <w:pPr>
        <w:pStyle w:val="HLheading3"/>
      </w:pPr>
      <w:r>
        <w:t>Neal A. Maxwell (1926–2004)</w:t>
      </w:r>
    </w:p>
    <w:p w14:paraId="0AE209BE" w14:textId="77777777" w:rsidR="00D709CC" w:rsidRDefault="00091397">
      <w:pPr>
        <w:pStyle w:val="HLFirstParagraph"/>
      </w:pPr>
      <w:r>
        <w:t>Neal A. Maxwell was a soldier in World War II and later a leader in education. As an apostle, he gave wise talks about following Jesus. During a long illness, he showed others how to face trials with faith.</w:t>
      </w:r>
    </w:p>
    <w:p w14:paraId="1C9C7B8B" w14:textId="77777777" w:rsidR="00D709CC" w:rsidRDefault="00091397">
      <w:pPr>
        <w:pStyle w:val="HLheading3"/>
      </w:pPr>
      <w:r>
        <w:t>Thomas S. Monson (1927–2018)</w:t>
      </w:r>
    </w:p>
    <w:p w14:paraId="3A3C3BD8" w14:textId="77777777" w:rsidR="00D709CC" w:rsidRDefault="00091397">
      <w:pPr>
        <w:pStyle w:val="HLFirstParagraph"/>
      </w:pPr>
      <w:r>
        <w:t>Thomas S. Monson became a bishop when he was only 22. He cared for more than 80 widows in his ward. As the 16th President of the Church, he taught us to follow the Spirit and to help people who are lonely or sick.</w:t>
      </w:r>
    </w:p>
    <w:p w14:paraId="33D097B9" w14:textId="77777777" w:rsidR="00D709CC" w:rsidRDefault="00091397">
      <w:pPr>
        <w:pStyle w:val="HLheading3"/>
      </w:pPr>
      <w:r>
        <w:lastRenderedPageBreak/>
        <w:t>Russell M. Nelson (1924–2025)</w:t>
      </w:r>
    </w:p>
    <w:p w14:paraId="64596E45" w14:textId="77777777" w:rsidR="00D709CC" w:rsidRDefault="00091397">
      <w:pPr>
        <w:pStyle w:val="HLFirstParagraph"/>
      </w:pPr>
      <w:r>
        <w:t>Russell M. Nelson was a heart doctor. He helped invent a machine that doctors use when they fix hearts. As the 17th President of the Church, he taught members to hear the Savior and let God lead their lives.</w:t>
      </w:r>
    </w:p>
    <w:p w14:paraId="55E833A4" w14:textId="77777777" w:rsidR="00D709CC" w:rsidRDefault="00091397">
      <w:pPr>
        <w:pStyle w:val="HLheading3"/>
      </w:pPr>
      <w:r>
        <w:t>Dallin H. Oaks (born 1932)</w:t>
      </w:r>
    </w:p>
    <w:p w14:paraId="48120DF8" w14:textId="77777777" w:rsidR="00D709CC" w:rsidRDefault="00091397">
      <w:pPr>
        <w:pStyle w:val="HLFirstParagraph"/>
      </w:pPr>
      <w:r>
        <w:t>Dallin H. Oaks lost his father when he was seven years old. He grew up to become a lawyer, a judge, and the president of BYU. In 2025 he became the 18th President of the Church.</w:t>
      </w:r>
    </w:p>
    <w:p w14:paraId="77AEB271" w14:textId="77777777" w:rsidR="00D709CC" w:rsidRDefault="00091397">
      <w:pPr>
        <w:pStyle w:val="HLheading3"/>
      </w:pPr>
      <w:r>
        <w:t>★ Boyd K. Packer (1924–2015)</w:t>
      </w:r>
    </w:p>
    <w:p w14:paraId="0400809B" w14:textId="77777777" w:rsidR="00D709CC" w:rsidRDefault="00091397">
      <w:pPr>
        <w:pStyle w:val="HLFirstParagraph"/>
      </w:pPr>
      <w:r>
        <w:t>Boyd K. Packer grew up in Utah and flew airplanes in World War II. He became a teacher and later an apostle. He loved to carve and paint birds, and he taught that good music and prayer can chase away bad thoughts.</w:t>
      </w:r>
    </w:p>
    <w:p w14:paraId="22526ED6" w14:textId="77777777" w:rsidR="00D709CC" w:rsidRDefault="00091397">
      <w:pPr>
        <w:pStyle w:val="HLheading3"/>
      </w:pPr>
      <w:r>
        <w:t>LeGrand Richards (1886–1983)</w:t>
      </w:r>
    </w:p>
    <w:p w14:paraId="4F72C7E1" w14:textId="77777777" w:rsidR="00D709CC" w:rsidRDefault="00091397">
      <w:pPr>
        <w:pStyle w:val="HLFirstParagraph"/>
      </w:pPr>
      <w:r>
        <w:t>LeGrand Richards loved missionary work. He wrote a book that helped missionaries teach the gospel all over the world. As an apostle, he was known for his joy and humor, and he kept sharing the gospel into his 90s.</w:t>
      </w:r>
    </w:p>
    <w:p w14:paraId="016AEF2A" w14:textId="77777777" w:rsidR="00D709CC" w:rsidRDefault="00091397">
      <w:pPr>
        <w:pStyle w:val="HLheading3"/>
      </w:pPr>
      <w:r>
        <w:t>N. Eldon Tanner (1898–1982)</w:t>
      </w:r>
    </w:p>
    <w:p w14:paraId="7E65CB5C" w14:textId="77777777" w:rsidR="00D709CC" w:rsidRDefault="00091397">
      <w:pPr>
        <w:pStyle w:val="HLFirstParagraph"/>
      </w:pPr>
      <w:r>
        <w:t>N. Eldon Tanner was a teacher, businessman, and government leader in Canada. Later he became a top leader in the Church. He was so honest that people called him “Mr. Integrity.”</w:t>
      </w:r>
    </w:p>
    <w:bookmarkEnd w:id="1"/>
    <w:p w14:paraId="223795F7" w14:textId="77777777" w:rsidR="00D709CC" w:rsidRDefault="00091397">
      <w:pPr>
        <w:pStyle w:val="HLheading1"/>
      </w:pPr>
      <w:r>
        <w:t>Faith Leaders, Writers, and Artists</w:t>
      </w:r>
    </w:p>
    <w:p w14:paraId="4980E83E" w14:textId="77777777" w:rsidR="00D709CC" w:rsidRDefault="00091397">
      <w:pPr>
        <w:pStyle w:val="HLheading3"/>
      </w:pPr>
      <w:r>
        <w:t>Pope John Paul II (1920–2005)</w:t>
      </w:r>
    </w:p>
    <w:p w14:paraId="715A5F3F" w14:textId="77777777" w:rsidR="00D709CC" w:rsidRDefault="00091397">
      <w:pPr>
        <w:pStyle w:val="HLFirstParagraph"/>
      </w:pPr>
      <w:r>
        <w:t>Pope John Paul II grew up in Poland and became the leader of the Catholic Church in 1978. He helped the people of Poland stand up for faith and freedom without fighting. When a man tried to kill him, he visited the man in prison and forgave him.</w:t>
      </w:r>
    </w:p>
    <w:p w14:paraId="3304F417" w14:textId="77777777" w:rsidR="00D709CC" w:rsidRDefault="00091397">
      <w:pPr>
        <w:pStyle w:val="HLheading3"/>
      </w:pPr>
      <w:r>
        <w:t>★ Emma Lazarus (1849–1887)</w:t>
      </w:r>
    </w:p>
    <w:p w14:paraId="6014E81A" w14:textId="77777777" w:rsidR="00D709CC" w:rsidRDefault="00091397">
      <w:pPr>
        <w:pStyle w:val="HLFirstParagraph"/>
      </w:pPr>
      <w:r>
        <w:t>Emma Lazarus was a poet from New York City. She helped Jewish people who came to America with nothing. She wrote a poem that is now on the Statue of Liberty. It welcomes people who come to America looking for freedom.</w:t>
      </w:r>
    </w:p>
    <w:p w14:paraId="1D190DCE" w14:textId="77777777" w:rsidR="00D709CC" w:rsidRDefault="00091397">
      <w:pPr>
        <w:pStyle w:val="HLheading3"/>
      </w:pPr>
      <w:r>
        <w:t>C. S. Lewis (1898–1963)</w:t>
      </w:r>
    </w:p>
    <w:p w14:paraId="653361F0" w14:textId="77777777" w:rsidR="00D709CC" w:rsidRDefault="00091397">
      <w:pPr>
        <w:pStyle w:val="HLFirstParagraph"/>
      </w:pPr>
      <w:r>
        <w:t>C. S. Lewis was a teacher in England who came back to faith in Jesus Christ as an adult. He wrote The Chronicles of Narnia. His books have helped millions of people understand and love the Savior.</w:t>
      </w:r>
    </w:p>
    <w:p w14:paraId="7F4126AD" w14:textId="77777777" w:rsidR="00D709CC" w:rsidRDefault="00091397">
      <w:pPr>
        <w:pStyle w:val="HLheading3"/>
      </w:pPr>
      <w:r>
        <w:t>Eric Liddell (1902–1945)</w:t>
      </w:r>
    </w:p>
    <w:p w14:paraId="0175A9AC" w14:textId="77777777" w:rsidR="00D709CC" w:rsidRDefault="00091397">
      <w:pPr>
        <w:pStyle w:val="HLFirstParagraph"/>
      </w:pPr>
      <w:r>
        <w:t>Eric Liddell was a fast runner from Scotland. At the 1924 Olympics, he would not race on Sunday because he wanted to keep the Sabbath day holy. He won a gold medal in a different race. Later he served as a missionary in China, caring for others to the end of his life.</w:t>
      </w:r>
    </w:p>
    <w:p w14:paraId="19FAD17A" w14:textId="77777777" w:rsidR="00D709CC" w:rsidRDefault="00091397">
      <w:pPr>
        <w:pStyle w:val="HLheading3"/>
      </w:pPr>
      <w:r>
        <w:t>★ Fred Rogers (1928–2003)</w:t>
      </w:r>
    </w:p>
    <w:p w14:paraId="4642EC52" w14:textId="77777777" w:rsidR="00D709CC" w:rsidRDefault="00091397">
      <w:pPr>
        <w:pStyle w:val="HLFirstParagraph"/>
      </w:pPr>
      <w:r>
        <w:t>Fred Rogers was a minister who made a TV show for children called Mister Rogers’ Neighborhood. For more than 30 years, he taught children that they are special and loved just the way they are. He showed kindness to everyone he met.</w:t>
      </w:r>
    </w:p>
    <w:p w14:paraId="1070D135" w14:textId="77777777" w:rsidR="00D709CC" w:rsidRDefault="00091397">
      <w:pPr>
        <w:pStyle w:val="HLheading3"/>
      </w:pPr>
      <w:r>
        <w:lastRenderedPageBreak/>
        <w:t>Minerva Teichert (1888–1976)</w:t>
      </w:r>
    </w:p>
    <w:p w14:paraId="53169E18" w14:textId="77777777" w:rsidR="00D709CC" w:rsidRDefault="00091397">
      <w:pPr>
        <w:pStyle w:val="HLFirstParagraph"/>
      </w:pPr>
      <w:r>
        <w:t>Minerva Teichert was an artist who raised her family on a ranch in Wyoming. She painted hundreds of pictures of scripture stories and pioneers. Many of her paintings show stories from the Book of Mormon.</w:t>
      </w:r>
    </w:p>
    <w:p w14:paraId="25BBCF45" w14:textId="77777777" w:rsidR="00D709CC" w:rsidRDefault="00091397">
      <w:pPr>
        <w:pStyle w:val="HLheading3"/>
      </w:pPr>
      <w:r>
        <w:t>★ Mother Teresa (1910–1997)</w:t>
      </w:r>
    </w:p>
    <w:p w14:paraId="310B47A9" w14:textId="77777777" w:rsidR="00D709CC" w:rsidRDefault="00091397">
      <w:pPr>
        <w:pStyle w:val="HLFirstParagraph"/>
      </w:pPr>
      <w:r>
        <w:t xml:space="preserve">Mother Teresa was a Catholic nun who spent her life serving the poorest people in India. She cared for the sick and the homeless. She taught that we </w:t>
      </w:r>
      <w:proofErr w:type="gramStart"/>
      <w:r>
        <w:t>can</w:t>
      </w:r>
      <w:proofErr w:type="gramEnd"/>
      <w:r>
        <w:t xml:space="preserve"> do “small things with great love.”</w:t>
      </w:r>
    </w:p>
    <w:p w14:paraId="18C8DDB6" w14:textId="77777777" w:rsidR="00D709CC" w:rsidRDefault="00091397">
      <w:pPr>
        <w:pStyle w:val="HLheading1"/>
      </w:pPr>
      <w:r>
        <w:t>World War II</w:t>
      </w:r>
    </w:p>
    <w:p w14:paraId="6CEE553F" w14:textId="77777777" w:rsidR="00D709CC" w:rsidRDefault="00091397">
      <w:pPr>
        <w:pStyle w:val="HLheading2"/>
      </w:pPr>
      <w:r>
        <w:t>Rescuers and Victims of the Holocaust</w:t>
      </w:r>
    </w:p>
    <w:p w14:paraId="0E4952B1" w14:textId="77777777" w:rsidR="00D709CC" w:rsidRDefault="00091397">
      <w:pPr>
        <w:pStyle w:val="HLheading3"/>
      </w:pPr>
      <w:r>
        <w:t>Roddie Edmonds (1919–1985)</w:t>
      </w:r>
    </w:p>
    <w:p w14:paraId="2DF60D12" w14:textId="77777777" w:rsidR="00D709CC" w:rsidRDefault="00091397">
      <w:pPr>
        <w:pStyle w:val="HLFirstParagraph"/>
      </w:pPr>
      <w:r>
        <w:t>Roddie Edmonds was an American soldier who was captured during World War II. The enemy wanted to find the Jewish soldiers. Roddie had all his men stand together and said, “We are all Jews here.” His courage saved about 200 lives.</w:t>
      </w:r>
    </w:p>
    <w:p w14:paraId="53602AED" w14:textId="77777777" w:rsidR="00D709CC" w:rsidRDefault="00091397">
      <w:pPr>
        <w:pStyle w:val="HLheading3"/>
      </w:pPr>
      <w:r>
        <w:t>Anne Frank (1929–1945)</w:t>
      </w:r>
    </w:p>
    <w:p w14:paraId="2B5BB990" w14:textId="77777777" w:rsidR="00D709CC" w:rsidRDefault="00091397">
      <w:pPr>
        <w:pStyle w:val="HLFirstParagraph"/>
      </w:pPr>
      <w:r>
        <w:t>Anne Frank was a Jewish girl who hid with her family in a secret room for two years during World War II. She kept a diary that shows her hope and courage. Millions of people still read it today.</w:t>
      </w:r>
    </w:p>
    <w:p w14:paraId="78EA9FA0" w14:textId="77777777" w:rsidR="00D709CC" w:rsidRDefault="00091397">
      <w:pPr>
        <w:pStyle w:val="HLheading3"/>
      </w:pPr>
      <w:r>
        <w:t>Oskar Schindler (1908–1974)</w:t>
      </w:r>
    </w:p>
    <w:p w14:paraId="5BFAC6EB" w14:textId="77777777" w:rsidR="00D709CC" w:rsidRDefault="00091397">
      <w:pPr>
        <w:pStyle w:val="HLFirstParagraph"/>
      </w:pPr>
      <w:r>
        <w:t>Oskar Schindler was a German businessman during World War II. He came to care about the Jewish people who worked in his factories. He spent all his money to keep about 1,200 of them safe.</w:t>
      </w:r>
    </w:p>
    <w:p w14:paraId="3EAE00B6" w14:textId="77777777" w:rsidR="00D709CC" w:rsidRDefault="00091397">
      <w:pPr>
        <w:pStyle w:val="HLheading3"/>
      </w:pPr>
      <w:r>
        <w:t>Irena Sendler (1910–2008)</w:t>
      </w:r>
    </w:p>
    <w:p w14:paraId="345E09B4" w14:textId="77777777" w:rsidR="00D709CC" w:rsidRDefault="00091397">
      <w:pPr>
        <w:pStyle w:val="HLFirstParagraph"/>
      </w:pPr>
      <w:r>
        <w:t>Irena Sendler was a woman in Poland who helped families in need during World War II. She secretly helped about 2,500 Jewish children escape to safety. She hid their real names in jars so they could find their families later.</w:t>
      </w:r>
    </w:p>
    <w:p w14:paraId="16A71217" w14:textId="77777777" w:rsidR="00D709CC" w:rsidRDefault="00091397">
      <w:pPr>
        <w:pStyle w:val="HLheading3"/>
      </w:pPr>
      <w:r>
        <w:t>★ Corrie ten Boom (1892–1983)</w:t>
      </w:r>
    </w:p>
    <w:p w14:paraId="226DABB6" w14:textId="77777777" w:rsidR="00D709CC" w:rsidRDefault="00091397">
      <w:pPr>
        <w:pStyle w:val="HLFirstParagraph"/>
      </w:pPr>
      <w:r>
        <w:t>Corrie ten Boom’s family hid Jewish people in a secret room in their home in the Netherlands during World War II. After the war, Corrie traveled the world. She taught people about God’s love and the power of forgiveness.</w:t>
      </w:r>
    </w:p>
    <w:p w14:paraId="64613729" w14:textId="77777777" w:rsidR="00D709CC" w:rsidRDefault="00091397">
      <w:pPr>
        <w:pStyle w:val="HLheading3"/>
      </w:pPr>
      <w:r>
        <w:t>Raoul Wallenberg (1912–c. 1947)</w:t>
      </w:r>
    </w:p>
    <w:p w14:paraId="008E1C21" w14:textId="77777777" w:rsidR="00D709CC" w:rsidRDefault="00091397">
      <w:pPr>
        <w:pStyle w:val="HLFirstParagraph"/>
      </w:pPr>
      <w:r>
        <w:t>Raoul Wallenberg was a leader from Sweden who went to Hungary in 1944. He gave Jewish people special papers and safe places to stay. He saved tens of thousands of lives.</w:t>
      </w:r>
    </w:p>
    <w:p w14:paraId="66D9D79B" w14:textId="77777777" w:rsidR="00D709CC" w:rsidRDefault="00091397">
      <w:pPr>
        <w:pStyle w:val="HLheading3"/>
      </w:pPr>
      <w:r>
        <w:t>★ Nicholas Winton (1909–2015)</w:t>
      </w:r>
    </w:p>
    <w:p w14:paraId="4E31494C" w14:textId="77777777" w:rsidR="00D709CC" w:rsidRDefault="00091397">
      <w:pPr>
        <w:pStyle w:val="HLFirstParagraph"/>
      </w:pPr>
      <w:r>
        <w:t>Nicholas Winton was a young man from England. Before World War II, he set up trains that carried 669 children, most of them Jewish, from danger to safe homes in England. He did not tell anyone for about 50 years, until his wife found his old scrapbook.</w:t>
      </w:r>
    </w:p>
    <w:p w14:paraId="53D5D4CE" w14:textId="77777777" w:rsidR="00D709CC" w:rsidRDefault="00091397">
      <w:pPr>
        <w:pStyle w:val="HLheading2"/>
      </w:pPr>
      <w:r>
        <w:lastRenderedPageBreak/>
        <w:t>Soldiers, Survivors, and the Home Front</w:t>
      </w:r>
    </w:p>
    <w:p w14:paraId="4D51C7C4" w14:textId="77777777" w:rsidR="00D709CC" w:rsidRDefault="00091397">
      <w:pPr>
        <w:pStyle w:val="HLheading3"/>
      </w:pPr>
      <w:r>
        <w:t>Desmond Doss (1919–2006)</w:t>
      </w:r>
    </w:p>
    <w:p w14:paraId="55697761" w14:textId="77777777" w:rsidR="00D709CC" w:rsidRDefault="00091397">
      <w:pPr>
        <w:pStyle w:val="HLFirstParagraph"/>
      </w:pPr>
      <w:r>
        <w:t>Desmond Doss was an army medic, a soldier who cares for the hurt, who would not carry a gun because of his faith. During a battle in 1945, he rescued about 75 hurt soldiers. As he worked, he prayed, “Lord, please help me get one more.”</w:t>
      </w:r>
    </w:p>
    <w:p w14:paraId="4A15A186" w14:textId="77777777" w:rsidR="00D709CC" w:rsidRDefault="00091397">
      <w:pPr>
        <w:pStyle w:val="HLheading3"/>
      </w:pPr>
      <w:r>
        <w:t>Fred Korematsu (1919–2005)</w:t>
      </w:r>
    </w:p>
    <w:p w14:paraId="3AE270FD" w14:textId="77777777" w:rsidR="00D709CC" w:rsidRDefault="00091397">
      <w:pPr>
        <w:pStyle w:val="HLFirstParagraph"/>
      </w:pPr>
      <w:r>
        <w:t>Fred Korematsu was a Japanese American. During World War II, he refused an unfair order to go to a prison camp. He never stopped believing the order was wrong, and years later a court agreed with him.</w:t>
      </w:r>
    </w:p>
    <w:p w14:paraId="1C15758D" w14:textId="77777777" w:rsidR="00D709CC" w:rsidRDefault="00091397">
      <w:pPr>
        <w:pStyle w:val="HLheading3"/>
      </w:pPr>
      <w:r>
        <w:t>Douglas MacArthur (1880–1964)</w:t>
      </w:r>
    </w:p>
    <w:p w14:paraId="7E4B5B51" w14:textId="77777777" w:rsidR="00D709CC" w:rsidRDefault="00091397">
      <w:pPr>
        <w:pStyle w:val="HLFirstParagraph"/>
      </w:pPr>
      <w:r>
        <w:t>Douglas MacArthur was an American general in World War II. After the war, he helped Japan rebuild with a government based on freedom. He also asked for missionaries and Bibles to be sent to Japan.</w:t>
      </w:r>
    </w:p>
    <w:p w14:paraId="2BFB1C00" w14:textId="77777777" w:rsidR="00D709CC" w:rsidRDefault="00091397">
      <w:pPr>
        <w:pStyle w:val="HLheading3"/>
      </w:pPr>
      <w:r>
        <w:t>Kitty de Ruyter-Bons (born 1930s)</w:t>
      </w:r>
    </w:p>
    <w:p w14:paraId="5B6E034A" w14:textId="77777777" w:rsidR="00D709CC" w:rsidRDefault="00091397">
      <w:pPr>
        <w:pStyle w:val="HLFirstParagraph"/>
      </w:pPr>
      <w:r>
        <w:t>As a young girl during World War II, Kitty de Ruyter-Bons spent more than three years in a prison camp. Her mother taught her to choose love instead of hate. Later Kitty joined the Church and shared her story of faith and forgiveness.</w:t>
      </w:r>
    </w:p>
    <w:p w14:paraId="26811F2D" w14:textId="77777777" w:rsidR="00D709CC" w:rsidRDefault="00091397">
      <w:pPr>
        <w:pStyle w:val="HLheading1"/>
      </w:pPr>
      <w:r>
        <w:t>The Cold War, Korea, and Vietnam</w:t>
      </w:r>
    </w:p>
    <w:p w14:paraId="4295CD66" w14:textId="77777777" w:rsidR="00D709CC" w:rsidRDefault="00091397">
      <w:pPr>
        <w:pStyle w:val="HLheading3"/>
      </w:pPr>
      <w:r>
        <w:t>★ Russell Blaisdell and Merle Strang (1950)</w:t>
      </w:r>
    </w:p>
    <w:p w14:paraId="07F5A9E9" w14:textId="77777777" w:rsidR="00D709CC" w:rsidRDefault="00091397">
      <w:pPr>
        <w:pStyle w:val="HLFirstParagraph"/>
      </w:pPr>
      <w:r>
        <w:t>Russell Blaisdell was a chaplain, a pastor for soldiers, and Merle Strang was a soldier in the U.S. Air Force. During the Korean War, they worked to save about 1,000 children who had no parents. They found airplanes to fly the children to a safe island.</w:t>
      </w:r>
    </w:p>
    <w:p w14:paraId="7683F9AD" w14:textId="77777777" w:rsidR="00D709CC" w:rsidRDefault="00091397">
      <w:pPr>
        <w:pStyle w:val="HLheading3"/>
      </w:pPr>
      <w:r>
        <w:t>★ Gail Halvorsen (1920–2022)</w:t>
      </w:r>
    </w:p>
    <w:p w14:paraId="400E5E3B" w14:textId="77777777" w:rsidR="00D709CC" w:rsidRDefault="00091397">
      <w:pPr>
        <w:pStyle w:val="HLFirstParagraph"/>
      </w:pPr>
      <w:r>
        <w:t>Gail Halvorsen was a Latter-day Saint pilot from Utah. In 1948 he flew food to the hungry people of Berlin. He also dropped candy to children on tiny parachutes, so they called him the “Candy Bomber.”</w:t>
      </w:r>
    </w:p>
    <w:p w14:paraId="0241C4FF" w14:textId="77777777" w:rsidR="00D709CC" w:rsidRDefault="00091397">
      <w:pPr>
        <w:pStyle w:val="HLheading3"/>
      </w:pPr>
      <w:r>
        <w:t>★ Ji-li Jiang (born 1954)</w:t>
      </w:r>
    </w:p>
    <w:p w14:paraId="302F09A9" w14:textId="77777777" w:rsidR="00D709CC" w:rsidRDefault="00091397">
      <w:pPr>
        <w:pStyle w:val="HLFirstParagraph"/>
      </w:pPr>
      <w:r>
        <w:t>Ji-li Jiang grew up in China. When she was 12, the leaders of her country began to treat families like hers cruelly. She chose to stay loyal to her family. Later she moved to America and wrote a book about her life called Red Scarf Girl.</w:t>
      </w:r>
    </w:p>
    <w:p w14:paraId="17925385" w14:textId="77777777" w:rsidR="00D709CC" w:rsidRDefault="00091397">
      <w:pPr>
        <w:pStyle w:val="HLheading3"/>
      </w:pPr>
      <w:r>
        <w:t>★ Samantha Smith (1972–1985)</w:t>
      </w:r>
    </w:p>
    <w:p w14:paraId="639AC57E" w14:textId="77777777" w:rsidR="00D709CC" w:rsidRDefault="00091397">
      <w:pPr>
        <w:pStyle w:val="HLFirstParagraph"/>
      </w:pPr>
      <w:r>
        <w:t>When Samantha Smith was 10 years old, she wrote a letter to the leader of the Soviet Union. She asked him not to start a war. He wrote back and invited her to visit, and she became known as America’s youngest ambassador for peace.</w:t>
      </w:r>
    </w:p>
    <w:p w14:paraId="43976B1C" w14:textId="77777777" w:rsidR="00D709CC" w:rsidRDefault="00091397">
      <w:pPr>
        <w:pStyle w:val="HLheading3"/>
      </w:pPr>
      <w:r>
        <w:t>Hugh Thompson Jr. (1943–2006)</w:t>
      </w:r>
    </w:p>
    <w:p w14:paraId="22F4E013" w14:textId="77777777" w:rsidR="00D709CC" w:rsidRDefault="00091397">
      <w:pPr>
        <w:pStyle w:val="HLFirstParagraph"/>
      </w:pPr>
      <w:r>
        <w:t>Hugh Thompson Jr. was an army helicopter pilot during the Vietnam War. One day he saw people in a village in danger who had done nothing wrong. He landed his helicopter to protect them and helped save women, children, and old people.</w:t>
      </w:r>
    </w:p>
    <w:p w14:paraId="2744F6A5" w14:textId="77777777" w:rsidR="00D709CC" w:rsidRDefault="00091397">
      <w:pPr>
        <w:pStyle w:val="HLheading3"/>
      </w:pPr>
      <w:r>
        <w:t>Lech Wałęsa (born 1943)</w:t>
      </w:r>
    </w:p>
    <w:p w14:paraId="1BB6E532" w14:textId="77777777" w:rsidR="00D709CC" w:rsidRDefault="00091397">
      <w:pPr>
        <w:pStyle w:val="HLFirstParagraph"/>
      </w:pPr>
      <w:r>
        <w:t>Lech Wałęsa worked at a shipyard in Poland. He led workers in standing up for freedom without fighting, and his faith gave him courage. Later he became Poland’s president.</w:t>
      </w:r>
    </w:p>
    <w:p w14:paraId="52836D0E" w14:textId="77777777" w:rsidR="00D709CC" w:rsidRDefault="00091397">
      <w:pPr>
        <w:pStyle w:val="HLheading1"/>
      </w:pPr>
      <w:r>
        <w:lastRenderedPageBreak/>
        <w:t>The Civil Rights Movement</w:t>
      </w:r>
    </w:p>
    <w:p w14:paraId="16FB8D47" w14:textId="77777777" w:rsidR="00D709CC" w:rsidRDefault="00091397">
      <w:pPr>
        <w:pStyle w:val="HLheading3"/>
      </w:pPr>
      <w:r>
        <w:t>★ Ruby Bridges (born 1954)</w:t>
      </w:r>
    </w:p>
    <w:p w14:paraId="4B679271" w14:textId="77777777" w:rsidR="00D709CC" w:rsidRDefault="00091397">
      <w:pPr>
        <w:pStyle w:val="HLFirstParagraph"/>
      </w:pPr>
      <w:r>
        <w:t>When she was six years old, Ruby Bridges became the first Black student at an all-white school in New Orleans. Every day she walked past angry crowds. She prayed for God to forgive them.</w:t>
      </w:r>
    </w:p>
    <w:p w14:paraId="5F69D4FC" w14:textId="77777777" w:rsidR="00D709CC" w:rsidRDefault="00091397">
      <w:pPr>
        <w:pStyle w:val="HLheading3"/>
      </w:pPr>
      <w:r>
        <w:t>Claudette Colvin (1939–2026)</w:t>
      </w:r>
    </w:p>
    <w:p w14:paraId="7A1CC2E0" w14:textId="77777777" w:rsidR="00D709CC" w:rsidRDefault="00091397">
      <w:pPr>
        <w:pStyle w:val="HLFirstParagraph"/>
      </w:pPr>
      <w:r>
        <w:t>When she was 15 years old, Claudette Colvin refused to give up her bus seat in Montgomery, Alabama. She did this nine months before Rosa Parks. Her courage helped end unfair bus rules in her city.</w:t>
      </w:r>
    </w:p>
    <w:p w14:paraId="3C6D0AD4" w14:textId="77777777" w:rsidR="00D709CC" w:rsidRDefault="00091397">
      <w:pPr>
        <w:pStyle w:val="HLheading3"/>
      </w:pPr>
      <w:r>
        <w:t>Fannie Lou Hamer (1917–1977)</w:t>
      </w:r>
    </w:p>
    <w:p w14:paraId="3E453FCE" w14:textId="77777777" w:rsidR="00D709CC" w:rsidRDefault="00091397">
      <w:pPr>
        <w:pStyle w:val="HLFirstParagraph"/>
      </w:pPr>
      <w:r>
        <w:t>Fannie Lou Hamer worked hard to help Black citizens in Mississippi win the right to vote. She often sang “This Little Light of Mine” to give others courage. Her faith helped her forgive people who hurt her.</w:t>
      </w:r>
    </w:p>
    <w:p w14:paraId="01ADA50C" w14:textId="77777777" w:rsidR="00D709CC" w:rsidRDefault="00091397">
      <w:pPr>
        <w:pStyle w:val="HLheading3"/>
      </w:pPr>
      <w:r>
        <w:t>★ Barbara Henry (born 1932)</w:t>
      </w:r>
    </w:p>
    <w:p w14:paraId="7DA15D5A" w14:textId="77777777" w:rsidR="00D709CC" w:rsidRDefault="00091397">
      <w:pPr>
        <w:pStyle w:val="HLFirstParagraph"/>
      </w:pPr>
      <w:r>
        <w:t>Barbara Henry was a teacher from Boston. In 1960 she was the only teacher willing to teach Ruby Bridges at her new school. For a whole year, she taught Ruby all by herself in an empty classroom, and they became lifelong friends.</w:t>
      </w:r>
    </w:p>
    <w:p w14:paraId="3287350B" w14:textId="77777777" w:rsidR="00D709CC" w:rsidRDefault="00091397">
      <w:pPr>
        <w:pStyle w:val="HLheading3"/>
      </w:pPr>
      <w:r>
        <w:t>★ Martin Luther King Jr. (1929–1968)</w:t>
      </w:r>
    </w:p>
    <w:p w14:paraId="080AAE42" w14:textId="77777777" w:rsidR="00D709CC" w:rsidRDefault="00091397">
      <w:pPr>
        <w:pStyle w:val="HLFirstParagraph"/>
      </w:pPr>
      <w:r>
        <w:t>Martin Luther King Jr. was a minister who led the fight for equal rights in America. He followed the teachings of Jesus Christ by using love and peace instead of hate. His “I Have a Dream” speech inspired the nation.</w:t>
      </w:r>
    </w:p>
    <w:p w14:paraId="1CCBC37D" w14:textId="77777777" w:rsidR="00D709CC" w:rsidRDefault="00091397">
      <w:pPr>
        <w:pStyle w:val="HLheading3"/>
      </w:pPr>
      <w:r>
        <w:t>John Lewis (1940–2020)</w:t>
      </w:r>
    </w:p>
    <w:p w14:paraId="50175E03" w14:textId="77777777" w:rsidR="00D709CC" w:rsidRDefault="00091397">
      <w:pPr>
        <w:pStyle w:val="HLFirstParagraph"/>
      </w:pPr>
      <w:r>
        <w:t>As a boy on a farm in Alabama, John Lewis practiced preaching to his family’s chickens. He grew up to march for equal rights without fighting. Later he served in Congress for more than 30 years.</w:t>
      </w:r>
    </w:p>
    <w:p w14:paraId="2B7E7D7F" w14:textId="77777777" w:rsidR="00D709CC" w:rsidRDefault="00091397">
      <w:pPr>
        <w:pStyle w:val="HLheading3"/>
      </w:pPr>
      <w:r>
        <w:t>The Little Rock Nine (1957)</w:t>
      </w:r>
    </w:p>
    <w:p w14:paraId="2EA133E6" w14:textId="77777777" w:rsidR="00D709CC" w:rsidRDefault="00091397">
      <w:pPr>
        <w:pStyle w:val="HLFirstParagraph"/>
      </w:pPr>
      <w:r>
        <w:t>The Little Rock Nine were nine Black teenagers who started at an all-white high school in Arkansas in 1957. They faced angry crowds every day. Their quiet courage opened school doors for others.</w:t>
      </w:r>
    </w:p>
    <w:p w14:paraId="7950D252" w14:textId="77777777" w:rsidR="00D709CC" w:rsidRDefault="00091397">
      <w:pPr>
        <w:pStyle w:val="HLheading3"/>
      </w:pPr>
      <w:r>
        <w:t>Thurgood Marshall (1908–1993)</w:t>
      </w:r>
    </w:p>
    <w:p w14:paraId="2CA196D7" w14:textId="77777777" w:rsidR="00D709CC" w:rsidRDefault="00091397">
      <w:pPr>
        <w:pStyle w:val="HLFirstParagraph"/>
      </w:pPr>
      <w:r>
        <w:t>Thurgood Marshall was a lawyer who won a famous case that ended separate schools for Black and white children. In 1967 he became the first Black judge on the U.S. Supreme Court, the highest court in America.</w:t>
      </w:r>
    </w:p>
    <w:p w14:paraId="4E24841B" w14:textId="77777777" w:rsidR="00D709CC" w:rsidRDefault="00091397">
      <w:pPr>
        <w:pStyle w:val="HLheading3"/>
      </w:pPr>
      <w:r>
        <w:t>★ Rosa Parks (1913–2005)</w:t>
      </w:r>
    </w:p>
    <w:p w14:paraId="69ECDD04" w14:textId="77777777" w:rsidR="00D709CC" w:rsidRDefault="00091397">
      <w:pPr>
        <w:pStyle w:val="HLFirstParagraph"/>
      </w:pPr>
      <w:r>
        <w:t>Rosa Parks sewed clothes for a living and was a faithful church member in Montgomery, Alabama. In 1955 she refused to give up her bus seat. She said her faith in God gave her the strength to stand up for what was right.</w:t>
      </w:r>
    </w:p>
    <w:p w14:paraId="3EE7E128" w14:textId="77777777" w:rsidR="00D709CC" w:rsidRDefault="00091397">
      <w:pPr>
        <w:pStyle w:val="HLheading3"/>
      </w:pPr>
      <w:r>
        <w:t>Jackie Robinson (1919–1972)</w:t>
      </w:r>
    </w:p>
    <w:p w14:paraId="60B59B4A" w14:textId="77777777" w:rsidR="00D709CC" w:rsidRDefault="00091397">
      <w:pPr>
        <w:pStyle w:val="HLFirstParagraph"/>
      </w:pPr>
      <w:r>
        <w:t>In 1947, Jackie Robinson became the first Black player in modern Major League Baseball. People insulted him, but he kept his promise not to fight back. His faith in God gave him strength.</w:t>
      </w:r>
    </w:p>
    <w:p w14:paraId="321344F8" w14:textId="77777777" w:rsidR="00D709CC" w:rsidRDefault="00091397">
      <w:pPr>
        <w:pStyle w:val="HLheading1"/>
      </w:pPr>
      <w:r>
        <w:lastRenderedPageBreak/>
        <w:t>Sports and Friendship</w:t>
      </w:r>
    </w:p>
    <w:p w14:paraId="2849A4D4" w14:textId="77777777" w:rsidR="00D709CC" w:rsidRDefault="00091397">
      <w:pPr>
        <w:pStyle w:val="HLheading3"/>
      </w:pPr>
      <w:r>
        <w:t>★ Luz Long (1913–1943)</w:t>
      </w:r>
    </w:p>
    <w:p w14:paraId="2C451E7A" w14:textId="77777777" w:rsidR="00D709CC" w:rsidRDefault="00091397">
      <w:pPr>
        <w:pStyle w:val="HLFirstParagraph"/>
      </w:pPr>
      <w:r>
        <w:t>Luz Long was a long jumper from Germany. At the 1936 Olympics, he became friends with Jesse Owens even though the leaders of his country did not want him to. He helped Jesse and was the first to cheer when Jesse won.</w:t>
      </w:r>
    </w:p>
    <w:p w14:paraId="72AEF068" w14:textId="77777777" w:rsidR="00D709CC" w:rsidRDefault="00091397">
      <w:pPr>
        <w:pStyle w:val="HLheading3"/>
      </w:pPr>
      <w:r>
        <w:t>★ Jesse Owens (1913–1980)</w:t>
      </w:r>
    </w:p>
    <w:p w14:paraId="3C49A790" w14:textId="77777777" w:rsidR="00D709CC" w:rsidRDefault="00091397">
      <w:pPr>
        <w:pStyle w:val="HLFirstParagraph"/>
      </w:pPr>
      <w:r>
        <w:t>Jesse Owens was a fast runner whose grandparents had been slaves. At the 1936 Olympics in Germany, he won four gold medals. He showed the world that people of every race can do great things.</w:t>
      </w:r>
    </w:p>
    <w:p w14:paraId="70AE1ACC" w14:textId="77777777" w:rsidR="00D709CC" w:rsidRDefault="00091397">
      <w:pPr>
        <w:pStyle w:val="HLheading1"/>
      </w:pPr>
      <w:r>
        <w:t>Education, Giving, and Overcoming Adversity</w:t>
      </w:r>
    </w:p>
    <w:p w14:paraId="6246FBFE" w14:textId="77777777" w:rsidR="00D709CC" w:rsidRDefault="00091397">
      <w:pPr>
        <w:pStyle w:val="HLheading3"/>
      </w:pPr>
      <w:r>
        <w:t>★ Milton Hershey (1857–1945)</w:t>
      </w:r>
    </w:p>
    <w:p w14:paraId="583E3117" w14:textId="77777777" w:rsidR="00D709CC" w:rsidRDefault="00091397">
      <w:pPr>
        <w:pStyle w:val="HLFirstParagraph"/>
      </w:pPr>
      <w:r>
        <w:t>Milton Hershey failed at business many times before he started a chocolate company that worked. He built a town for his workers with parks and schools. He and his wife started a school for children without parents and gave it their money.</w:t>
      </w:r>
    </w:p>
    <w:p w14:paraId="64EE15D2" w14:textId="77777777" w:rsidR="00D709CC" w:rsidRDefault="00091397">
      <w:pPr>
        <w:pStyle w:val="HLheading3"/>
      </w:pPr>
      <w:r>
        <w:t>Helen Keller (1880–1968)</w:t>
      </w:r>
    </w:p>
    <w:p w14:paraId="1CC80AA8" w14:textId="77777777" w:rsidR="00D709CC" w:rsidRDefault="00091397">
      <w:pPr>
        <w:pStyle w:val="HLFirstParagraph"/>
      </w:pPr>
      <w:r>
        <w:t>Helen Keller could not see or hear after an illness when she was a baby. Her teacher, Annie Sullivan, helped her learn to read, write, and speak. Helen spent her life helping others.</w:t>
      </w:r>
    </w:p>
    <w:p w14:paraId="414DA20D" w14:textId="77777777" w:rsidR="00D709CC" w:rsidRDefault="00091397">
      <w:pPr>
        <w:pStyle w:val="HLheading3"/>
      </w:pPr>
      <w:r>
        <w:t>Annie Sullivan (1866–1936)</w:t>
      </w:r>
    </w:p>
    <w:p w14:paraId="5A4EB073" w14:textId="77777777" w:rsidR="00D709CC" w:rsidRDefault="00091397">
      <w:pPr>
        <w:pStyle w:val="HLFirstParagraph"/>
      </w:pPr>
      <w:r>
        <w:t>Annie Sullivan grew up poor and nearly blind. She became Helen Keller’s teacher. She patiently taught Helen to talk by spelling words into her hand.</w:t>
      </w:r>
    </w:p>
    <w:p w14:paraId="17D422EB" w14:textId="77777777" w:rsidR="00D709CC" w:rsidRDefault="00091397">
      <w:pPr>
        <w:pStyle w:val="HLheading3"/>
      </w:pPr>
      <w:r>
        <w:t>Booker T. Washington (1856–1915)</w:t>
      </w:r>
    </w:p>
    <w:p w14:paraId="404C3D81" w14:textId="77777777" w:rsidR="00D709CC" w:rsidRDefault="00091397">
      <w:pPr>
        <w:pStyle w:val="HLFirstParagraph"/>
      </w:pPr>
      <w:r>
        <w:t>Booker T. Washington was born into slavery. As a boy he worked hard and taught himself to read. He started a school in Alabama where thousands of Black students got an education.</w:t>
      </w:r>
    </w:p>
    <w:p w14:paraId="47E0572D" w14:textId="77777777" w:rsidR="00D709CC" w:rsidRDefault="00091397">
      <w:pPr>
        <w:pStyle w:val="HLheading1"/>
      </w:pPr>
      <w:r>
        <w:t>Science, Space, and Medicine</w:t>
      </w:r>
    </w:p>
    <w:p w14:paraId="047D46F9" w14:textId="77777777" w:rsidR="00D709CC" w:rsidRDefault="00091397">
      <w:pPr>
        <w:pStyle w:val="HLheading3"/>
      </w:pPr>
      <w:r>
        <w:t>★ Norman Borlaug (1914–2009)</w:t>
      </w:r>
    </w:p>
    <w:p w14:paraId="551867F7" w14:textId="77777777" w:rsidR="00D709CC" w:rsidRDefault="00091397">
      <w:pPr>
        <w:pStyle w:val="HLFirstParagraph"/>
      </w:pPr>
      <w:r>
        <w:t>Norman Borlaug grew up on a farm in Iowa. He became a scientist and found ways to grow much more wheat for food. His work helped save many millions of people around the world from going hungry.</w:t>
      </w:r>
    </w:p>
    <w:p w14:paraId="245960B3" w14:textId="77777777" w:rsidR="00D709CC" w:rsidRDefault="00091397">
      <w:pPr>
        <w:pStyle w:val="HLheading3"/>
      </w:pPr>
      <w:r>
        <w:t>Ben Carson (born 1951)</w:t>
      </w:r>
    </w:p>
    <w:p w14:paraId="13DF7112" w14:textId="77777777" w:rsidR="00D709CC" w:rsidRDefault="00091397">
      <w:pPr>
        <w:pStyle w:val="HLFirstParagraph"/>
      </w:pPr>
      <w:r>
        <w:t>Ben Carson grew up poor in Detroit. His mother pushed him to read and learn. He became a famous brain surgeon, and he thanks God and his mother for his success.</w:t>
      </w:r>
    </w:p>
    <w:p w14:paraId="7E01824C" w14:textId="77777777" w:rsidR="00D709CC" w:rsidRDefault="00091397">
      <w:pPr>
        <w:pStyle w:val="HLheading3"/>
      </w:pPr>
      <w:r>
        <w:t>George Washington Carver (c. 1864–1943)</w:t>
      </w:r>
    </w:p>
    <w:p w14:paraId="1AF097BF" w14:textId="77777777" w:rsidR="00D709CC" w:rsidRDefault="00091397">
      <w:pPr>
        <w:pStyle w:val="HLFirstParagraph"/>
      </w:pPr>
      <w:r>
        <w:t>George Washington Carver was born into slavery and worked hard to become a scientist. He found hundreds of uses for peanuts and sweet potatoes to help poor farmers. He believed his ideas came from God.</w:t>
      </w:r>
    </w:p>
    <w:p w14:paraId="1AFA30B6" w14:textId="77777777" w:rsidR="00D709CC" w:rsidRDefault="00091397">
      <w:pPr>
        <w:pStyle w:val="HLheading3"/>
      </w:pPr>
      <w:r>
        <w:lastRenderedPageBreak/>
        <w:t>★ Katherine Johnson (1918–2020)</w:t>
      </w:r>
    </w:p>
    <w:p w14:paraId="0B2B840C" w14:textId="77777777" w:rsidR="00D709CC" w:rsidRDefault="00091397">
      <w:pPr>
        <w:pStyle w:val="HLFirstParagraph"/>
      </w:pPr>
      <w:r>
        <w:t>Katherine Johnson loved to count and do math as a young girl. She worked for NASA and did the math that helped astronauts fly into space and come home safely. The astronaut John Glenn trusted her math so much that he asked her to check the computer’s numbers.</w:t>
      </w:r>
    </w:p>
    <w:p w14:paraId="1F75703E" w14:textId="77777777" w:rsidR="00D709CC" w:rsidRDefault="00091397">
      <w:pPr>
        <w:pStyle w:val="HLheading3"/>
      </w:pPr>
      <w:r>
        <w:t>Frances Oldham Kelsey (1914–2015)</w:t>
      </w:r>
    </w:p>
    <w:p w14:paraId="775FB09E" w14:textId="77777777" w:rsidR="00D709CC" w:rsidRDefault="00091397">
      <w:pPr>
        <w:pStyle w:val="HLFirstParagraph"/>
      </w:pPr>
      <w:r>
        <w:t>Frances Oldham Kelsey was a doctor who would not approve a medicine she did not think was safe. Others pressured her, but she stood firm. Her honesty kept thousands of American babies safe.</w:t>
      </w:r>
    </w:p>
    <w:p w14:paraId="2D07A326" w14:textId="77777777" w:rsidR="00D709CC" w:rsidRDefault="00091397">
      <w:pPr>
        <w:pStyle w:val="HLheading3"/>
      </w:pPr>
      <w:r>
        <w:t>★ Jonas Salk (1914–1995)</w:t>
      </w:r>
    </w:p>
    <w:p w14:paraId="190AA520" w14:textId="77777777" w:rsidR="00D709CC" w:rsidRDefault="00091397">
      <w:pPr>
        <w:pStyle w:val="HLFirstParagraph"/>
      </w:pPr>
      <w:r>
        <w:t>Jonas Salk made the first safe shot to protect people from polio, a sickness that hurt many children. He gave it to the world for free. When asked who owned it, he said, “Could you patent the sun?”</w:t>
      </w:r>
    </w:p>
    <w:p w14:paraId="486D7891" w14:textId="77777777" w:rsidR="00D709CC" w:rsidRDefault="00091397">
      <w:pPr>
        <w:pStyle w:val="HLheading3"/>
      </w:pPr>
      <w:r>
        <w:t>Nikola Tesla (1856–1943)</w:t>
      </w:r>
    </w:p>
    <w:p w14:paraId="2AB73881" w14:textId="77777777" w:rsidR="00D709CC" w:rsidRDefault="00091397">
      <w:pPr>
        <w:pStyle w:val="HLFirstParagraph"/>
      </w:pPr>
      <w:r>
        <w:t>Nikola Tesla was the son of a priest. He moved to America and became a great inventor. He helped create the kind of electricity that powers our homes today.</w:t>
      </w:r>
    </w:p>
    <w:bookmarkEnd w:id="2"/>
    <w:p w14:paraId="51FF80EF" w14:textId="77777777" w:rsidR="00D709CC" w:rsidRDefault="00091397">
      <w:pPr>
        <w:pStyle w:val="HLheading1"/>
      </w:pPr>
      <w:r>
        <w:t>Modern-Day Courage</w:t>
      </w:r>
    </w:p>
    <w:p w14:paraId="52022305" w14:textId="77777777" w:rsidR="00D709CC" w:rsidRDefault="00091397">
      <w:pPr>
        <w:pStyle w:val="HLheading3"/>
      </w:pPr>
      <w:r>
        <w:t>Welles Crowther (1977–2001)</w:t>
      </w:r>
    </w:p>
    <w:p w14:paraId="37065A9F" w14:textId="77777777" w:rsidR="00D709CC" w:rsidRDefault="00091397">
      <w:pPr>
        <w:pStyle w:val="HLFirstParagraph"/>
      </w:pPr>
      <w:r>
        <w:t>Welles Crowther was a volunteer firefighter who worked in the World Trade Center. On September 11, 2001, he wore a red bandana and led people to safety. He went back again and again to help more people.</w:t>
      </w:r>
    </w:p>
    <w:p w14:paraId="09CF5D82" w14:textId="77777777" w:rsidR="00D709CC" w:rsidRDefault="00091397">
      <w:pPr>
        <w:pStyle w:val="HLheading3"/>
      </w:pPr>
      <w:r>
        <w:t>Stephanie Nielson (born 1981)</w:t>
      </w:r>
    </w:p>
    <w:p w14:paraId="7342EC3C" w14:textId="77777777" w:rsidR="00D709CC" w:rsidRDefault="00091397">
      <w:pPr>
        <w:pStyle w:val="HLFirstParagraph"/>
      </w:pPr>
      <w:r>
        <w:t>Stephanie Nielson is a mother who was badly burned in a small plane crash in 2008. During her long recovery, she relied on her faith in Jesus Christ and on her family. She shares her story to give others hope.</w:t>
      </w:r>
    </w:p>
    <w:p w14:paraId="696DB9D9"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0EC9CA2A" w14:textId="77777777">
        <w:tc>
          <w:tcPr>
            <w:tcW w:w="7632" w:type="dxa"/>
            <w:shd w:val="clear" w:color="auto" w:fill="1F3A5F"/>
            <w:tcMar>
              <w:top w:w="90" w:type="dxa"/>
              <w:left w:w="140" w:type="dxa"/>
              <w:bottom w:w="90" w:type="dxa"/>
              <w:right w:w="140" w:type="dxa"/>
            </w:tcMar>
            <w:vAlign w:val="center"/>
          </w:tcPr>
          <w:p w14:paraId="317FA402" w14:textId="77777777" w:rsidR="000D4DCB" w:rsidRDefault="00091397">
            <w:proofErr w:type="gramStart"/>
            <w:r>
              <w:rPr>
                <w:rFonts w:ascii="Calibri" w:eastAsia="Calibri" w:hAnsi="Calibri" w:cs="Calibri"/>
                <w:b/>
                <w:color w:val="C8D6E5"/>
                <w:sz w:val="18"/>
              </w:rPr>
              <w:t>LAUNCH  ·</w:t>
            </w:r>
            <w:proofErr w:type="gramEnd"/>
            <w:r>
              <w:rPr>
                <w:rFonts w:ascii="Calibri" w:eastAsia="Calibri" w:hAnsi="Calibri" w:cs="Calibri"/>
                <w:b/>
                <w:color w:val="C8D6E5"/>
                <w:sz w:val="18"/>
              </w:rPr>
              <w:t xml:space="preserve">  STEP 2</w:t>
            </w:r>
          </w:p>
          <w:p w14:paraId="08C3A2F8" w14:textId="77777777" w:rsidR="000D4DCB" w:rsidRDefault="00091397">
            <w:r>
              <w:rPr>
                <w:rFonts w:ascii="Calibri" w:eastAsia="Calibri" w:hAnsi="Calibri" w:cs="Calibri"/>
                <w:b/>
                <w:color w:val="FFFFFF"/>
                <w:sz w:val="40"/>
              </w:rPr>
              <w:t>Explore Heroes</w:t>
            </w:r>
          </w:p>
        </w:tc>
        <w:tc>
          <w:tcPr>
            <w:tcW w:w="2448" w:type="dxa"/>
            <w:shd w:val="clear" w:color="auto" w:fill="1F3A5F"/>
            <w:tcMar>
              <w:top w:w="90" w:type="dxa"/>
              <w:left w:w="140" w:type="dxa"/>
              <w:bottom w:w="90" w:type="dxa"/>
              <w:right w:w="140" w:type="dxa"/>
            </w:tcMar>
            <w:vAlign w:val="center"/>
          </w:tcPr>
          <w:p w14:paraId="544FA716" w14:textId="77777777" w:rsidR="000D4DCB" w:rsidRDefault="00091397">
            <w:pPr>
              <w:jc w:val="right"/>
            </w:pPr>
            <w:r>
              <w:rPr>
                <w:rFonts w:ascii="Calibri" w:eastAsia="Calibri" w:hAnsi="Calibri" w:cs="Calibri"/>
                <w:color w:val="C8D6E5"/>
                <w:sz w:val="18"/>
              </w:rPr>
              <w:t>About 15–20 minutes</w:t>
            </w:r>
          </w:p>
        </w:tc>
      </w:tr>
    </w:tbl>
    <w:p w14:paraId="6E5D788F" w14:textId="77777777" w:rsidR="000D4DCB" w:rsidRDefault="000D4DCB">
      <w:pPr>
        <w:spacing w:line="264" w:lineRule="auto"/>
      </w:pPr>
    </w:p>
    <w:p w14:paraId="12E6F4D9"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Find two heroes you might like to learn about.</w:t>
      </w:r>
    </w:p>
    <w:p w14:paraId="414BD5B7" w14:textId="77777777" w:rsidR="000D4DCB" w:rsidRDefault="000D4DCB">
      <w:pPr>
        <w:spacing w:line="264" w:lineRule="auto"/>
      </w:pPr>
    </w:p>
    <w:p w14:paraId="15529FC1"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6FCEBB9" w14:textId="77777777">
        <w:tc>
          <w:tcPr>
            <w:tcW w:w="504" w:type="dxa"/>
            <w:tcMar>
              <w:top w:w="20" w:type="dxa"/>
              <w:left w:w="20" w:type="dxa"/>
              <w:bottom w:w="20" w:type="dxa"/>
              <w:right w:w="20" w:type="dxa"/>
            </w:tcMar>
          </w:tcPr>
          <w:p w14:paraId="1DC77386"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07A7AF4E" w14:textId="77777777" w:rsidR="000D4DCB" w:rsidRDefault="00091397">
            <w:r>
              <w:rPr>
                <w:rFonts w:eastAsia="Georgia" w:cs="Georgia"/>
                <w:color w:val="222222"/>
                <w:sz w:val="21"/>
              </w:rPr>
              <w:t>Look at the heroes you wrote down in Step 1. Pick the two you like best.</w:t>
            </w:r>
          </w:p>
        </w:tc>
      </w:tr>
      <w:tr w:rsidR="000D4DCB" w14:paraId="1F422FBB" w14:textId="77777777">
        <w:tc>
          <w:tcPr>
            <w:tcW w:w="504" w:type="dxa"/>
            <w:tcMar>
              <w:top w:w="20" w:type="dxa"/>
              <w:left w:w="20" w:type="dxa"/>
              <w:bottom w:w="20" w:type="dxa"/>
              <w:right w:w="20" w:type="dxa"/>
            </w:tcMar>
          </w:tcPr>
          <w:p w14:paraId="6FEBEE5F"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4924AE5E" w14:textId="77777777" w:rsidR="000D4DCB" w:rsidRDefault="00091397">
            <w:r>
              <w:rPr>
                <w:rFonts w:eastAsia="Georgia" w:cs="Georgia"/>
                <w:color w:val="222222"/>
                <w:sz w:val="21"/>
              </w:rPr>
              <w:t>Learn a little more about each hero. A parent can help you find a book, story, or video.</w:t>
            </w:r>
          </w:p>
        </w:tc>
      </w:tr>
      <w:tr w:rsidR="000D4DCB" w14:paraId="786D5BE6" w14:textId="77777777">
        <w:tc>
          <w:tcPr>
            <w:tcW w:w="504" w:type="dxa"/>
            <w:tcMar>
              <w:top w:w="20" w:type="dxa"/>
              <w:left w:w="20" w:type="dxa"/>
              <w:bottom w:w="20" w:type="dxa"/>
              <w:right w:w="20" w:type="dxa"/>
            </w:tcMar>
          </w:tcPr>
          <w:p w14:paraId="492DDBC5"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7F54EF4D" w14:textId="77777777" w:rsidR="000D4DCB" w:rsidRDefault="00091397">
            <w:r>
              <w:rPr>
                <w:rFonts w:eastAsia="Georgia" w:cs="Georgia"/>
                <w:color w:val="222222"/>
                <w:sz w:val="21"/>
              </w:rPr>
              <w:t>Fill in one box for each hero. Keep this page for Step 3.</w:t>
            </w:r>
          </w:p>
        </w:tc>
      </w:tr>
    </w:tbl>
    <w:p w14:paraId="166B7B39"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5123C1E7" w14:textId="77777777">
        <w:tc>
          <w:tcPr>
            <w:tcW w:w="10080" w:type="dxa"/>
            <w:shd w:val="clear" w:color="auto" w:fill="FBF6EC"/>
            <w:tcMar>
              <w:top w:w="70" w:type="dxa"/>
              <w:left w:w="140" w:type="dxa"/>
              <w:bottom w:w="70" w:type="dxa"/>
              <w:right w:w="140" w:type="dxa"/>
            </w:tcMar>
          </w:tcPr>
          <w:p w14:paraId="3462E624" w14:textId="77777777" w:rsidR="000D4DCB" w:rsidRDefault="00091397">
            <w:r>
              <w:rPr>
                <w:rFonts w:ascii="Calibri" w:eastAsia="Calibri" w:hAnsi="Calibri" w:cs="Calibri"/>
                <w:b/>
                <w:color w:val="7A551C"/>
                <w:sz w:val="20"/>
              </w:rPr>
              <w:t xml:space="preserve">NOTE: </w:t>
            </w:r>
            <w:r>
              <w:rPr>
                <w:rFonts w:ascii="Calibri" w:eastAsia="Calibri" w:hAnsi="Calibri" w:cs="Calibri"/>
                <w:color w:val="3A2E1A"/>
                <w:sz w:val="20"/>
              </w:rPr>
              <w:t>Do you want to learn about someone who is not on the list? You may choose a grandparent, great-grandparent, or someone else in your family who lived long ago. Ask your Coach to say yes to your hero.</w:t>
            </w:r>
          </w:p>
        </w:tc>
      </w:tr>
    </w:tbl>
    <w:p w14:paraId="63D2980D"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7992"/>
      </w:tblGrid>
      <w:tr w:rsidR="000D4DCB" w14:paraId="12857C50" w14:textId="77777777">
        <w:trPr>
          <w:trHeight w:val="490"/>
        </w:trPr>
        <w:tc>
          <w:tcPr>
            <w:tcW w:w="2088" w:type="dxa"/>
            <w:shd w:val="clear" w:color="auto" w:fill="E8EEF5"/>
            <w:tcMar>
              <w:top w:w="50" w:type="dxa"/>
              <w:left w:w="100" w:type="dxa"/>
              <w:bottom w:w="50" w:type="dxa"/>
              <w:right w:w="80" w:type="dxa"/>
            </w:tcMar>
            <w:vAlign w:val="center"/>
          </w:tcPr>
          <w:p w14:paraId="21202276" w14:textId="77777777" w:rsidR="000D4DCB" w:rsidRDefault="00091397">
            <w:r>
              <w:rPr>
                <w:rFonts w:ascii="Calibri" w:eastAsia="Calibri" w:hAnsi="Calibri" w:cs="Calibri"/>
                <w:b/>
                <w:color w:val="1F3A5F"/>
                <w:sz w:val="23"/>
              </w:rPr>
              <w:t>Hero 1:</w:t>
            </w:r>
          </w:p>
        </w:tc>
        <w:tc>
          <w:tcPr>
            <w:tcW w:w="7992" w:type="dxa"/>
            <w:tcMar>
              <w:top w:w="50" w:type="dxa"/>
              <w:left w:w="100" w:type="dxa"/>
              <w:bottom w:w="50" w:type="dxa"/>
              <w:right w:w="100" w:type="dxa"/>
            </w:tcMar>
          </w:tcPr>
          <w:p w14:paraId="68D6C662" w14:textId="77777777" w:rsidR="000D4DCB" w:rsidRDefault="000D4DCB"/>
        </w:tc>
      </w:tr>
      <w:tr w:rsidR="000D4DCB" w14:paraId="0C9C35FE" w14:textId="77777777">
        <w:trPr>
          <w:trHeight w:val="1584"/>
        </w:trPr>
        <w:tc>
          <w:tcPr>
            <w:tcW w:w="2088" w:type="dxa"/>
            <w:shd w:val="clear" w:color="auto" w:fill="F4F7FA"/>
            <w:tcMar>
              <w:top w:w="50" w:type="dxa"/>
              <w:left w:w="100" w:type="dxa"/>
              <w:bottom w:w="50" w:type="dxa"/>
              <w:right w:w="80" w:type="dxa"/>
            </w:tcMar>
          </w:tcPr>
          <w:p w14:paraId="25FED351" w14:textId="77777777" w:rsidR="000D4DCB" w:rsidRDefault="00091397">
            <w:r>
              <w:rPr>
                <w:rFonts w:ascii="Calibri" w:eastAsia="Calibri" w:hAnsi="Calibri" w:cs="Calibri"/>
                <w:b/>
                <w:color w:val="1F3A5F"/>
                <w:sz w:val="20"/>
              </w:rPr>
              <w:t>One thing I learned:</w:t>
            </w:r>
          </w:p>
        </w:tc>
        <w:tc>
          <w:tcPr>
            <w:tcW w:w="7992" w:type="dxa"/>
            <w:tcMar>
              <w:top w:w="50" w:type="dxa"/>
              <w:left w:w="100" w:type="dxa"/>
              <w:bottom w:w="50" w:type="dxa"/>
              <w:right w:w="100" w:type="dxa"/>
            </w:tcMar>
          </w:tcPr>
          <w:p w14:paraId="3BFDA47D" w14:textId="77777777" w:rsidR="000D4DCB" w:rsidRDefault="000D4DCB"/>
        </w:tc>
      </w:tr>
      <w:tr w:rsidR="000D4DCB" w14:paraId="45E14C52" w14:textId="77777777">
        <w:trPr>
          <w:trHeight w:val="1584"/>
        </w:trPr>
        <w:tc>
          <w:tcPr>
            <w:tcW w:w="2088" w:type="dxa"/>
            <w:shd w:val="clear" w:color="auto" w:fill="F4F7FA"/>
            <w:tcMar>
              <w:top w:w="50" w:type="dxa"/>
              <w:left w:w="100" w:type="dxa"/>
              <w:bottom w:w="50" w:type="dxa"/>
              <w:right w:w="80" w:type="dxa"/>
            </w:tcMar>
          </w:tcPr>
          <w:p w14:paraId="5FCFF7EF" w14:textId="77777777" w:rsidR="000D4DCB" w:rsidRDefault="00091397">
            <w:r>
              <w:rPr>
                <w:rFonts w:ascii="Calibri" w:eastAsia="Calibri" w:hAnsi="Calibri" w:cs="Calibri"/>
                <w:b/>
                <w:color w:val="1F3A5F"/>
                <w:sz w:val="20"/>
              </w:rPr>
              <w:t>Why I like this hero:</w:t>
            </w:r>
          </w:p>
        </w:tc>
        <w:tc>
          <w:tcPr>
            <w:tcW w:w="7992" w:type="dxa"/>
            <w:tcMar>
              <w:top w:w="50" w:type="dxa"/>
              <w:left w:w="100" w:type="dxa"/>
              <w:bottom w:w="50" w:type="dxa"/>
              <w:right w:w="100" w:type="dxa"/>
            </w:tcMar>
          </w:tcPr>
          <w:p w14:paraId="48678189" w14:textId="77777777" w:rsidR="000D4DCB" w:rsidRDefault="000D4DCB"/>
        </w:tc>
      </w:tr>
    </w:tbl>
    <w:p w14:paraId="6F39C0AD" w14:textId="77777777" w:rsidR="000D4DCB" w:rsidRDefault="000D4DCB">
      <w:pPr>
        <w:spacing w:after="2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7992"/>
      </w:tblGrid>
      <w:tr w:rsidR="000D4DCB" w14:paraId="4BE32495" w14:textId="77777777">
        <w:trPr>
          <w:trHeight w:val="490"/>
        </w:trPr>
        <w:tc>
          <w:tcPr>
            <w:tcW w:w="2088" w:type="dxa"/>
            <w:shd w:val="clear" w:color="auto" w:fill="E8EEF5"/>
            <w:tcMar>
              <w:top w:w="50" w:type="dxa"/>
              <w:left w:w="100" w:type="dxa"/>
              <w:bottom w:w="50" w:type="dxa"/>
              <w:right w:w="80" w:type="dxa"/>
            </w:tcMar>
            <w:vAlign w:val="center"/>
          </w:tcPr>
          <w:p w14:paraId="15A1935A" w14:textId="77777777" w:rsidR="000D4DCB" w:rsidRDefault="00091397">
            <w:r>
              <w:rPr>
                <w:rFonts w:ascii="Calibri" w:eastAsia="Calibri" w:hAnsi="Calibri" w:cs="Calibri"/>
                <w:b/>
                <w:color w:val="1F3A5F"/>
                <w:sz w:val="23"/>
              </w:rPr>
              <w:t>Hero 2:</w:t>
            </w:r>
          </w:p>
        </w:tc>
        <w:tc>
          <w:tcPr>
            <w:tcW w:w="7992" w:type="dxa"/>
            <w:tcMar>
              <w:top w:w="50" w:type="dxa"/>
              <w:left w:w="100" w:type="dxa"/>
              <w:bottom w:w="50" w:type="dxa"/>
              <w:right w:w="100" w:type="dxa"/>
            </w:tcMar>
          </w:tcPr>
          <w:p w14:paraId="729EA9C0" w14:textId="77777777" w:rsidR="000D4DCB" w:rsidRDefault="000D4DCB"/>
        </w:tc>
      </w:tr>
      <w:tr w:rsidR="000D4DCB" w14:paraId="09F11122" w14:textId="77777777">
        <w:trPr>
          <w:trHeight w:val="1584"/>
        </w:trPr>
        <w:tc>
          <w:tcPr>
            <w:tcW w:w="2088" w:type="dxa"/>
            <w:shd w:val="clear" w:color="auto" w:fill="F4F7FA"/>
            <w:tcMar>
              <w:top w:w="50" w:type="dxa"/>
              <w:left w:w="100" w:type="dxa"/>
              <w:bottom w:w="50" w:type="dxa"/>
              <w:right w:w="80" w:type="dxa"/>
            </w:tcMar>
          </w:tcPr>
          <w:p w14:paraId="63FF4F4E" w14:textId="77777777" w:rsidR="000D4DCB" w:rsidRDefault="00091397">
            <w:r>
              <w:rPr>
                <w:rFonts w:ascii="Calibri" w:eastAsia="Calibri" w:hAnsi="Calibri" w:cs="Calibri"/>
                <w:b/>
                <w:color w:val="1F3A5F"/>
                <w:sz w:val="20"/>
              </w:rPr>
              <w:t>One thing I learned:</w:t>
            </w:r>
          </w:p>
        </w:tc>
        <w:tc>
          <w:tcPr>
            <w:tcW w:w="7992" w:type="dxa"/>
            <w:tcMar>
              <w:top w:w="50" w:type="dxa"/>
              <w:left w:w="100" w:type="dxa"/>
              <w:bottom w:w="50" w:type="dxa"/>
              <w:right w:w="100" w:type="dxa"/>
            </w:tcMar>
          </w:tcPr>
          <w:p w14:paraId="549241BF" w14:textId="77777777" w:rsidR="000D4DCB" w:rsidRDefault="000D4DCB"/>
        </w:tc>
      </w:tr>
      <w:tr w:rsidR="000D4DCB" w14:paraId="0AC8ACF3" w14:textId="77777777">
        <w:trPr>
          <w:trHeight w:val="1584"/>
        </w:trPr>
        <w:tc>
          <w:tcPr>
            <w:tcW w:w="2088" w:type="dxa"/>
            <w:shd w:val="clear" w:color="auto" w:fill="F4F7FA"/>
            <w:tcMar>
              <w:top w:w="50" w:type="dxa"/>
              <w:left w:w="100" w:type="dxa"/>
              <w:bottom w:w="50" w:type="dxa"/>
              <w:right w:w="80" w:type="dxa"/>
            </w:tcMar>
          </w:tcPr>
          <w:p w14:paraId="002B098A" w14:textId="77777777" w:rsidR="000D4DCB" w:rsidRDefault="00091397">
            <w:r>
              <w:rPr>
                <w:rFonts w:ascii="Calibri" w:eastAsia="Calibri" w:hAnsi="Calibri" w:cs="Calibri"/>
                <w:b/>
                <w:color w:val="1F3A5F"/>
                <w:sz w:val="20"/>
              </w:rPr>
              <w:t>Why I like this hero:</w:t>
            </w:r>
          </w:p>
        </w:tc>
        <w:tc>
          <w:tcPr>
            <w:tcW w:w="7992" w:type="dxa"/>
            <w:tcMar>
              <w:top w:w="50" w:type="dxa"/>
              <w:left w:w="100" w:type="dxa"/>
              <w:bottom w:w="50" w:type="dxa"/>
              <w:right w:w="100" w:type="dxa"/>
            </w:tcMar>
          </w:tcPr>
          <w:p w14:paraId="0E19B1DA" w14:textId="77777777" w:rsidR="000D4DCB" w:rsidRDefault="000D4DCB"/>
        </w:tc>
      </w:tr>
    </w:tbl>
    <w:p w14:paraId="4F9FA353"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3729021" w14:textId="77777777">
        <w:tc>
          <w:tcPr>
            <w:tcW w:w="7632" w:type="dxa"/>
            <w:shd w:val="clear" w:color="auto" w:fill="1F3A5F"/>
            <w:tcMar>
              <w:top w:w="90" w:type="dxa"/>
              <w:left w:w="140" w:type="dxa"/>
              <w:bottom w:w="90" w:type="dxa"/>
              <w:right w:w="140" w:type="dxa"/>
            </w:tcMar>
            <w:vAlign w:val="center"/>
          </w:tcPr>
          <w:p w14:paraId="3A498A44" w14:textId="77777777" w:rsidR="000D4DCB" w:rsidRDefault="00091397">
            <w:proofErr w:type="gramStart"/>
            <w:r>
              <w:rPr>
                <w:rFonts w:ascii="Calibri" w:eastAsia="Calibri" w:hAnsi="Calibri" w:cs="Calibri"/>
                <w:b/>
                <w:color w:val="C8D6E5"/>
                <w:sz w:val="18"/>
              </w:rPr>
              <w:t>LAUNCH  ·</w:t>
            </w:r>
            <w:proofErr w:type="gramEnd"/>
            <w:r>
              <w:rPr>
                <w:rFonts w:ascii="Calibri" w:eastAsia="Calibri" w:hAnsi="Calibri" w:cs="Calibri"/>
                <w:b/>
                <w:color w:val="C8D6E5"/>
                <w:sz w:val="18"/>
              </w:rPr>
              <w:t xml:space="preserve">  STEP 3</w:t>
            </w:r>
          </w:p>
          <w:p w14:paraId="324A19F6" w14:textId="77777777" w:rsidR="000D4DCB" w:rsidRDefault="00091397">
            <w:r>
              <w:rPr>
                <w:rFonts w:ascii="Calibri" w:eastAsia="Calibri" w:hAnsi="Calibri" w:cs="Calibri"/>
                <w:b/>
                <w:color w:val="FFFFFF"/>
                <w:sz w:val="40"/>
              </w:rPr>
              <w:t>Choose Your Hero</w:t>
            </w:r>
          </w:p>
        </w:tc>
        <w:tc>
          <w:tcPr>
            <w:tcW w:w="2448" w:type="dxa"/>
            <w:shd w:val="clear" w:color="auto" w:fill="1F3A5F"/>
            <w:tcMar>
              <w:top w:w="90" w:type="dxa"/>
              <w:left w:w="140" w:type="dxa"/>
              <w:bottom w:w="90" w:type="dxa"/>
              <w:right w:w="140" w:type="dxa"/>
            </w:tcMar>
            <w:vAlign w:val="center"/>
          </w:tcPr>
          <w:p w14:paraId="5FD2C23D" w14:textId="77777777" w:rsidR="000D4DCB" w:rsidRDefault="00091397">
            <w:pPr>
              <w:jc w:val="right"/>
            </w:pPr>
            <w:r>
              <w:rPr>
                <w:rFonts w:ascii="Calibri" w:eastAsia="Calibri" w:hAnsi="Calibri" w:cs="Calibri"/>
                <w:color w:val="C8D6E5"/>
                <w:sz w:val="18"/>
              </w:rPr>
              <w:t>About 15–20 minutes</w:t>
            </w:r>
          </w:p>
        </w:tc>
      </w:tr>
    </w:tbl>
    <w:p w14:paraId="4D100007" w14:textId="77777777" w:rsidR="000D4DCB" w:rsidRDefault="000D4DCB">
      <w:pPr>
        <w:spacing w:line="264" w:lineRule="auto"/>
      </w:pPr>
    </w:p>
    <w:p w14:paraId="79DDF5AA"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Pray and choose the hero you will learn about this year.</w:t>
      </w:r>
    </w:p>
    <w:p w14:paraId="532674E4" w14:textId="77777777" w:rsidR="000D4DCB" w:rsidRDefault="000D4DCB">
      <w:pPr>
        <w:spacing w:line="264" w:lineRule="auto"/>
      </w:pPr>
    </w:p>
    <w:p w14:paraId="055F2B8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F1386A5" w14:textId="77777777">
        <w:tc>
          <w:tcPr>
            <w:tcW w:w="504" w:type="dxa"/>
            <w:tcMar>
              <w:top w:w="20" w:type="dxa"/>
              <w:left w:w="20" w:type="dxa"/>
              <w:bottom w:w="20" w:type="dxa"/>
              <w:right w:w="20" w:type="dxa"/>
            </w:tcMar>
          </w:tcPr>
          <w:p w14:paraId="2F1534E1"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B9A71FB" w14:textId="77777777" w:rsidR="000D4DCB" w:rsidRDefault="00091397">
            <w:r>
              <w:rPr>
                <w:rFonts w:eastAsia="Georgia" w:cs="Georgia"/>
                <w:color w:val="222222"/>
                <w:sz w:val="21"/>
              </w:rPr>
              <w:t>Talk with a parent about your two heroes. Which one can help you come closer to Jesus Christ?</w:t>
            </w:r>
          </w:p>
        </w:tc>
      </w:tr>
      <w:tr w:rsidR="000D4DCB" w14:paraId="2D1476D1" w14:textId="77777777">
        <w:tc>
          <w:tcPr>
            <w:tcW w:w="504" w:type="dxa"/>
            <w:tcMar>
              <w:top w:w="20" w:type="dxa"/>
              <w:left w:w="20" w:type="dxa"/>
              <w:bottom w:w="20" w:type="dxa"/>
              <w:right w:w="20" w:type="dxa"/>
            </w:tcMar>
          </w:tcPr>
          <w:p w14:paraId="3B214753"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06BA1DC3" w14:textId="77777777" w:rsidR="000D4DCB" w:rsidRDefault="00091397">
            <w:r>
              <w:rPr>
                <w:rFonts w:eastAsia="Georgia" w:cs="Georgia"/>
                <w:color w:val="222222"/>
                <w:sz w:val="21"/>
              </w:rPr>
              <w:t>Pray about your choice.</w:t>
            </w:r>
          </w:p>
        </w:tc>
      </w:tr>
      <w:tr w:rsidR="000D4DCB" w14:paraId="72F4123C" w14:textId="77777777">
        <w:tc>
          <w:tcPr>
            <w:tcW w:w="504" w:type="dxa"/>
            <w:tcMar>
              <w:top w:w="20" w:type="dxa"/>
              <w:left w:w="20" w:type="dxa"/>
              <w:bottom w:w="20" w:type="dxa"/>
              <w:right w:w="20" w:type="dxa"/>
            </w:tcMar>
          </w:tcPr>
          <w:p w14:paraId="051EF384"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0F70BC4A" w14:textId="77777777" w:rsidR="000D4DCB" w:rsidRDefault="00091397">
            <w:r>
              <w:rPr>
                <w:rFonts w:eastAsia="Georgia" w:cs="Georgia"/>
                <w:color w:val="222222"/>
                <w:sz w:val="21"/>
              </w:rPr>
              <w:t>Write your hero's name below. If your hero is not on the Hero List, ask your Coach to say yes.</w:t>
            </w:r>
          </w:p>
        </w:tc>
      </w:tr>
      <w:tr w:rsidR="000D4DCB" w14:paraId="4EDB301D" w14:textId="77777777">
        <w:tc>
          <w:tcPr>
            <w:tcW w:w="504" w:type="dxa"/>
            <w:tcMar>
              <w:top w:w="20" w:type="dxa"/>
              <w:left w:w="20" w:type="dxa"/>
              <w:bottom w:w="20" w:type="dxa"/>
              <w:right w:w="20" w:type="dxa"/>
            </w:tcMar>
          </w:tcPr>
          <w:p w14:paraId="186C8036" w14:textId="77777777" w:rsidR="000D4DCB" w:rsidRDefault="00091397">
            <w:r>
              <w:rPr>
                <w:rFonts w:ascii="Calibri" w:eastAsia="Calibri" w:hAnsi="Calibri" w:cs="Calibri"/>
                <w:b/>
                <w:color w:val="1F3A5F"/>
                <w:sz w:val="21"/>
              </w:rPr>
              <w:t>4.</w:t>
            </w:r>
          </w:p>
        </w:tc>
        <w:tc>
          <w:tcPr>
            <w:tcW w:w="9576" w:type="dxa"/>
            <w:tcMar>
              <w:top w:w="20" w:type="dxa"/>
              <w:left w:w="40" w:type="dxa"/>
              <w:bottom w:w="20" w:type="dxa"/>
              <w:right w:w="40" w:type="dxa"/>
            </w:tcMar>
          </w:tcPr>
          <w:p w14:paraId="157F4733" w14:textId="77777777" w:rsidR="000D4DCB" w:rsidRDefault="00091397">
            <w:r>
              <w:rPr>
                <w:rFonts w:eastAsia="Georgia" w:cs="Georgia"/>
                <w:color w:val="222222"/>
                <w:sz w:val="21"/>
              </w:rPr>
              <w:t>Write 2–3 sentences about why you chose your hero.</w:t>
            </w:r>
          </w:p>
        </w:tc>
      </w:tr>
    </w:tbl>
    <w:p w14:paraId="49D1B867" w14:textId="77777777" w:rsidR="000D4DCB" w:rsidRDefault="000D4DCB">
      <w:pPr>
        <w:spacing w:after="80" w:line="264" w:lineRule="auto"/>
      </w:pPr>
    </w:p>
    <w:p w14:paraId="0D9C2887"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talked with a parent.</w:t>
      </w:r>
      <w:r>
        <w:rPr>
          <w:rFonts w:ascii="Segoe UI Symbol" w:eastAsia="Segoe UI Symbol" w:hAnsi="Segoe UI Symbol" w:cs="Segoe UI Symbol"/>
          <w:color w:val="1F3A5F"/>
          <w:sz w:val="24"/>
        </w:rPr>
        <w:t xml:space="preserve">          </w:t>
      </w:r>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prayed about my choice.</w:t>
      </w:r>
    </w:p>
    <w:p w14:paraId="3ACB861B"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088"/>
        <w:gridCol w:w="2952"/>
        <w:gridCol w:w="2088"/>
        <w:gridCol w:w="2952"/>
      </w:tblGrid>
      <w:tr w:rsidR="000D4DCB" w14:paraId="0A5E9E60" w14:textId="77777777">
        <w:trPr>
          <w:trHeight w:val="490"/>
        </w:trPr>
        <w:tc>
          <w:tcPr>
            <w:tcW w:w="2088" w:type="dxa"/>
            <w:shd w:val="clear" w:color="auto" w:fill="E8EEF5"/>
            <w:tcMar>
              <w:top w:w="50" w:type="dxa"/>
              <w:left w:w="100" w:type="dxa"/>
              <w:bottom w:w="50" w:type="dxa"/>
              <w:right w:w="80" w:type="dxa"/>
            </w:tcMar>
            <w:vAlign w:val="center"/>
          </w:tcPr>
          <w:p w14:paraId="2CE48317" w14:textId="77777777" w:rsidR="000D4DCB" w:rsidRDefault="00091397">
            <w:r>
              <w:rPr>
                <w:rFonts w:ascii="Calibri" w:eastAsia="Calibri" w:hAnsi="Calibri" w:cs="Calibri"/>
                <w:b/>
                <w:color w:val="1F3A5F"/>
                <w:sz w:val="23"/>
              </w:rPr>
              <w:t>My Hero:</w:t>
            </w:r>
          </w:p>
        </w:tc>
        <w:tc>
          <w:tcPr>
            <w:tcW w:w="7992" w:type="dxa"/>
            <w:gridSpan w:val="3"/>
            <w:tcMar>
              <w:top w:w="50" w:type="dxa"/>
              <w:left w:w="100" w:type="dxa"/>
              <w:bottom w:w="50" w:type="dxa"/>
              <w:right w:w="100" w:type="dxa"/>
            </w:tcMar>
          </w:tcPr>
          <w:p w14:paraId="5585D58E" w14:textId="77777777" w:rsidR="000D4DCB" w:rsidRDefault="000D4DCB"/>
        </w:tc>
      </w:tr>
      <w:tr w:rsidR="000D4DCB" w14:paraId="2EB83C05" w14:textId="77777777">
        <w:trPr>
          <w:trHeight w:val="518"/>
        </w:trPr>
        <w:tc>
          <w:tcPr>
            <w:tcW w:w="2088" w:type="dxa"/>
            <w:shd w:val="clear" w:color="auto" w:fill="F4F7FA"/>
            <w:tcMar>
              <w:top w:w="50" w:type="dxa"/>
              <w:left w:w="100" w:type="dxa"/>
              <w:bottom w:w="50" w:type="dxa"/>
              <w:right w:w="80" w:type="dxa"/>
            </w:tcMar>
          </w:tcPr>
          <w:p w14:paraId="6AEE9107" w14:textId="77777777" w:rsidR="000D4DCB" w:rsidRDefault="00091397">
            <w:r>
              <w:rPr>
                <w:rFonts w:ascii="Calibri" w:eastAsia="Calibri" w:hAnsi="Calibri" w:cs="Calibri"/>
                <w:b/>
                <w:color w:val="1F3A5F"/>
                <w:sz w:val="20"/>
              </w:rPr>
              <w:t>On the Hero List?</w:t>
            </w:r>
          </w:p>
        </w:tc>
        <w:tc>
          <w:tcPr>
            <w:tcW w:w="2952" w:type="dxa"/>
            <w:tcMar>
              <w:top w:w="50" w:type="dxa"/>
              <w:left w:w="100" w:type="dxa"/>
              <w:bottom w:w="50" w:type="dxa"/>
              <w:right w:w="100" w:type="dxa"/>
            </w:tcMar>
          </w:tcPr>
          <w:p w14:paraId="5D3EB6AC" w14:textId="77777777" w:rsidR="000D4DCB" w:rsidRDefault="00091397">
            <w:r>
              <w:rPr>
                <w:rFonts w:ascii="Calibri" w:eastAsia="Calibri" w:hAnsi="Calibri" w:cs="Calibri"/>
                <w:color w:val="1F3A5F"/>
                <w:sz w:val="21"/>
              </w:rPr>
              <w:t>☐ Yes     ☐ No</w:t>
            </w:r>
          </w:p>
        </w:tc>
        <w:tc>
          <w:tcPr>
            <w:tcW w:w="2088" w:type="dxa"/>
            <w:shd w:val="clear" w:color="auto" w:fill="F4F7FA"/>
            <w:tcMar>
              <w:top w:w="50" w:type="dxa"/>
              <w:left w:w="100" w:type="dxa"/>
              <w:bottom w:w="50" w:type="dxa"/>
              <w:right w:w="80" w:type="dxa"/>
            </w:tcMar>
          </w:tcPr>
          <w:p w14:paraId="49F2CB5C" w14:textId="77777777" w:rsidR="000D4DCB" w:rsidRDefault="00091397">
            <w:r>
              <w:rPr>
                <w:rFonts w:ascii="Calibri" w:eastAsia="Calibri" w:hAnsi="Calibri" w:cs="Calibri"/>
                <w:b/>
                <w:color w:val="1F3A5F"/>
                <w:sz w:val="20"/>
              </w:rPr>
              <w:t>Coach says yes:</w:t>
            </w:r>
          </w:p>
        </w:tc>
        <w:tc>
          <w:tcPr>
            <w:tcW w:w="2952" w:type="dxa"/>
            <w:tcMar>
              <w:top w:w="50" w:type="dxa"/>
              <w:left w:w="100" w:type="dxa"/>
              <w:bottom w:w="50" w:type="dxa"/>
              <w:right w:w="100" w:type="dxa"/>
            </w:tcMar>
          </w:tcPr>
          <w:p w14:paraId="02707153" w14:textId="77777777" w:rsidR="000D4DCB" w:rsidRDefault="000D4DCB"/>
        </w:tc>
      </w:tr>
    </w:tbl>
    <w:p w14:paraId="6CE34E81" w14:textId="77777777" w:rsidR="000D4DCB" w:rsidRDefault="000D4DCB">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7A2BF5B9" w14:textId="77777777">
        <w:tc>
          <w:tcPr>
            <w:tcW w:w="10080" w:type="dxa"/>
            <w:shd w:val="clear" w:color="auto" w:fill="FBF6EC"/>
            <w:tcMar>
              <w:top w:w="70" w:type="dxa"/>
              <w:left w:w="140" w:type="dxa"/>
              <w:bottom w:w="70" w:type="dxa"/>
              <w:right w:w="140" w:type="dxa"/>
            </w:tcMar>
          </w:tcPr>
          <w:p w14:paraId="67478EAA" w14:textId="77777777" w:rsidR="000D4DCB" w:rsidRDefault="00091397">
            <w:r>
              <w:rPr>
                <w:rFonts w:ascii="Calibri" w:eastAsia="Calibri" w:hAnsi="Calibri" w:cs="Calibri"/>
                <w:b/>
                <w:color w:val="7A551C"/>
                <w:sz w:val="20"/>
              </w:rPr>
              <w:t>Sentence starters</w:t>
            </w:r>
          </w:p>
          <w:p w14:paraId="3F390DDD" w14:textId="77777777" w:rsidR="000D4DCB" w:rsidRDefault="00091397">
            <w:pPr>
              <w:spacing w:after="20"/>
              <w:ind w:left="216"/>
            </w:pPr>
            <w:r>
              <w:rPr>
                <w:rFonts w:ascii="Calibri" w:eastAsia="Calibri" w:hAnsi="Calibri" w:cs="Calibri"/>
                <w:color w:val="3A2E1A"/>
                <w:sz w:val="20"/>
              </w:rPr>
              <w:t>•  I chose ___ because…</w:t>
            </w:r>
          </w:p>
          <w:p w14:paraId="0AD5A5AA" w14:textId="77777777" w:rsidR="000D4DCB" w:rsidRDefault="00091397">
            <w:pPr>
              <w:spacing w:after="20"/>
              <w:ind w:left="216"/>
            </w:pPr>
            <w:r>
              <w:rPr>
                <w:rFonts w:ascii="Calibri" w:eastAsia="Calibri" w:hAnsi="Calibri" w:cs="Calibri"/>
                <w:color w:val="3A2E1A"/>
                <w:sz w:val="20"/>
              </w:rPr>
              <w:t>•  I want to be more like ___ because…</w:t>
            </w:r>
          </w:p>
          <w:p w14:paraId="41411E15" w14:textId="77777777" w:rsidR="000D4DCB" w:rsidRDefault="00091397">
            <w:pPr>
              <w:spacing w:after="20"/>
              <w:ind w:left="216"/>
            </w:pPr>
            <w:r>
              <w:rPr>
                <w:rFonts w:ascii="Calibri" w:eastAsia="Calibri" w:hAnsi="Calibri" w:cs="Calibri"/>
                <w:color w:val="3A2E1A"/>
                <w:sz w:val="20"/>
              </w:rPr>
              <w:t>•  I hope learning about ___ will help me…</w:t>
            </w:r>
          </w:p>
        </w:tc>
      </w:tr>
    </w:tbl>
    <w:p w14:paraId="037EC235"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11E952D1" w14:textId="77777777">
        <w:tc>
          <w:tcPr>
            <w:tcW w:w="10080" w:type="dxa"/>
            <w:shd w:val="clear" w:color="auto" w:fill="E8EEF5"/>
            <w:tcMar>
              <w:top w:w="50" w:type="dxa"/>
              <w:left w:w="120" w:type="dxa"/>
              <w:bottom w:w="50" w:type="dxa"/>
              <w:right w:w="120" w:type="dxa"/>
            </w:tcMar>
          </w:tcPr>
          <w:p w14:paraId="30ED1271" w14:textId="77777777" w:rsidR="000D4DCB" w:rsidRDefault="00091397">
            <w:r>
              <w:rPr>
                <w:rFonts w:ascii="Calibri" w:eastAsia="Calibri" w:hAnsi="Calibri" w:cs="Calibri"/>
                <w:b/>
                <w:color w:val="1F3A5F"/>
                <w:sz w:val="23"/>
              </w:rPr>
              <w:t>Why I Chose My Hero</w:t>
            </w:r>
            <w:r>
              <w:rPr>
                <w:rFonts w:ascii="Calibri" w:eastAsia="Calibri" w:hAnsi="Calibri" w:cs="Calibri"/>
                <w:i/>
                <w:color w:val="595959"/>
                <w:sz w:val="19"/>
              </w:rPr>
              <w:t xml:space="preserve">   Keep this. You will use it when you share your project.</w:t>
            </w:r>
          </w:p>
        </w:tc>
      </w:tr>
      <w:tr w:rsidR="000D4DCB" w14:paraId="060E8C01" w14:textId="77777777">
        <w:trPr>
          <w:trHeight w:val="547"/>
        </w:trPr>
        <w:tc>
          <w:tcPr>
            <w:tcW w:w="10080" w:type="dxa"/>
            <w:tcBorders>
              <w:bottom w:val="single" w:sz="4" w:space="0" w:color="C9D3DD"/>
            </w:tcBorders>
            <w:tcMar>
              <w:top w:w="0" w:type="dxa"/>
              <w:left w:w="120" w:type="dxa"/>
              <w:bottom w:w="0" w:type="dxa"/>
              <w:right w:w="120" w:type="dxa"/>
            </w:tcMar>
          </w:tcPr>
          <w:p w14:paraId="3F1AE6A1" w14:textId="77777777" w:rsidR="000D4DCB" w:rsidRDefault="000D4DCB"/>
        </w:tc>
      </w:tr>
      <w:tr w:rsidR="000D4DCB" w14:paraId="4809DF78" w14:textId="77777777">
        <w:trPr>
          <w:trHeight w:val="547"/>
        </w:trPr>
        <w:tc>
          <w:tcPr>
            <w:tcW w:w="10080" w:type="dxa"/>
            <w:tcBorders>
              <w:bottom w:val="single" w:sz="4" w:space="0" w:color="C9D3DD"/>
            </w:tcBorders>
            <w:tcMar>
              <w:top w:w="0" w:type="dxa"/>
              <w:left w:w="120" w:type="dxa"/>
              <w:bottom w:w="0" w:type="dxa"/>
              <w:right w:w="120" w:type="dxa"/>
            </w:tcMar>
          </w:tcPr>
          <w:p w14:paraId="771DA9D9" w14:textId="77777777" w:rsidR="000D4DCB" w:rsidRDefault="000D4DCB"/>
        </w:tc>
      </w:tr>
      <w:tr w:rsidR="000D4DCB" w14:paraId="4454A05B" w14:textId="77777777">
        <w:trPr>
          <w:trHeight w:val="547"/>
        </w:trPr>
        <w:tc>
          <w:tcPr>
            <w:tcW w:w="10080" w:type="dxa"/>
            <w:tcBorders>
              <w:bottom w:val="single" w:sz="4" w:space="0" w:color="C9D3DD"/>
            </w:tcBorders>
            <w:tcMar>
              <w:top w:w="0" w:type="dxa"/>
              <w:left w:w="120" w:type="dxa"/>
              <w:bottom w:w="0" w:type="dxa"/>
              <w:right w:w="120" w:type="dxa"/>
            </w:tcMar>
          </w:tcPr>
          <w:p w14:paraId="3DCEDF2D" w14:textId="77777777" w:rsidR="000D4DCB" w:rsidRDefault="000D4DCB"/>
        </w:tc>
      </w:tr>
      <w:tr w:rsidR="000D4DCB" w14:paraId="649F6004" w14:textId="77777777">
        <w:trPr>
          <w:trHeight w:val="547"/>
        </w:trPr>
        <w:tc>
          <w:tcPr>
            <w:tcW w:w="10080" w:type="dxa"/>
            <w:tcBorders>
              <w:bottom w:val="single" w:sz="4" w:space="0" w:color="C9D3DD"/>
            </w:tcBorders>
            <w:tcMar>
              <w:top w:w="0" w:type="dxa"/>
              <w:left w:w="120" w:type="dxa"/>
              <w:bottom w:w="0" w:type="dxa"/>
              <w:right w:w="120" w:type="dxa"/>
            </w:tcMar>
          </w:tcPr>
          <w:p w14:paraId="7D98A92F" w14:textId="77777777" w:rsidR="000D4DCB" w:rsidRDefault="000D4DCB"/>
        </w:tc>
      </w:tr>
      <w:tr w:rsidR="000D4DCB" w14:paraId="3B315D59" w14:textId="77777777">
        <w:trPr>
          <w:trHeight w:val="547"/>
        </w:trPr>
        <w:tc>
          <w:tcPr>
            <w:tcW w:w="10080" w:type="dxa"/>
            <w:tcBorders>
              <w:bottom w:val="single" w:sz="4" w:space="0" w:color="C9D3DD"/>
            </w:tcBorders>
            <w:tcMar>
              <w:top w:w="0" w:type="dxa"/>
              <w:left w:w="120" w:type="dxa"/>
              <w:bottom w:w="0" w:type="dxa"/>
              <w:right w:w="120" w:type="dxa"/>
            </w:tcMar>
          </w:tcPr>
          <w:p w14:paraId="51336187" w14:textId="77777777" w:rsidR="000D4DCB" w:rsidRDefault="000D4DCB"/>
        </w:tc>
      </w:tr>
      <w:tr w:rsidR="000D4DCB" w14:paraId="22B4FA98" w14:textId="77777777">
        <w:trPr>
          <w:trHeight w:val="547"/>
        </w:trPr>
        <w:tc>
          <w:tcPr>
            <w:tcW w:w="10080" w:type="dxa"/>
            <w:tcBorders>
              <w:bottom w:val="single" w:sz="4" w:space="0" w:color="C9D3DD"/>
            </w:tcBorders>
            <w:tcMar>
              <w:top w:w="0" w:type="dxa"/>
              <w:left w:w="120" w:type="dxa"/>
              <w:bottom w:w="0" w:type="dxa"/>
              <w:right w:w="120" w:type="dxa"/>
            </w:tcMar>
          </w:tcPr>
          <w:p w14:paraId="6FD6E8FC" w14:textId="77777777" w:rsidR="000D4DCB" w:rsidRDefault="000D4DCB"/>
        </w:tc>
      </w:tr>
      <w:tr w:rsidR="000D4DCB" w14:paraId="1EEACDAA" w14:textId="77777777">
        <w:trPr>
          <w:trHeight w:val="547"/>
        </w:trPr>
        <w:tc>
          <w:tcPr>
            <w:tcW w:w="10080" w:type="dxa"/>
            <w:tcBorders>
              <w:bottom w:val="single" w:sz="4" w:space="0" w:color="C9D3DD"/>
            </w:tcBorders>
            <w:tcMar>
              <w:top w:w="0" w:type="dxa"/>
              <w:left w:w="120" w:type="dxa"/>
              <w:bottom w:w="0" w:type="dxa"/>
              <w:right w:w="120" w:type="dxa"/>
            </w:tcMar>
          </w:tcPr>
          <w:p w14:paraId="13FE540A" w14:textId="77777777" w:rsidR="000D4DCB" w:rsidRDefault="000D4DCB"/>
        </w:tc>
      </w:tr>
      <w:tr w:rsidR="000D4DCB" w14:paraId="37FC7EF3" w14:textId="77777777">
        <w:trPr>
          <w:trHeight w:val="547"/>
        </w:trPr>
        <w:tc>
          <w:tcPr>
            <w:tcW w:w="10080" w:type="dxa"/>
            <w:tcMar>
              <w:top w:w="0" w:type="dxa"/>
              <w:left w:w="120" w:type="dxa"/>
              <w:bottom w:w="0" w:type="dxa"/>
              <w:right w:w="120" w:type="dxa"/>
            </w:tcMar>
          </w:tcPr>
          <w:p w14:paraId="30E0B7EB" w14:textId="77777777" w:rsidR="000D4DCB" w:rsidRDefault="000D4DCB"/>
        </w:tc>
      </w:tr>
    </w:tbl>
    <w:p w14:paraId="6C9EFC2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1D21288F" w14:textId="77777777">
        <w:tc>
          <w:tcPr>
            <w:tcW w:w="7632" w:type="dxa"/>
            <w:shd w:val="clear" w:color="auto" w:fill="1F3A5F"/>
            <w:tcMar>
              <w:top w:w="90" w:type="dxa"/>
              <w:left w:w="140" w:type="dxa"/>
              <w:bottom w:w="90" w:type="dxa"/>
              <w:right w:w="140" w:type="dxa"/>
            </w:tcMar>
            <w:vAlign w:val="center"/>
          </w:tcPr>
          <w:p w14:paraId="2A3D4AA0" w14:textId="77777777" w:rsidR="000D4DCB" w:rsidRDefault="00091397">
            <w:proofErr w:type="gramStart"/>
            <w:r>
              <w:rPr>
                <w:rFonts w:ascii="Calibri" w:eastAsia="Calibri" w:hAnsi="Calibri" w:cs="Calibri"/>
                <w:b/>
                <w:color w:val="C8D6E5"/>
                <w:sz w:val="18"/>
              </w:rPr>
              <w:t>LAUNCH  ·</w:t>
            </w:r>
            <w:proofErr w:type="gramEnd"/>
            <w:r>
              <w:rPr>
                <w:rFonts w:ascii="Calibri" w:eastAsia="Calibri" w:hAnsi="Calibri" w:cs="Calibri"/>
                <w:b/>
                <w:color w:val="C8D6E5"/>
                <w:sz w:val="18"/>
              </w:rPr>
              <w:t xml:space="preserve">  STEP 4</w:t>
            </w:r>
          </w:p>
          <w:p w14:paraId="0C64B4C5" w14:textId="77777777" w:rsidR="000D4DCB" w:rsidRDefault="00091397">
            <w:r>
              <w:rPr>
                <w:rFonts w:ascii="Calibri" w:eastAsia="Calibri" w:hAnsi="Calibri" w:cs="Calibri"/>
                <w:b/>
                <w:color w:val="FFFFFF"/>
                <w:sz w:val="40"/>
              </w:rPr>
              <w:t>Set Up Your Notebook</w:t>
            </w:r>
          </w:p>
        </w:tc>
        <w:tc>
          <w:tcPr>
            <w:tcW w:w="2448" w:type="dxa"/>
            <w:shd w:val="clear" w:color="auto" w:fill="1F3A5F"/>
            <w:tcMar>
              <w:top w:w="90" w:type="dxa"/>
              <w:left w:w="140" w:type="dxa"/>
              <w:bottom w:w="90" w:type="dxa"/>
              <w:right w:w="140" w:type="dxa"/>
            </w:tcMar>
            <w:vAlign w:val="center"/>
          </w:tcPr>
          <w:p w14:paraId="0E77987A" w14:textId="77777777" w:rsidR="000D4DCB" w:rsidRDefault="00091397">
            <w:pPr>
              <w:jc w:val="right"/>
            </w:pPr>
            <w:r>
              <w:rPr>
                <w:rFonts w:ascii="Calibri" w:eastAsia="Calibri" w:hAnsi="Calibri" w:cs="Calibri"/>
                <w:color w:val="C8D6E5"/>
                <w:sz w:val="18"/>
              </w:rPr>
              <w:t>About 15–20 minutes</w:t>
            </w:r>
          </w:p>
        </w:tc>
      </w:tr>
    </w:tbl>
    <w:p w14:paraId="1C1DBE2F" w14:textId="77777777" w:rsidR="000D4DCB" w:rsidRDefault="000D4DCB">
      <w:pPr>
        <w:spacing w:line="264" w:lineRule="auto"/>
      </w:pPr>
    </w:p>
    <w:p w14:paraId="3C15C872"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Make the binder that will hold your Master Project.</w:t>
      </w:r>
    </w:p>
    <w:p w14:paraId="2AB7A02C" w14:textId="77777777" w:rsidR="000D4DCB" w:rsidRDefault="000D4DCB">
      <w:pPr>
        <w:spacing w:line="264" w:lineRule="auto"/>
      </w:pPr>
    </w:p>
    <w:p w14:paraId="61887AE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13760EAE" w14:textId="77777777">
        <w:tc>
          <w:tcPr>
            <w:tcW w:w="504" w:type="dxa"/>
            <w:tcMar>
              <w:top w:w="20" w:type="dxa"/>
              <w:left w:w="20" w:type="dxa"/>
              <w:bottom w:w="20" w:type="dxa"/>
              <w:right w:w="20" w:type="dxa"/>
            </w:tcMar>
          </w:tcPr>
          <w:p w14:paraId="4BDF84E6"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8FA3FFF" w14:textId="77777777" w:rsidR="000D4DCB" w:rsidRDefault="00091397">
            <w:r>
              <w:rPr>
                <w:rFonts w:eastAsia="Georgia" w:cs="Georgia"/>
                <w:color w:val="222222"/>
                <w:sz w:val="21"/>
              </w:rPr>
              <w:t>Get a binder (1–1½ inch works well).</w:t>
            </w:r>
          </w:p>
        </w:tc>
      </w:tr>
      <w:tr w:rsidR="000D4DCB" w14:paraId="70760696" w14:textId="77777777">
        <w:tc>
          <w:tcPr>
            <w:tcW w:w="504" w:type="dxa"/>
            <w:tcMar>
              <w:top w:w="20" w:type="dxa"/>
              <w:left w:w="20" w:type="dxa"/>
              <w:bottom w:w="20" w:type="dxa"/>
              <w:right w:w="20" w:type="dxa"/>
            </w:tcMar>
          </w:tcPr>
          <w:p w14:paraId="331DD20C"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A0FEFFA" w14:textId="77777777" w:rsidR="000D4DCB" w:rsidRPr="00FF093B" w:rsidRDefault="00FF093B">
            <w:pPr>
              <w:rPr>
                <w:rFonts w:eastAsia="Georgia" w:cs="Georgia"/>
                <w:color w:val="222222"/>
                <w:sz w:val="21"/>
              </w:rPr>
            </w:pPr>
            <w:r>
              <w:rPr>
                <w:rFonts w:eastAsia="Georgia" w:cs="Georgia"/>
                <w:color w:val="222222"/>
                <w:sz w:val="21"/>
              </w:rPr>
              <w:t xml:space="preserve">Print your cover page, section dividers, and optional spine. </w:t>
            </w:r>
          </w:p>
        </w:tc>
      </w:tr>
      <w:tr w:rsidR="000D4DCB" w14:paraId="24F9674E" w14:textId="77777777">
        <w:tc>
          <w:tcPr>
            <w:tcW w:w="504" w:type="dxa"/>
            <w:tcMar>
              <w:top w:w="20" w:type="dxa"/>
              <w:left w:w="20" w:type="dxa"/>
              <w:bottom w:w="20" w:type="dxa"/>
              <w:right w:w="20" w:type="dxa"/>
            </w:tcMar>
          </w:tcPr>
          <w:p w14:paraId="7AE78E3E" w14:textId="77777777" w:rsidR="000D4DCB" w:rsidRDefault="00FF093B">
            <w:r>
              <w:rPr>
                <w:rFonts w:ascii="Calibri" w:eastAsia="Calibri" w:hAnsi="Calibri" w:cs="Calibri"/>
                <w:b/>
                <w:color w:val="1F3A5F"/>
                <w:sz w:val="21"/>
              </w:rPr>
              <w:t>3</w:t>
            </w:r>
            <w:r w:rsidR="00091397">
              <w:rPr>
                <w:rFonts w:ascii="Calibri" w:eastAsia="Calibri" w:hAnsi="Calibri" w:cs="Calibri"/>
                <w:b/>
                <w:color w:val="1F3A5F"/>
                <w:sz w:val="21"/>
              </w:rPr>
              <w:t>.</w:t>
            </w:r>
          </w:p>
        </w:tc>
        <w:tc>
          <w:tcPr>
            <w:tcW w:w="9576" w:type="dxa"/>
            <w:tcMar>
              <w:top w:w="20" w:type="dxa"/>
              <w:left w:w="40" w:type="dxa"/>
              <w:bottom w:w="20" w:type="dxa"/>
              <w:right w:w="40" w:type="dxa"/>
            </w:tcMar>
          </w:tcPr>
          <w:p w14:paraId="2048D3FD" w14:textId="77777777" w:rsidR="000D4DCB" w:rsidRDefault="00091397">
            <w:r>
              <w:rPr>
                <w:rFonts w:eastAsia="Georgia" w:cs="Georgia"/>
                <w:color w:val="222222"/>
                <w:sz w:val="21"/>
              </w:rPr>
              <w:t>Add the</w:t>
            </w:r>
            <w:r w:rsidR="00FF093B">
              <w:rPr>
                <w:rFonts w:eastAsia="Georgia" w:cs="Georgia"/>
                <w:color w:val="222222"/>
                <w:sz w:val="21"/>
              </w:rPr>
              <w:t xml:space="preserve"> cover,</w:t>
            </w:r>
            <w:r>
              <w:rPr>
                <w:rFonts w:eastAsia="Georgia" w:cs="Georgia"/>
                <w:color w:val="222222"/>
                <w:sz w:val="21"/>
              </w:rPr>
              <w:t xml:space="preserve"> four divider pages</w:t>
            </w:r>
            <w:r w:rsidR="00FF093B">
              <w:rPr>
                <w:rFonts w:eastAsia="Georgia" w:cs="Georgia"/>
                <w:color w:val="222222"/>
                <w:sz w:val="21"/>
              </w:rPr>
              <w:t>, and spine to our binder. Use protective plastic holders for added protection.</w:t>
            </w:r>
          </w:p>
        </w:tc>
      </w:tr>
      <w:tr w:rsidR="000D4DCB" w14:paraId="4EFBE806" w14:textId="77777777">
        <w:tc>
          <w:tcPr>
            <w:tcW w:w="504" w:type="dxa"/>
            <w:tcMar>
              <w:top w:w="20" w:type="dxa"/>
              <w:left w:w="20" w:type="dxa"/>
              <w:bottom w:w="20" w:type="dxa"/>
              <w:right w:w="20" w:type="dxa"/>
            </w:tcMar>
          </w:tcPr>
          <w:p w14:paraId="0EFCDF60" w14:textId="77777777" w:rsidR="000D4DCB" w:rsidRDefault="00FF093B">
            <w:r>
              <w:rPr>
                <w:rFonts w:ascii="Calibri" w:eastAsia="Calibri" w:hAnsi="Calibri" w:cs="Calibri"/>
                <w:b/>
                <w:color w:val="1F3A5F"/>
                <w:sz w:val="21"/>
              </w:rPr>
              <w:t>4</w:t>
            </w:r>
            <w:r w:rsidR="00091397">
              <w:rPr>
                <w:rFonts w:ascii="Calibri" w:eastAsia="Calibri" w:hAnsi="Calibri" w:cs="Calibri"/>
                <w:b/>
                <w:color w:val="1F3A5F"/>
                <w:sz w:val="21"/>
              </w:rPr>
              <w:t>.</w:t>
            </w:r>
          </w:p>
        </w:tc>
        <w:tc>
          <w:tcPr>
            <w:tcW w:w="9576" w:type="dxa"/>
            <w:tcMar>
              <w:top w:w="20" w:type="dxa"/>
              <w:left w:w="40" w:type="dxa"/>
              <w:bottom w:w="20" w:type="dxa"/>
              <w:right w:w="40" w:type="dxa"/>
            </w:tcMar>
          </w:tcPr>
          <w:p w14:paraId="161216A8" w14:textId="77777777" w:rsidR="000D4DCB" w:rsidRDefault="00FF093B">
            <w:r>
              <w:rPr>
                <w:rFonts w:eastAsia="Georgia" w:cs="Georgia"/>
                <w:color w:val="222222"/>
                <w:sz w:val="21"/>
              </w:rPr>
              <w:t xml:space="preserve">Optional: </w:t>
            </w:r>
            <w:r w:rsidR="00091397">
              <w:rPr>
                <w:rFonts w:eastAsia="Georgia" w:cs="Georgia"/>
                <w:color w:val="222222"/>
                <w:sz w:val="21"/>
              </w:rPr>
              <w:t>Decorate each divider with a picture, quote, or design that fits your hero</w:t>
            </w:r>
            <w:r>
              <w:rPr>
                <w:rFonts w:eastAsia="Georgia" w:cs="Georgia"/>
                <w:color w:val="222222"/>
                <w:sz w:val="21"/>
              </w:rPr>
              <w:t xml:space="preserve"> throughout the year.</w:t>
            </w:r>
          </w:p>
        </w:tc>
      </w:tr>
    </w:tbl>
    <w:p w14:paraId="3101027A" w14:textId="77777777" w:rsidR="000D4DCB" w:rsidRDefault="000D4DCB">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46EFEDE4" w14:textId="77777777">
        <w:tc>
          <w:tcPr>
            <w:tcW w:w="10080" w:type="dxa"/>
            <w:shd w:val="clear" w:color="auto" w:fill="FBF6EC"/>
            <w:tcMar>
              <w:top w:w="70" w:type="dxa"/>
              <w:left w:w="140" w:type="dxa"/>
              <w:bottom w:w="70" w:type="dxa"/>
              <w:right w:w="140" w:type="dxa"/>
            </w:tcMar>
          </w:tcPr>
          <w:p w14:paraId="0EC8C310" w14:textId="77777777" w:rsidR="000D4DCB" w:rsidRDefault="00091397">
            <w:r>
              <w:rPr>
                <w:rFonts w:ascii="Calibri" w:eastAsia="Calibri" w:hAnsi="Calibri" w:cs="Calibri"/>
                <w:b/>
                <w:color w:val="7A551C"/>
                <w:sz w:val="20"/>
              </w:rPr>
              <w:t xml:space="preserve">WHY IT MATTERS: </w:t>
            </w:r>
            <w:r>
              <w:rPr>
                <w:rFonts w:ascii="Calibri" w:eastAsia="Calibri" w:hAnsi="Calibri" w:cs="Calibri"/>
                <w:color w:val="3A2E1A"/>
                <w:sz w:val="20"/>
              </w:rPr>
              <w:t>Your binder will hold everything you learn about your hero. Make it something you and your family will love to look at. Choose colors and pictures that fit your hero.</w:t>
            </w:r>
          </w:p>
        </w:tc>
      </w:tr>
    </w:tbl>
    <w:p w14:paraId="7D861CB1" w14:textId="77777777" w:rsidR="000D4DCB" w:rsidRDefault="000D4DCB">
      <w:pPr>
        <w:spacing w:after="160" w:line="264" w:lineRule="auto"/>
      </w:pPr>
    </w:p>
    <w:p w14:paraId="1D079C7A" w14:textId="77777777" w:rsidR="000D4DCB" w:rsidRDefault="00091397">
      <w:pPr>
        <w:spacing w:after="60" w:line="264" w:lineRule="auto"/>
      </w:pPr>
      <w:r>
        <w:rPr>
          <w:rFonts w:ascii="Calibri" w:eastAsia="Calibri" w:hAnsi="Calibri" w:cs="Calibri"/>
          <w:b/>
          <w:color w:val="1F3A5F"/>
          <w:sz w:val="26"/>
        </w:rPr>
        <w:t>Checklist</w:t>
      </w:r>
    </w:p>
    <w:p w14:paraId="480AB6A2"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My</w:t>
      </w:r>
      <w:proofErr w:type="gramEnd"/>
      <w:r>
        <w:rPr>
          <w:rFonts w:eastAsia="Georgia" w:cs="Georgia"/>
          <w:color w:val="222222"/>
          <w:sz w:val="21"/>
        </w:rPr>
        <w:t xml:space="preserve"> cover page is filled in and has a picture of my hero.</w:t>
      </w:r>
    </w:p>
    <w:p w14:paraId="5E0D352C"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My</w:t>
      </w:r>
      <w:proofErr w:type="gramEnd"/>
      <w:r>
        <w:rPr>
          <w:rFonts w:eastAsia="Georgia" w:cs="Georgia"/>
          <w:color w:val="222222"/>
          <w:sz w:val="21"/>
        </w:rPr>
        <w:t xml:space="preserve"> spine label is filled in (if I chose to make one).</w:t>
      </w:r>
    </w:p>
    <w:p w14:paraId="3BBDCE66"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My</w:t>
      </w:r>
      <w:proofErr w:type="gramEnd"/>
      <w:r>
        <w:rPr>
          <w:rFonts w:eastAsia="Georgia" w:cs="Georgia"/>
          <w:color w:val="222222"/>
          <w:sz w:val="21"/>
        </w:rPr>
        <w:t xml:space="preserve"> four dividers are in order and decorated.</w:t>
      </w:r>
    </w:p>
    <w:p w14:paraId="7BA3EABB"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My</w:t>
      </w:r>
      <w:proofErr w:type="gramEnd"/>
      <w:r>
        <w:rPr>
          <w:rFonts w:eastAsia="Georgia" w:cs="Georgia"/>
          <w:color w:val="222222"/>
          <w:sz w:val="21"/>
        </w:rPr>
        <w:t xml:space="preserve"> Step 2 and Step 3 pages are at the front of my binder.</w:t>
      </w:r>
    </w:p>
    <w:p w14:paraId="5A70F34E" w14:textId="77777777" w:rsidR="000D4DCB" w:rsidRDefault="000D4DCB">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944"/>
        <w:gridCol w:w="6552"/>
        <w:gridCol w:w="1584"/>
      </w:tblGrid>
      <w:tr w:rsidR="000D4DCB" w14:paraId="1F6477E5" w14:textId="77777777">
        <w:tc>
          <w:tcPr>
            <w:tcW w:w="1944" w:type="dxa"/>
            <w:shd w:val="clear" w:color="auto" w:fill="1F3A5F"/>
            <w:tcMar>
              <w:top w:w="50" w:type="dxa"/>
              <w:left w:w="100" w:type="dxa"/>
              <w:bottom w:w="50" w:type="dxa"/>
              <w:right w:w="100" w:type="dxa"/>
            </w:tcMar>
          </w:tcPr>
          <w:p w14:paraId="3A32DC6A" w14:textId="77777777" w:rsidR="000D4DCB" w:rsidRDefault="00091397">
            <w:r>
              <w:rPr>
                <w:rFonts w:ascii="Calibri" w:eastAsia="Calibri" w:hAnsi="Calibri" w:cs="Calibri"/>
                <w:b/>
                <w:color w:val="FFFFFF"/>
                <w:sz w:val="20"/>
              </w:rPr>
              <w:t>Part</w:t>
            </w:r>
          </w:p>
        </w:tc>
        <w:tc>
          <w:tcPr>
            <w:tcW w:w="6552" w:type="dxa"/>
            <w:shd w:val="clear" w:color="auto" w:fill="1F3A5F"/>
            <w:tcMar>
              <w:top w:w="50" w:type="dxa"/>
              <w:left w:w="100" w:type="dxa"/>
              <w:bottom w:w="50" w:type="dxa"/>
              <w:right w:w="100" w:type="dxa"/>
            </w:tcMar>
          </w:tcPr>
          <w:p w14:paraId="4C3EA99F" w14:textId="77777777" w:rsidR="000D4DCB" w:rsidRDefault="00091397">
            <w:r>
              <w:rPr>
                <w:rFonts w:ascii="Calibri" w:eastAsia="Calibri" w:hAnsi="Calibri" w:cs="Calibri"/>
                <w:b/>
                <w:color w:val="FFFFFF"/>
                <w:sz w:val="20"/>
              </w:rPr>
              <w:t>What goes in it</w:t>
            </w:r>
          </w:p>
        </w:tc>
        <w:tc>
          <w:tcPr>
            <w:tcW w:w="1584" w:type="dxa"/>
            <w:shd w:val="clear" w:color="auto" w:fill="1F3A5F"/>
            <w:tcMar>
              <w:top w:w="50" w:type="dxa"/>
              <w:left w:w="100" w:type="dxa"/>
              <w:bottom w:w="50" w:type="dxa"/>
              <w:right w:w="100" w:type="dxa"/>
            </w:tcMar>
          </w:tcPr>
          <w:p w14:paraId="1AFE0DCF" w14:textId="77777777" w:rsidR="000D4DCB" w:rsidRDefault="00091397">
            <w:r>
              <w:rPr>
                <w:rFonts w:ascii="Calibri" w:eastAsia="Calibri" w:hAnsi="Calibri" w:cs="Calibri"/>
                <w:b/>
                <w:color w:val="FFFFFF"/>
                <w:sz w:val="20"/>
              </w:rPr>
              <w:t>Steps</w:t>
            </w:r>
          </w:p>
        </w:tc>
      </w:tr>
      <w:tr w:rsidR="000D4DCB" w14:paraId="15578B91" w14:textId="77777777">
        <w:tc>
          <w:tcPr>
            <w:tcW w:w="1944" w:type="dxa"/>
            <w:shd w:val="clear" w:color="auto" w:fill="F4F7FA"/>
            <w:tcMar>
              <w:top w:w="50" w:type="dxa"/>
              <w:left w:w="100" w:type="dxa"/>
              <w:bottom w:w="50" w:type="dxa"/>
              <w:right w:w="100" w:type="dxa"/>
            </w:tcMar>
          </w:tcPr>
          <w:p w14:paraId="6C5860C8" w14:textId="77777777" w:rsidR="000D4DCB" w:rsidRDefault="00091397">
            <w:r>
              <w:rPr>
                <w:rFonts w:ascii="Calibri" w:eastAsia="Calibri" w:hAnsi="Calibri" w:cs="Calibri"/>
                <w:b/>
                <w:color w:val="1F3A5F"/>
                <w:sz w:val="20"/>
              </w:rPr>
              <w:t>Front</w:t>
            </w:r>
          </w:p>
        </w:tc>
        <w:tc>
          <w:tcPr>
            <w:tcW w:w="6552" w:type="dxa"/>
            <w:tcMar>
              <w:top w:w="50" w:type="dxa"/>
              <w:left w:w="100" w:type="dxa"/>
              <w:bottom w:w="50" w:type="dxa"/>
              <w:right w:w="100" w:type="dxa"/>
            </w:tcMar>
          </w:tcPr>
          <w:p w14:paraId="1585DBA2" w14:textId="77777777" w:rsidR="000D4DCB" w:rsidRDefault="00091397">
            <w:r>
              <w:rPr>
                <w:rFonts w:ascii="Calibri" w:eastAsia="Calibri" w:hAnsi="Calibri" w:cs="Calibri"/>
                <w:color w:val="222222"/>
                <w:sz w:val="20"/>
              </w:rPr>
              <w:t>Cover, Dedication, Table of Contents, Read the Hero Bios, Explore Heroes, Choose Your Hero</w:t>
            </w:r>
          </w:p>
        </w:tc>
        <w:tc>
          <w:tcPr>
            <w:tcW w:w="1584" w:type="dxa"/>
            <w:tcMar>
              <w:top w:w="50" w:type="dxa"/>
              <w:left w:w="100" w:type="dxa"/>
              <w:bottom w:w="50" w:type="dxa"/>
              <w:right w:w="100" w:type="dxa"/>
            </w:tcMar>
          </w:tcPr>
          <w:p w14:paraId="4B479CCF" w14:textId="77777777" w:rsidR="000D4DCB" w:rsidRDefault="00091397">
            <w:r>
              <w:rPr>
                <w:rFonts w:ascii="Calibri" w:eastAsia="Calibri" w:hAnsi="Calibri" w:cs="Calibri"/>
                <w:color w:val="222222"/>
                <w:sz w:val="20"/>
              </w:rPr>
              <w:t>1–4, 30</w:t>
            </w:r>
          </w:p>
        </w:tc>
      </w:tr>
      <w:tr w:rsidR="000D4DCB" w14:paraId="4A63BB72" w14:textId="77777777">
        <w:tc>
          <w:tcPr>
            <w:tcW w:w="1944" w:type="dxa"/>
            <w:shd w:val="clear" w:color="auto" w:fill="F4F7FA"/>
            <w:tcMar>
              <w:top w:w="50" w:type="dxa"/>
              <w:left w:w="100" w:type="dxa"/>
              <w:bottom w:w="50" w:type="dxa"/>
              <w:right w:w="100" w:type="dxa"/>
            </w:tcMar>
          </w:tcPr>
          <w:p w14:paraId="5A91EF66" w14:textId="77777777" w:rsidR="000D4DCB" w:rsidRDefault="00091397">
            <w:r>
              <w:rPr>
                <w:rFonts w:ascii="Calibri" w:eastAsia="Calibri" w:hAnsi="Calibri" w:cs="Calibri"/>
                <w:b/>
                <w:color w:val="1F3A5F"/>
                <w:sz w:val="20"/>
              </w:rPr>
              <w:t>Research</w:t>
            </w:r>
          </w:p>
        </w:tc>
        <w:tc>
          <w:tcPr>
            <w:tcW w:w="6552" w:type="dxa"/>
            <w:tcMar>
              <w:top w:w="50" w:type="dxa"/>
              <w:left w:w="100" w:type="dxa"/>
              <w:bottom w:w="50" w:type="dxa"/>
              <w:right w:w="100" w:type="dxa"/>
            </w:tcMar>
          </w:tcPr>
          <w:p w14:paraId="2B99FEF6" w14:textId="77777777" w:rsidR="000D4DCB" w:rsidRDefault="00091397">
            <w:r>
              <w:rPr>
                <w:rFonts w:ascii="Calibri" w:eastAsia="Calibri" w:hAnsi="Calibri" w:cs="Calibri"/>
                <w:color w:val="222222"/>
                <w:sz w:val="20"/>
              </w:rPr>
              <w:t>Hero Notes, Timeline, My Sources, Tell It Back sign-off</w:t>
            </w:r>
          </w:p>
        </w:tc>
        <w:tc>
          <w:tcPr>
            <w:tcW w:w="1584" w:type="dxa"/>
            <w:tcMar>
              <w:top w:w="50" w:type="dxa"/>
              <w:left w:w="100" w:type="dxa"/>
              <w:bottom w:w="50" w:type="dxa"/>
              <w:right w:w="100" w:type="dxa"/>
            </w:tcMar>
          </w:tcPr>
          <w:p w14:paraId="4DD6F437" w14:textId="77777777" w:rsidR="000D4DCB" w:rsidRDefault="00091397">
            <w:r>
              <w:rPr>
                <w:rFonts w:ascii="Calibri" w:eastAsia="Calibri" w:hAnsi="Calibri" w:cs="Calibri"/>
                <w:color w:val="222222"/>
                <w:sz w:val="20"/>
              </w:rPr>
              <w:t>5–11</w:t>
            </w:r>
          </w:p>
        </w:tc>
      </w:tr>
      <w:tr w:rsidR="000D4DCB" w14:paraId="6E6DEE5F" w14:textId="77777777">
        <w:tc>
          <w:tcPr>
            <w:tcW w:w="1944" w:type="dxa"/>
            <w:shd w:val="clear" w:color="auto" w:fill="F4F7FA"/>
            <w:tcMar>
              <w:top w:w="50" w:type="dxa"/>
              <w:left w:w="100" w:type="dxa"/>
              <w:bottom w:w="50" w:type="dxa"/>
              <w:right w:w="100" w:type="dxa"/>
            </w:tcMar>
          </w:tcPr>
          <w:p w14:paraId="6F1AD99B" w14:textId="77777777" w:rsidR="000D4DCB" w:rsidRDefault="00091397">
            <w:r>
              <w:rPr>
                <w:rFonts w:ascii="Calibri" w:eastAsia="Calibri" w:hAnsi="Calibri" w:cs="Calibri"/>
                <w:b/>
                <w:color w:val="1F3A5F"/>
                <w:sz w:val="20"/>
              </w:rPr>
              <w:t>Reason</w:t>
            </w:r>
          </w:p>
        </w:tc>
        <w:tc>
          <w:tcPr>
            <w:tcW w:w="6552" w:type="dxa"/>
            <w:tcMar>
              <w:top w:w="50" w:type="dxa"/>
              <w:left w:w="100" w:type="dxa"/>
              <w:bottom w:w="50" w:type="dxa"/>
              <w:right w:w="100" w:type="dxa"/>
            </w:tcMar>
          </w:tcPr>
          <w:p w14:paraId="741AFD4D" w14:textId="77777777" w:rsidR="000D4DCB" w:rsidRDefault="00091397">
            <w:r>
              <w:rPr>
                <w:rFonts w:ascii="Calibri" w:eastAsia="Calibri" w:hAnsi="Calibri" w:cs="Calibri"/>
                <w:color w:val="222222"/>
                <w:sz w:val="20"/>
              </w:rPr>
              <w:t>Character Chart, Christlike Attribute, Favorite Story, Most Important Truths, How My Hero Moved Forward the Cause of Christ</w:t>
            </w:r>
          </w:p>
        </w:tc>
        <w:tc>
          <w:tcPr>
            <w:tcW w:w="1584" w:type="dxa"/>
            <w:tcMar>
              <w:top w:w="50" w:type="dxa"/>
              <w:left w:w="100" w:type="dxa"/>
              <w:bottom w:w="50" w:type="dxa"/>
              <w:right w:w="100" w:type="dxa"/>
            </w:tcMar>
          </w:tcPr>
          <w:p w14:paraId="4A7465B0" w14:textId="77777777" w:rsidR="000D4DCB" w:rsidRDefault="00091397">
            <w:r>
              <w:rPr>
                <w:rFonts w:ascii="Calibri" w:eastAsia="Calibri" w:hAnsi="Calibri" w:cs="Calibri"/>
                <w:color w:val="222222"/>
                <w:sz w:val="20"/>
              </w:rPr>
              <w:t>12–17</w:t>
            </w:r>
          </w:p>
        </w:tc>
      </w:tr>
      <w:tr w:rsidR="000D4DCB" w14:paraId="240F6DE0" w14:textId="77777777">
        <w:tc>
          <w:tcPr>
            <w:tcW w:w="1944" w:type="dxa"/>
            <w:shd w:val="clear" w:color="auto" w:fill="F4F7FA"/>
            <w:tcMar>
              <w:top w:w="50" w:type="dxa"/>
              <w:left w:w="100" w:type="dxa"/>
              <w:bottom w:w="50" w:type="dxa"/>
              <w:right w:w="100" w:type="dxa"/>
            </w:tcMar>
          </w:tcPr>
          <w:p w14:paraId="0A5E9FC3" w14:textId="77777777" w:rsidR="000D4DCB" w:rsidRDefault="00091397">
            <w:r>
              <w:rPr>
                <w:rFonts w:ascii="Calibri" w:eastAsia="Calibri" w:hAnsi="Calibri" w:cs="Calibri"/>
                <w:b/>
                <w:color w:val="1F3A5F"/>
                <w:sz w:val="20"/>
              </w:rPr>
              <w:t>Relate</w:t>
            </w:r>
          </w:p>
        </w:tc>
        <w:tc>
          <w:tcPr>
            <w:tcW w:w="6552" w:type="dxa"/>
            <w:tcMar>
              <w:top w:w="50" w:type="dxa"/>
              <w:left w:w="100" w:type="dxa"/>
              <w:bottom w:w="50" w:type="dxa"/>
              <w:right w:w="100" w:type="dxa"/>
            </w:tcMar>
          </w:tcPr>
          <w:p w14:paraId="6B23A8DF" w14:textId="77777777" w:rsidR="000D4DCB" w:rsidRDefault="00091397">
            <w:r>
              <w:rPr>
                <w:rFonts w:ascii="Calibri" w:eastAsia="Calibri" w:hAnsi="Calibri" w:cs="Calibri"/>
                <w:color w:val="222222"/>
                <w:sz w:val="20"/>
              </w:rPr>
              <w:t>Favorite Quotes, Attribute Goal, Service Plan</w:t>
            </w:r>
          </w:p>
        </w:tc>
        <w:tc>
          <w:tcPr>
            <w:tcW w:w="1584" w:type="dxa"/>
            <w:tcMar>
              <w:top w:w="50" w:type="dxa"/>
              <w:left w:w="100" w:type="dxa"/>
              <w:bottom w:w="50" w:type="dxa"/>
              <w:right w:w="100" w:type="dxa"/>
            </w:tcMar>
          </w:tcPr>
          <w:p w14:paraId="52125338" w14:textId="77777777" w:rsidR="000D4DCB" w:rsidRDefault="00091397">
            <w:r>
              <w:rPr>
                <w:rFonts w:ascii="Calibri" w:eastAsia="Calibri" w:hAnsi="Calibri" w:cs="Calibri"/>
                <w:color w:val="222222"/>
                <w:sz w:val="20"/>
              </w:rPr>
              <w:t>18–22</w:t>
            </w:r>
          </w:p>
        </w:tc>
      </w:tr>
      <w:tr w:rsidR="000D4DCB" w14:paraId="68E049BE" w14:textId="77777777">
        <w:tc>
          <w:tcPr>
            <w:tcW w:w="1944" w:type="dxa"/>
            <w:shd w:val="clear" w:color="auto" w:fill="F4F7FA"/>
            <w:tcMar>
              <w:top w:w="50" w:type="dxa"/>
              <w:left w:w="100" w:type="dxa"/>
              <w:bottom w:w="50" w:type="dxa"/>
              <w:right w:w="100" w:type="dxa"/>
            </w:tcMar>
          </w:tcPr>
          <w:p w14:paraId="7EF6FEBE" w14:textId="77777777" w:rsidR="000D4DCB" w:rsidRDefault="00091397">
            <w:r>
              <w:rPr>
                <w:rFonts w:ascii="Calibri" w:eastAsia="Calibri" w:hAnsi="Calibri" w:cs="Calibri"/>
                <w:b/>
                <w:color w:val="1F3A5F"/>
                <w:sz w:val="20"/>
              </w:rPr>
              <w:t>Record</w:t>
            </w:r>
          </w:p>
        </w:tc>
        <w:tc>
          <w:tcPr>
            <w:tcW w:w="6552" w:type="dxa"/>
            <w:tcMar>
              <w:top w:w="50" w:type="dxa"/>
              <w:left w:w="100" w:type="dxa"/>
              <w:bottom w:w="50" w:type="dxa"/>
              <w:right w:w="100" w:type="dxa"/>
            </w:tcMar>
          </w:tcPr>
          <w:p w14:paraId="6497AD17" w14:textId="77777777" w:rsidR="000D4DCB" w:rsidRDefault="00091397">
            <w:r>
              <w:rPr>
                <w:rFonts w:ascii="Calibri" w:eastAsia="Calibri" w:hAnsi="Calibri" w:cs="Calibri"/>
                <w:color w:val="222222"/>
                <w:sz w:val="20"/>
              </w:rPr>
              <w:t>Service Report, Memorization, Creative Tribute, Me and the Cause of Christ, How Have I Improved</w:t>
            </w:r>
          </w:p>
        </w:tc>
        <w:tc>
          <w:tcPr>
            <w:tcW w:w="1584" w:type="dxa"/>
            <w:tcMar>
              <w:top w:w="50" w:type="dxa"/>
              <w:left w:w="100" w:type="dxa"/>
              <w:bottom w:w="50" w:type="dxa"/>
              <w:right w:w="100" w:type="dxa"/>
            </w:tcMar>
          </w:tcPr>
          <w:p w14:paraId="29D8451E" w14:textId="77777777" w:rsidR="000D4DCB" w:rsidRDefault="00091397">
            <w:r>
              <w:rPr>
                <w:rFonts w:ascii="Calibri" w:eastAsia="Calibri" w:hAnsi="Calibri" w:cs="Calibri"/>
                <w:color w:val="222222"/>
                <w:sz w:val="20"/>
              </w:rPr>
              <w:t>23–29</w:t>
            </w:r>
          </w:p>
        </w:tc>
      </w:tr>
    </w:tbl>
    <w:p w14:paraId="7F79E08D" w14:textId="77777777" w:rsidR="000D4DCB" w:rsidRDefault="000D4DCB">
      <w:pPr>
        <w:sectPr w:rsidR="000D4DCB">
          <w:footerReference w:type="default" r:id="rId10"/>
          <w:pgSz w:w="12240" w:h="15840"/>
          <w:pgMar w:top="864" w:right="1080" w:bottom="864" w:left="1080" w:header="720" w:footer="720" w:gutter="0"/>
          <w:cols w:space="720"/>
          <w:docGrid w:linePitch="360"/>
        </w:sectPr>
      </w:pPr>
    </w:p>
    <w:p w14:paraId="01A87BF6" w14:textId="77777777" w:rsidR="000D4DCB" w:rsidRDefault="00091397">
      <w:pPr>
        <w:spacing w:before="200"/>
        <w:jc w:val="center"/>
      </w:pPr>
      <w:r>
        <w:rPr>
          <w:rFonts w:ascii="Calibri" w:eastAsia="Calibri" w:hAnsi="Calibri" w:cs="Calibri"/>
          <w:b/>
          <w:color w:val="595959"/>
        </w:rPr>
        <w:lastRenderedPageBreak/>
        <w:t>AMERICAN HERITAGE WORLDWIDE</w:t>
      </w:r>
    </w:p>
    <w:p w14:paraId="37A82DB6" w14:textId="77777777" w:rsidR="000D4DCB" w:rsidRDefault="00091397">
      <w:pPr>
        <w:spacing w:after="40"/>
        <w:jc w:val="center"/>
      </w:pPr>
      <w:r>
        <w:rPr>
          <w:rFonts w:ascii="Calibri" w:eastAsia="Calibri" w:hAnsi="Calibri" w:cs="Calibri"/>
          <w:b/>
          <w:color w:val="1F3A5F"/>
          <w:sz w:val="88"/>
        </w:rPr>
        <w:t>Master Project</w:t>
      </w:r>
    </w:p>
    <w:p w14:paraId="49EE7270" w14:textId="77777777" w:rsidR="000D4DCB" w:rsidRDefault="00091397">
      <w:pPr>
        <w:spacing w:after="280"/>
        <w:jc w:val="center"/>
      </w:pPr>
      <w:proofErr w:type="gramStart"/>
      <w:r>
        <w:rPr>
          <w:rFonts w:ascii="Calibri" w:eastAsia="Calibri" w:hAnsi="Calibri" w:cs="Calibri"/>
          <w:color w:val="9B2C2C"/>
          <w:sz w:val="26"/>
        </w:rPr>
        <w:t>Research  ·</w:t>
      </w:r>
      <w:proofErr w:type="gramEnd"/>
      <w:r>
        <w:rPr>
          <w:rFonts w:ascii="Calibri" w:eastAsia="Calibri" w:hAnsi="Calibri" w:cs="Calibri"/>
          <w:color w:val="9B2C2C"/>
          <w:sz w:val="26"/>
        </w:rPr>
        <w:t xml:space="preserve">  </w:t>
      </w:r>
      <w:proofErr w:type="gramStart"/>
      <w:r>
        <w:rPr>
          <w:rFonts w:ascii="Calibri" w:eastAsia="Calibri" w:hAnsi="Calibri" w:cs="Calibri"/>
          <w:color w:val="9B2C2C"/>
          <w:sz w:val="26"/>
        </w:rPr>
        <w:t>Reason  ·</w:t>
      </w:r>
      <w:proofErr w:type="gramEnd"/>
      <w:r>
        <w:rPr>
          <w:rFonts w:ascii="Calibri" w:eastAsia="Calibri" w:hAnsi="Calibri" w:cs="Calibri"/>
          <w:color w:val="9B2C2C"/>
          <w:sz w:val="26"/>
        </w:rPr>
        <w:t xml:space="preserve">  </w:t>
      </w:r>
      <w:proofErr w:type="gramStart"/>
      <w:r>
        <w:rPr>
          <w:rFonts w:ascii="Calibri" w:eastAsia="Calibri" w:hAnsi="Calibri" w:cs="Calibri"/>
          <w:color w:val="9B2C2C"/>
          <w:sz w:val="26"/>
        </w:rPr>
        <w:t>Relate  ·</w:t>
      </w:r>
      <w:proofErr w:type="gramEnd"/>
      <w:r>
        <w:rPr>
          <w:rFonts w:ascii="Calibri" w:eastAsia="Calibri" w:hAnsi="Calibri" w:cs="Calibri"/>
          <w:color w:val="9B2C2C"/>
          <w:sz w:val="26"/>
        </w:rPr>
        <w:t xml:space="preserve">  Record</w:t>
      </w:r>
    </w:p>
    <w:tbl>
      <w:tblPr>
        <w:tblW w:w="10080" w:type="dxa"/>
        <w:tblBorders>
          <w:top w:val="single" w:sz="18" w:space="0" w:color="1F3A5F"/>
          <w:left w:val="single" w:sz="18" w:space="0" w:color="1F3A5F"/>
          <w:bottom w:val="single" w:sz="18" w:space="0" w:color="1F3A5F"/>
          <w:right w:val="single" w:sz="18" w:space="0" w:color="1F3A5F"/>
          <w:insideH w:val="nil"/>
          <w:insideV w:val="nil"/>
        </w:tblBorders>
        <w:tblLayout w:type="fixed"/>
        <w:tblLook w:val="04A0" w:firstRow="1" w:lastRow="0" w:firstColumn="1" w:lastColumn="0" w:noHBand="0" w:noVBand="1"/>
      </w:tblPr>
      <w:tblGrid>
        <w:gridCol w:w="10080"/>
      </w:tblGrid>
      <w:tr w:rsidR="000D4DCB" w14:paraId="00F335F7" w14:textId="77777777">
        <w:trPr>
          <w:trHeight w:val="7488"/>
        </w:trPr>
        <w:tc>
          <w:tcPr>
            <w:tcW w:w="10080" w:type="dxa"/>
            <w:vAlign w:val="center"/>
          </w:tcPr>
          <w:p w14:paraId="5BA91764" w14:textId="77777777" w:rsidR="000D4DCB" w:rsidRDefault="00091397">
            <w:pPr>
              <w:jc w:val="center"/>
            </w:pPr>
            <w:r>
              <w:rPr>
                <w:rFonts w:ascii="Calibri" w:eastAsia="Calibri" w:hAnsi="Calibri" w:cs="Calibri"/>
                <w:i/>
                <w:color w:val="B0B8C2"/>
              </w:rPr>
              <w:t>Picture of my hero</w:t>
            </w:r>
          </w:p>
        </w:tc>
      </w:tr>
    </w:tbl>
    <w:p w14:paraId="0D6A0805" w14:textId="77777777" w:rsidR="000D4DCB" w:rsidRDefault="000D4DCB">
      <w:pPr>
        <w:spacing w:after="12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0D4DCB" w14:paraId="2C76D39B" w14:textId="77777777">
        <w:trPr>
          <w:trHeight w:val="792"/>
        </w:trPr>
        <w:tc>
          <w:tcPr>
            <w:tcW w:w="2304" w:type="dxa"/>
            <w:shd w:val="clear" w:color="auto" w:fill="E8EEF5"/>
            <w:tcMar>
              <w:top w:w="60" w:type="dxa"/>
              <w:left w:w="140" w:type="dxa"/>
              <w:bottom w:w="60" w:type="dxa"/>
              <w:right w:w="100" w:type="dxa"/>
            </w:tcMar>
            <w:vAlign w:val="center"/>
          </w:tcPr>
          <w:p w14:paraId="37C25FA4" w14:textId="77777777" w:rsidR="000D4DCB" w:rsidRDefault="00091397">
            <w:r>
              <w:rPr>
                <w:rFonts w:ascii="Calibri" w:eastAsia="Calibri" w:hAnsi="Calibri" w:cs="Calibri"/>
                <w:b/>
                <w:color w:val="1F3A5F"/>
                <w:sz w:val="26"/>
              </w:rPr>
              <w:t>My Hero</w:t>
            </w:r>
          </w:p>
        </w:tc>
        <w:tc>
          <w:tcPr>
            <w:tcW w:w="7776" w:type="dxa"/>
          </w:tcPr>
          <w:p w14:paraId="36DBE1EB" w14:textId="77777777" w:rsidR="000D4DCB" w:rsidRDefault="000D4DCB"/>
        </w:tc>
      </w:tr>
    </w:tbl>
    <w:p w14:paraId="65A0B5FA" w14:textId="77777777" w:rsidR="000D4DCB" w:rsidRDefault="000D4DCB">
      <w:pPr>
        <w:spacing w:after="4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0D4DCB" w14:paraId="0946F55B" w14:textId="77777777">
        <w:trPr>
          <w:trHeight w:val="792"/>
        </w:trPr>
        <w:tc>
          <w:tcPr>
            <w:tcW w:w="2304" w:type="dxa"/>
            <w:shd w:val="clear" w:color="auto" w:fill="E8EEF5"/>
            <w:tcMar>
              <w:top w:w="60" w:type="dxa"/>
              <w:left w:w="140" w:type="dxa"/>
              <w:bottom w:w="60" w:type="dxa"/>
              <w:right w:w="100" w:type="dxa"/>
            </w:tcMar>
            <w:vAlign w:val="center"/>
          </w:tcPr>
          <w:p w14:paraId="61721B66" w14:textId="77777777" w:rsidR="000D4DCB" w:rsidRDefault="00091397">
            <w:r>
              <w:rPr>
                <w:rFonts w:ascii="Calibri" w:eastAsia="Calibri" w:hAnsi="Calibri" w:cs="Calibri"/>
                <w:b/>
                <w:color w:val="1F3A5F"/>
                <w:sz w:val="26"/>
              </w:rPr>
              <w:t>Scholar Name</w:t>
            </w:r>
          </w:p>
        </w:tc>
        <w:tc>
          <w:tcPr>
            <w:tcW w:w="7776" w:type="dxa"/>
          </w:tcPr>
          <w:p w14:paraId="71920140" w14:textId="77777777" w:rsidR="000D4DCB" w:rsidRDefault="000D4DCB"/>
        </w:tc>
      </w:tr>
    </w:tbl>
    <w:p w14:paraId="023F5657" w14:textId="77777777" w:rsidR="000D4DCB" w:rsidRDefault="000D4DCB">
      <w:pPr>
        <w:spacing w:after="40"/>
      </w:pPr>
    </w:p>
    <w:tbl>
      <w:tblPr>
        <w:tblW w:w="10080" w:type="dxa"/>
        <w:tblBorders>
          <w:top w:val="single" w:sz="8" w:space="0" w:color="9FB3C8"/>
          <w:left w:val="single" w:sz="8" w:space="0" w:color="9FB3C8"/>
          <w:bottom w:val="single" w:sz="8" w:space="0" w:color="9FB3C8"/>
          <w:right w:val="single" w:sz="8" w:space="0" w:color="9FB3C8"/>
          <w:insideH w:val="single" w:sz="8" w:space="0" w:color="9FB3C8"/>
          <w:insideV w:val="single" w:sz="8" w:space="0" w:color="9FB3C8"/>
        </w:tblBorders>
        <w:tblLayout w:type="fixed"/>
        <w:tblLook w:val="04A0" w:firstRow="1" w:lastRow="0" w:firstColumn="1" w:lastColumn="0" w:noHBand="0" w:noVBand="1"/>
      </w:tblPr>
      <w:tblGrid>
        <w:gridCol w:w="2304"/>
        <w:gridCol w:w="7776"/>
      </w:tblGrid>
      <w:tr w:rsidR="000D4DCB" w14:paraId="3AF30D09" w14:textId="77777777">
        <w:trPr>
          <w:trHeight w:val="792"/>
        </w:trPr>
        <w:tc>
          <w:tcPr>
            <w:tcW w:w="2304" w:type="dxa"/>
            <w:shd w:val="clear" w:color="auto" w:fill="E8EEF5"/>
            <w:tcMar>
              <w:top w:w="60" w:type="dxa"/>
              <w:left w:w="140" w:type="dxa"/>
              <w:bottom w:w="60" w:type="dxa"/>
              <w:right w:w="100" w:type="dxa"/>
            </w:tcMar>
            <w:vAlign w:val="center"/>
          </w:tcPr>
          <w:p w14:paraId="52DFF682" w14:textId="77777777" w:rsidR="000D4DCB" w:rsidRDefault="00091397">
            <w:r>
              <w:rPr>
                <w:rFonts w:ascii="Calibri" w:eastAsia="Calibri" w:hAnsi="Calibri" w:cs="Calibri"/>
                <w:b/>
                <w:color w:val="1F3A5F"/>
                <w:sz w:val="26"/>
              </w:rPr>
              <w:t>School Year</w:t>
            </w:r>
          </w:p>
        </w:tc>
        <w:tc>
          <w:tcPr>
            <w:tcW w:w="7776" w:type="dxa"/>
          </w:tcPr>
          <w:p w14:paraId="7500CE30" w14:textId="77777777" w:rsidR="000D4DCB" w:rsidRDefault="000D4DCB"/>
        </w:tc>
      </w:tr>
    </w:tbl>
    <w:p w14:paraId="1947E704" w14:textId="77777777" w:rsidR="000D4DCB" w:rsidRDefault="000D4DCB">
      <w:pPr>
        <w:sectPr w:rsidR="000D4DCB">
          <w:pgSz w:w="12240" w:h="15840"/>
          <w:pgMar w:top="864" w:right="1080" w:bottom="864" w:left="1080" w:header="720" w:footer="720" w:gutter="0"/>
          <w:cols w:space="720"/>
          <w:docGrid w:linePitch="360"/>
        </w:sectPr>
      </w:pPr>
    </w:p>
    <w:p w14:paraId="767648A3" w14:textId="77777777" w:rsidR="000D4DCB" w:rsidRDefault="00091397" w:rsidP="00573F52">
      <w:r>
        <w:rPr>
          <w:rFonts w:ascii="Calibri" w:eastAsia="Calibri" w:hAnsi="Calibri" w:cs="Calibri"/>
          <w:b/>
          <w:color w:val="1F3A5F"/>
          <w:sz w:val="40"/>
        </w:rPr>
        <w:lastRenderedPageBreak/>
        <w:t>Spine Labels (</w:t>
      </w:r>
      <w:r w:rsidR="00573F52">
        <w:rPr>
          <w:rFonts w:ascii="Calibri" w:eastAsia="Calibri" w:hAnsi="Calibri" w:cs="Calibri"/>
          <w:b/>
          <w:color w:val="1F3A5F"/>
          <w:sz w:val="40"/>
        </w:rPr>
        <w:t>Optional, if you want one</w:t>
      </w:r>
      <w:r>
        <w:rPr>
          <w:rFonts w:ascii="Calibri" w:eastAsia="Calibri" w:hAnsi="Calibri" w:cs="Calibri"/>
          <w:b/>
          <w:color w:val="1F3A5F"/>
          <w:sz w:val="40"/>
        </w:rPr>
        <w:t>)</w:t>
      </w:r>
    </w:p>
    <w:tbl>
      <w:tblPr>
        <w:tblW w:w="8208"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1440"/>
        <w:gridCol w:w="864"/>
        <w:gridCol w:w="2160"/>
        <w:gridCol w:w="864"/>
        <w:gridCol w:w="2880"/>
      </w:tblGrid>
      <w:tr w:rsidR="000D4DCB" w14:paraId="3F2A184D" w14:textId="77777777">
        <w:trPr>
          <w:trHeight w:val="432"/>
        </w:trPr>
        <w:tc>
          <w:tcPr>
            <w:tcW w:w="1440" w:type="dxa"/>
          </w:tcPr>
          <w:p w14:paraId="32CD7A4B" w14:textId="77777777" w:rsidR="000D4DCB" w:rsidRDefault="00091397">
            <w:pPr>
              <w:jc w:val="center"/>
            </w:pPr>
            <w:r>
              <w:rPr>
                <w:rFonts w:ascii="Calibri" w:eastAsia="Calibri" w:hAnsi="Calibri" w:cs="Calibri"/>
                <w:b/>
                <w:color w:val="595959"/>
                <w:sz w:val="18"/>
              </w:rPr>
              <w:t>1-inch</w:t>
            </w:r>
            <w:r w:rsidR="00573F52">
              <w:rPr>
                <w:rFonts w:ascii="Calibri" w:eastAsia="Calibri" w:hAnsi="Calibri" w:cs="Calibri"/>
                <w:b/>
                <w:color w:val="595959"/>
                <w:sz w:val="18"/>
              </w:rPr>
              <w:t xml:space="preserve"> Binders</w:t>
            </w:r>
          </w:p>
        </w:tc>
        <w:tc>
          <w:tcPr>
            <w:tcW w:w="864" w:type="dxa"/>
          </w:tcPr>
          <w:p w14:paraId="0FD96A70" w14:textId="77777777" w:rsidR="000D4DCB" w:rsidRDefault="000D4DCB"/>
        </w:tc>
        <w:tc>
          <w:tcPr>
            <w:tcW w:w="2160" w:type="dxa"/>
          </w:tcPr>
          <w:p w14:paraId="22D50057" w14:textId="77777777" w:rsidR="000D4DCB" w:rsidRDefault="00091397">
            <w:pPr>
              <w:jc w:val="center"/>
            </w:pPr>
            <w:r>
              <w:rPr>
                <w:rFonts w:ascii="Calibri" w:eastAsia="Calibri" w:hAnsi="Calibri" w:cs="Calibri"/>
                <w:b/>
                <w:color w:val="595959"/>
                <w:sz w:val="18"/>
              </w:rPr>
              <w:t>1½-inch</w:t>
            </w:r>
            <w:r w:rsidR="00573F52">
              <w:rPr>
                <w:rFonts w:ascii="Calibri" w:eastAsia="Calibri" w:hAnsi="Calibri" w:cs="Calibri"/>
                <w:b/>
                <w:color w:val="595959"/>
                <w:sz w:val="18"/>
              </w:rPr>
              <w:t xml:space="preserve"> Binders</w:t>
            </w:r>
          </w:p>
        </w:tc>
        <w:tc>
          <w:tcPr>
            <w:tcW w:w="864" w:type="dxa"/>
          </w:tcPr>
          <w:p w14:paraId="607ABF2D" w14:textId="77777777" w:rsidR="000D4DCB" w:rsidRDefault="000D4DCB"/>
        </w:tc>
        <w:tc>
          <w:tcPr>
            <w:tcW w:w="2880" w:type="dxa"/>
          </w:tcPr>
          <w:p w14:paraId="60051CAE" w14:textId="77777777" w:rsidR="000D4DCB" w:rsidRDefault="00091397">
            <w:pPr>
              <w:jc w:val="center"/>
            </w:pPr>
            <w:r>
              <w:rPr>
                <w:rFonts w:ascii="Calibri" w:eastAsia="Calibri" w:hAnsi="Calibri" w:cs="Calibri"/>
                <w:b/>
                <w:color w:val="595959"/>
                <w:sz w:val="18"/>
              </w:rPr>
              <w:t>2-inch</w:t>
            </w:r>
            <w:r w:rsidR="00573F52">
              <w:rPr>
                <w:rFonts w:ascii="Calibri" w:eastAsia="Calibri" w:hAnsi="Calibri" w:cs="Calibri"/>
                <w:b/>
                <w:color w:val="595959"/>
                <w:sz w:val="18"/>
              </w:rPr>
              <w:t xml:space="preserve"> Binders</w:t>
            </w:r>
          </w:p>
        </w:tc>
      </w:tr>
      <w:tr w:rsidR="000D4DCB" w14:paraId="1C3B88F9" w14:textId="77777777">
        <w:trPr>
          <w:trHeight w:val="2304"/>
        </w:trPr>
        <w:tc>
          <w:tcPr>
            <w:tcW w:w="144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4CF31AB0" w14:textId="77777777" w:rsidR="000D4DCB" w:rsidRDefault="00091397">
            <w:pPr>
              <w:jc w:val="center"/>
            </w:pPr>
            <w:r>
              <w:rPr>
                <w:rFonts w:ascii="Calibri" w:eastAsia="Calibri" w:hAnsi="Calibri" w:cs="Calibri"/>
                <w:b/>
                <w:color w:val="FFFFFF"/>
                <w:sz w:val="32"/>
              </w:rPr>
              <w:t>MASTER PROJECT</w:t>
            </w:r>
          </w:p>
        </w:tc>
        <w:tc>
          <w:tcPr>
            <w:tcW w:w="864" w:type="dxa"/>
          </w:tcPr>
          <w:p w14:paraId="2553AE2D" w14:textId="77777777" w:rsidR="000D4DCB" w:rsidRDefault="000D4DCB"/>
        </w:tc>
        <w:tc>
          <w:tcPr>
            <w:tcW w:w="216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164DBED4" w14:textId="77777777" w:rsidR="000D4DCB" w:rsidRDefault="00091397">
            <w:pPr>
              <w:jc w:val="center"/>
            </w:pPr>
            <w:r>
              <w:rPr>
                <w:rFonts w:ascii="Calibri" w:eastAsia="Calibri" w:hAnsi="Calibri" w:cs="Calibri"/>
                <w:b/>
                <w:color w:val="FFFFFF"/>
                <w:sz w:val="32"/>
              </w:rPr>
              <w:t>MASTER PROJECT</w:t>
            </w:r>
          </w:p>
        </w:tc>
        <w:tc>
          <w:tcPr>
            <w:tcW w:w="864" w:type="dxa"/>
          </w:tcPr>
          <w:p w14:paraId="3F9E939F" w14:textId="77777777" w:rsidR="000D4DCB" w:rsidRDefault="000D4DCB"/>
        </w:tc>
        <w:tc>
          <w:tcPr>
            <w:tcW w:w="2880" w:type="dxa"/>
            <w:tcBorders>
              <w:top w:val="single" w:sz="8" w:space="0" w:color="1F3A5F"/>
              <w:left w:val="single" w:sz="8" w:space="0" w:color="1F3A5F"/>
              <w:bottom w:val="single" w:sz="8" w:space="0" w:color="1F3A5F"/>
              <w:right w:val="single" w:sz="8" w:space="0" w:color="1F3A5F"/>
            </w:tcBorders>
            <w:shd w:val="clear" w:color="auto" w:fill="1F3A5F"/>
            <w:tcMar>
              <w:top w:w="80" w:type="dxa"/>
              <w:left w:w="60" w:type="dxa"/>
              <w:bottom w:w="80" w:type="dxa"/>
              <w:right w:w="60" w:type="dxa"/>
            </w:tcMar>
            <w:textDirection w:val="btLr"/>
            <w:vAlign w:val="center"/>
          </w:tcPr>
          <w:p w14:paraId="419214FA" w14:textId="77777777" w:rsidR="000D4DCB" w:rsidRDefault="00091397">
            <w:pPr>
              <w:jc w:val="center"/>
            </w:pPr>
            <w:r>
              <w:rPr>
                <w:rFonts w:ascii="Calibri" w:eastAsia="Calibri" w:hAnsi="Calibri" w:cs="Calibri"/>
                <w:b/>
                <w:color w:val="FFFFFF"/>
                <w:sz w:val="32"/>
              </w:rPr>
              <w:t>MASTER PROJECT</w:t>
            </w:r>
          </w:p>
        </w:tc>
      </w:tr>
      <w:tr w:rsidR="000D4DCB" w14:paraId="3F4D90DE" w14:textId="77777777">
        <w:trPr>
          <w:trHeight w:val="4176"/>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33027D3E" w14:textId="77777777" w:rsidR="000D4DCB" w:rsidRDefault="00091397">
            <w:r>
              <w:rPr>
                <w:rFonts w:ascii="Calibri" w:eastAsia="Calibri" w:hAnsi="Calibri" w:cs="Calibri"/>
                <w:b/>
                <w:color w:val="1F3A5F"/>
                <w:sz w:val="32"/>
              </w:rPr>
              <w:t>My Hero</w:t>
            </w:r>
          </w:p>
        </w:tc>
        <w:tc>
          <w:tcPr>
            <w:tcW w:w="864" w:type="dxa"/>
          </w:tcPr>
          <w:p w14:paraId="018B83A0" w14:textId="77777777" w:rsidR="000D4DCB" w:rsidRDefault="000D4DCB"/>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60454B45" w14:textId="77777777" w:rsidR="000D4DCB" w:rsidRDefault="00091397">
            <w:r>
              <w:rPr>
                <w:rFonts w:ascii="Calibri" w:eastAsia="Calibri" w:hAnsi="Calibri" w:cs="Calibri"/>
                <w:b/>
                <w:color w:val="1F3A5F"/>
                <w:sz w:val="32"/>
              </w:rPr>
              <w:t>My Hero</w:t>
            </w:r>
          </w:p>
        </w:tc>
        <w:tc>
          <w:tcPr>
            <w:tcW w:w="864" w:type="dxa"/>
          </w:tcPr>
          <w:p w14:paraId="5D656E1B" w14:textId="77777777" w:rsidR="000D4DCB" w:rsidRDefault="000D4DCB"/>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173DF786" w14:textId="77777777" w:rsidR="000D4DCB" w:rsidRDefault="00091397">
            <w:r>
              <w:rPr>
                <w:rFonts w:ascii="Calibri" w:eastAsia="Calibri" w:hAnsi="Calibri" w:cs="Calibri"/>
                <w:b/>
                <w:color w:val="1F3A5F"/>
                <w:sz w:val="32"/>
              </w:rPr>
              <w:t>My Hero</w:t>
            </w:r>
          </w:p>
        </w:tc>
      </w:tr>
      <w:tr w:rsidR="000D4DCB" w14:paraId="5492B37E" w14:textId="77777777">
        <w:trPr>
          <w:trHeight w:val="3600"/>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1DBB6F8A" w14:textId="77777777" w:rsidR="000D4DCB" w:rsidRDefault="00091397">
            <w:r>
              <w:rPr>
                <w:rFonts w:ascii="Calibri" w:eastAsia="Calibri" w:hAnsi="Calibri" w:cs="Calibri"/>
                <w:b/>
                <w:color w:val="1F3A5F"/>
                <w:sz w:val="32"/>
              </w:rPr>
              <w:t>Scholar Name</w:t>
            </w:r>
          </w:p>
        </w:tc>
        <w:tc>
          <w:tcPr>
            <w:tcW w:w="864" w:type="dxa"/>
          </w:tcPr>
          <w:p w14:paraId="3AB2C146" w14:textId="77777777" w:rsidR="000D4DCB" w:rsidRDefault="000D4DCB"/>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76AD607C" w14:textId="77777777" w:rsidR="000D4DCB" w:rsidRDefault="00091397">
            <w:r>
              <w:rPr>
                <w:rFonts w:ascii="Calibri" w:eastAsia="Calibri" w:hAnsi="Calibri" w:cs="Calibri"/>
                <w:b/>
                <w:color w:val="1F3A5F"/>
                <w:sz w:val="32"/>
              </w:rPr>
              <w:t>Scholar Name</w:t>
            </w:r>
          </w:p>
        </w:tc>
        <w:tc>
          <w:tcPr>
            <w:tcW w:w="864" w:type="dxa"/>
          </w:tcPr>
          <w:p w14:paraId="745B6EE1" w14:textId="77777777" w:rsidR="000D4DCB" w:rsidRDefault="000D4DCB"/>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72B994E9" w14:textId="77777777" w:rsidR="000D4DCB" w:rsidRDefault="00091397">
            <w:r>
              <w:rPr>
                <w:rFonts w:ascii="Calibri" w:eastAsia="Calibri" w:hAnsi="Calibri" w:cs="Calibri"/>
                <w:b/>
                <w:color w:val="1F3A5F"/>
                <w:sz w:val="32"/>
              </w:rPr>
              <w:t>Scholar Name</w:t>
            </w:r>
          </w:p>
        </w:tc>
      </w:tr>
      <w:tr w:rsidR="000D4DCB" w14:paraId="64A6A1CF" w14:textId="77777777">
        <w:trPr>
          <w:trHeight w:val="1584"/>
        </w:trPr>
        <w:tc>
          <w:tcPr>
            <w:tcW w:w="144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1AFCC490" w14:textId="77777777" w:rsidR="000D4DCB" w:rsidRDefault="00091397">
            <w:r>
              <w:rPr>
                <w:rFonts w:ascii="Calibri" w:eastAsia="Calibri" w:hAnsi="Calibri" w:cs="Calibri"/>
                <w:b/>
                <w:color w:val="1F3A5F"/>
                <w:sz w:val="32"/>
              </w:rPr>
              <w:t>Year</w:t>
            </w:r>
          </w:p>
        </w:tc>
        <w:tc>
          <w:tcPr>
            <w:tcW w:w="864" w:type="dxa"/>
          </w:tcPr>
          <w:p w14:paraId="6E0D8F58" w14:textId="77777777" w:rsidR="000D4DCB" w:rsidRDefault="000D4DCB"/>
        </w:tc>
        <w:tc>
          <w:tcPr>
            <w:tcW w:w="216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1941044E" w14:textId="77777777" w:rsidR="000D4DCB" w:rsidRDefault="00091397">
            <w:r>
              <w:rPr>
                <w:rFonts w:ascii="Calibri" w:eastAsia="Calibri" w:hAnsi="Calibri" w:cs="Calibri"/>
                <w:b/>
                <w:color w:val="1F3A5F"/>
                <w:sz w:val="32"/>
              </w:rPr>
              <w:t>Year</w:t>
            </w:r>
          </w:p>
        </w:tc>
        <w:tc>
          <w:tcPr>
            <w:tcW w:w="864" w:type="dxa"/>
          </w:tcPr>
          <w:p w14:paraId="6E4ED603" w14:textId="77777777" w:rsidR="000D4DCB" w:rsidRDefault="000D4DCB"/>
        </w:tc>
        <w:tc>
          <w:tcPr>
            <w:tcW w:w="2880" w:type="dxa"/>
            <w:tcBorders>
              <w:top w:val="single" w:sz="8" w:space="0" w:color="1F3A5F"/>
              <w:left w:val="single" w:sz="8" w:space="0" w:color="1F3A5F"/>
              <w:bottom w:val="single" w:sz="8" w:space="0" w:color="1F3A5F"/>
              <w:right w:val="single" w:sz="8" w:space="0" w:color="1F3A5F"/>
            </w:tcBorders>
            <w:tcMar>
              <w:top w:w="80" w:type="dxa"/>
              <w:left w:w="60" w:type="dxa"/>
              <w:bottom w:w="80" w:type="dxa"/>
              <w:right w:w="60" w:type="dxa"/>
            </w:tcMar>
            <w:textDirection w:val="btLr"/>
          </w:tcPr>
          <w:p w14:paraId="61751B56" w14:textId="77777777" w:rsidR="000D4DCB" w:rsidRDefault="00091397">
            <w:r>
              <w:rPr>
                <w:rFonts w:ascii="Calibri" w:eastAsia="Calibri" w:hAnsi="Calibri" w:cs="Calibri"/>
                <w:b/>
                <w:color w:val="1F3A5F"/>
                <w:sz w:val="32"/>
              </w:rPr>
              <w:t>Year</w:t>
            </w:r>
          </w:p>
        </w:tc>
      </w:tr>
    </w:tbl>
    <w:p w14:paraId="679A6DCB" w14:textId="77777777" w:rsidR="000D4DCB" w:rsidRDefault="000D4DCB">
      <w:pPr>
        <w:sectPr w:rsidR="000D4DCB">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0D4DCB" w14:paraId="55FD17DA" w14:textId="77777777">
        <w:trPr>
          <w:trHeight w:val="2304"/>
        </w:trPr>
        <w:tc>
          <w:tcPr>
            <w:tcW w:w="10080" w:type="dxa"/>
            <w:shd w:val="clear" w:color="auto" w:fill="1F3A5F"/>
            <w:tcMar>
              <w:top w:w="100" w:type="dxa"/>
              <w:left w:w="240" w:type="dxa"/>
              <w:bottom w:w="100" w:type="dxa"/>
              <w:right w:w="240" w:type="dxa"/>
            </w:tcMar>
            <w:vAlign w:val="center"/>
          </w:tcPr>
          <w:p w14:paraId="2A72FEA8" w14:textId="77777777" w:rsidR="000D4DCB" w:rsidRDefault="00091397">
            <w:r>
              <w:rPr>
                <w:rFonts w:ascii="Calibri" w:eastAsia="Calibri" w:hAnsi="Calibri" w:cs="Calibri"/>
                <w:b/>
                <w:color w:val="C8D6E5"/>
              </w:rPr>
              <w:lastRenderedPageBreak/>
              <w:t>MASTER PROJECT</w:t>
            </w:r>
          </w:p>
          <w:p w14:paraId="18A03AD1" w14:textId="77777777" w:rsidR="000D4DCB" w:rsidRDefault="00091397">
            <w:r>
              <w:rPr>
                <w:rFonts w:ascii="Calibri" w:eastAsia="Calibri" w:hAnsi="Calibri" w:cs="Calibri"/>
                <w:b/>
                <w:color w:val="FFFFFF"/>
                <w:sz w:val="96"/>
              </w:rPr>
              <w:t>RESEARCH</w:t>
            </w:r>
          </w:p>
        </w:tc>
      </w:tr>
    </w:tbl>
    <w:p w14:paraId="6988DB50" w14:textId="77777777" w:rsidR="000D4DCB" w:rsidRDefault="00091397">
      <w:pPr>
        <w:spacing w:before="280" w:after="80"/>
      </w:pPr>
      <w:r>
        <w:rPr>
          <w:rFonts w:ascii="Calibri" w:eastAsia="Calibri" w:hAnsi="Calibri" w:cs="Calibri"/>
          <w:b/>
          <w:color w:val="9B2C2C"/>
          <w:sz w:val="36"/>
        </w:rPr>
        <w:t>Gather what you learn about your hero.</w:t>
      </w:r>
    </w:p>
    <w:p w14:paraId="42527317" w14:textId="77777777" w:rsidR="000D4DCB" w:rsidRDefault="00091397">
      <w:pPr>
        <w:spacing w:after="280"/>
      </w:pPr>
      <w:r>
        <w:rPr>
          <w:rFonts w:eastAsia="Georgia" w:cs="Georgia"/>
          <w:color w:val="222222"/>
          <w:sz w:val="23"/>
        </w:rPr>
        <w:t>Research means reading, watching, and listening carefully. Then you write down what you learn and where you learned it.</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0D4DCB" w14:paraId="1883E701" w14:textId="77777777">
        <w:trPr>
          <w:trHeight w:val="432"/>
        </w:trPr>
        <w:tc>
          <w:tcPr>
            <w:tcW w:w="10080" w:type="dxa"/>
            <w:gridSpan w:val="2"/>
            <w:shd w:val="clear" w:color="auto" w:fill="E8EEF5"/>
            <w:tcMar>
              <w:top w:w="50" w:type="dxa"/>
              <w:left w:w="140" w:type="dxa"/>
              <w:bottom w:w="50" w:type="dxa"/>
              <w:right w:w="140" w:type="dxa"/>
            </w:tcMar>
          </w:tcPr>
          <w:p w14:paraId="701609D3" w14:textId="77777777" w:rsidR="000D4DCB" w:rsidRDefault="00091397">
            <w:r>
              <w:rPr>
                <w:rFonts w:ascii="Calibri" w:eastAsia="Calibri" w:hAnsi="Calibri" w:cs="Calibri"/>
                <w:b/>
                <w:color w:val="1F3A5F"/>
                <w:sz w:val="23"/>
              </w:rPr>
              <w:t>In this section</w:t>
            </w:r>
          </w:p>
        </w:tc>
      </w:tr>
      <w:tr w:rsidR="000D4DCB" w14:paraId="65105948" w14:textId="77777777">
        <w:trPr>
          <w:trHeight w:val="432"/>
        </w:trPr>
        <w:tc>
          <w:tcPr>
            <w:tcW w:w="5040" w:type="dxa"/>
            <w:tcMar>
              <w:top w:w="30" w:type="dxa"/>
              <w:left w:w="200" w:type="dxa"/>
              <w:bottom w:w="30" w:type="dxa"/>
              <w:right w:w="100" w:type="dxa"/>
            </w:tcMar>
            <w:vAlign w:val="center"/>
          </w:tcPr>
          <w:p w14:paraId="1741D4E0" w14:textId="77777777" w:rsidR="000D4DCB" w:rsidRDefault="00091397">
            <w:r>
              <w:rPr>
                <w:rFonts w:ascii="Calibri" w:eastAsia="Calibri" w:hAnsi="Calibri" w:cs="Calibri"/>
                <w:color w:val="222222"/>
                <w:sz w:val="21"/>
              </w:rPr>
              <w:t>•  Hero Notes (Steps 5–8)</w:t>
            </w:r>
          </w:p>
        </w:tc>
        <w:tc>
          <w:tcPr>
            <w:tcW w:w="5040" w:type="dxa"/>
            <w:tcMar>
              <w:top w:w="30" w:type="dxa"/>
              <w:left w:w="200" w:type="dxa"/>
              <w:bottom w:w="30" w:type="dxa"/>
              <w:right w:w="100" w:type="dxa"/>
            </w:tcMar>
            <w:vAlign w:val="center"/>
          </w:tcPr>
          <w:p w14:paraId="5390621A" w14:textId="77777777" w:rsidR="000D4DCB" w:rsidRDefault="00091397">
            <w:r>
              <w:rPr>
                <w:rFonts w:ascii="Calibri" w:eastAsia="Calibri" w:hAnsi="Calibri" w:cs="Calibri"/>
                <w:color w:val="222222"/>
                <w:sz w:val="21"/>
              </w:rPr>
              <w:t>•  My Sources (Step 10)</w:t>
            </w:r>
          </w:p>
        </w:tc>
      </w:tr>
      <w:tr w:rsidR="000D4DCB" w14:paraId="186B0207" w14:textId="77777777">
        <w:trPr>
          <w:trHeight w:val="432"/>
        </w:trPr>
        <w:tc>
          <w:tcPr>
            <w:tcW w:w="5040" w:type="dxa"/>
            <w:tcMar>
              <w:top w:w="30" w:type="dxa"/>
              <w:left w:w="200" w:type="dxa"/>
              <w:bottom w:w="30" w:type="dxa"/>
              <w:right w:w="100" w:type="dxa"/>
            </w:tcMar>
            <w:vAlign w:val="center"/>
          </w:tcPr>
          <w:p w14:paraId="3F3E1731" w14:textId="77777777" w:rsidR="000D4DCB" w:rsidRDefault="00091397">
            <w:r>
              <w:rPr>
                <w:rFonts w:ascii="Calibri" w:eastAsia="Calibri" w:hAnsi="Calibri" w:cs="Calibri"/>
                <w:color w:val="222222"/>
                <w:sz w:val="21"/>
              </w:rPr>
              <w:t>•  Timeline (Step 9)</w:t>
            </w:r>
          </w:p>
        </w:tc>
        <w:tc>
          <w:tcPr>
            <w:tcW w:w="5040" w:type="dxa"/>
            <w:tcMar>
              <w:top w:w="30" w:type="dxa"/>
              <w:left w:w="200" w:type="dxa"/>
              <w:bottom w:w="30" w:type="dxa"/>
              <w:right w:w="100" w:type="dxa"/>
            </w:tcMar>
            <w:vAlign w:val="center"/>
          </w:tcPr>
          <w:p w14:paraId="4C0C8C31" w14:textId="77777777" w:rsidR="000D4DCB" w:rsidRDefault="00091397">
            <w:r>
              <w:rPr>
                <w:rFonts w:ascii="Calibri" w:eastAsia="Calibri" w:hAnsi="Calibri" w:cs="Calibri"/>
                <w:color w:val="222222"/>
                <w:sz w:val="21"/>
              </w:rPr>
              <w:t>•  Tell It Back sign-off (Step 11)</w:t>
            </w:r>
          </w:p>
        </w:tc>
      </w:tr>
    </w:tbl>
    <w:p w14:paraId="5C39924B" w14:textId="77777777" w:rsidR="00753CD0" w:rsidRDefault="00753CD0" w:rsidP="00753CD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61E4105F" w14:textId="77777777">
        <w:trPr>
          <w:trHeight w:val="6912"/>
        </w:trPr>
        <w:tc>
          <w:tcPr>
            <w:tcW w:w="10080" w:type="dxa"/>
          </w:tcPr>
          <w:p w14:paraId="27AE3997" w14:textId="77777777" w:rsidR="000D4DCB" w:rsidRDefault="000D4DCB"/>
        </w:tc>
      </w:tr>
    </w:tbl>
    <w:p w14:paraId="05550766" w14:textId="77777777" w:rsidR="000D4DCB" w:rsidRDefault="000D4DCB">
      <w:pPr>
        <w:sectPr w:rsidR="000D4DCB">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0D4DCB" w14:paraId="077034C8" w14:textId="77777777">
        <w:trPr>
          <w:trHeight w:val="2304"/>
        </w:trPr>
        <w:tc>
          <w:tcPr>
            <w:tcW w:w="10080" w:type="dxa"/>
            <w:shd w:val="clear" w:color="auto" w:fill="1F3A5F"/>
            <w:tcMar>
              <w:top w:w="100" w:type="dxa"/>
              <w:left w:w="240" w:type="dxa"/>
              <w:bottom w:w="100" w:type="dxa"/>
              <w:right w:w="240" w:type="dxa"/>
            </w:tcMar>
            <w:vAlign w:val="center"/>
          </w:tcPr>
          <w:p w14:paraId="2A098356" w14:textId="77777777" w:rsidR="000D4DCB" w:rsidRDefault="00091397">
            <w:r>
              <w:rPr>
                <w:rFonts w:ascii="Calibri" w:eastAsia="Calibri" w:hAnsi="Calibri" w:cs="Calibri"/>
                <w:b/>
                <w:color w:val="C8D6E5"/>
              </w:rPr>
              <w:lastRenderedPageBreak/>
              <w:t>MASTER PROJECT</w:t>
            </w:r>
          </w:p>
          <w:p w14:paraId="4A004552" w14:textId="77777777" w:rsidR="000D4DCB" w:rsidRDefault="00091397">
            <w:r>
              <w:rPr>
                <w:rFonts w:ascii="Calibri" w:eastAsia="Calibri" w:hAnsi="Calibri" w:cs="Calibri"/>
                <w:b/>
                <w:color w:val="FFFFFF"/>
                <w:sz w:val="96"/>
              </w:rPr>
              <w:t>REASON</w:t>
            </w:r>
          </w:p>
        </w:tc>
      </w:tr>
    </w:tbl>
    <w:p w14:paraId="76A595E6" w14:textId="77777777" w:rsidR="000D4DCB" w:rsidRDefault="00091397">
      <w:pPr>
        <w:spacing w:before="280" w:after="80"/>
      </w:pPr>
      <w:r>
        <w:rPr>
          <w:rFonts w:ascii="Calibri" w:eastAsia="Calibri" w:hAnsi="Calibri" w:cs="Calibri"/>
          <w:b/>
          <w:color w:val="9B2C2C"/>
          <w:sz w:val="36"/>
        </w:rPr>
        <w:t>Think about who your hero was.</w:t>
      </w:r>
    </w:p>
    <w:p w14:paraId="49749011" w14:textId="77777777" w:rsidR="000D4DCB" w:rsidRDefault="00091397">
      <w:pPr>
        <w:spacing w:after="280"/>
      </w:pPr>
      <w:r>
        <w:rPr>
          <w:rFonts w:eastAsia="Georgia" w:cs="Georgia"/>
          <w:color w:val="222222"/>
          <w:sz w:val="23"/>
        </w:rPr>
        <w:t>Reason means thinking hard about your hero's heart. You look at the good qualities inside them and the lessons their life teaches.</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0D4DCB" w14:paraId="62009BBF" w14:textId="77777777">
        <w:trPr>
          <w:trHeight w:val="432"/>
        </w:trPr>
        <w:tc>
          <w:tcPr>
            <w:tcW w:w="10080" w:type="dxa"/>
            <w:gridSpan w:val="2"/>
            <w:shd w:val="clear" w:color="auto" w:fill="E8EEF5"/>
            <w:tcMar>
              <w:top w:w="50" w:type="dxa"/>
              <w:left w:w="140" w:type="dxa"/>
              <w:bottom w:w="50" w:type="dxa"/>
              <w:right w:w="140" w:type="dxa"/>
            </w:tcMar>
          </w:tcPr>
          <w:p w14:paraId="17C7AB3A" w14:textId="77777777" w:rsidR="000D4DCB" w:rsidRDefault="00091397">
            <w:r>
              <w:rPr>
                <w:rFonts w:ascii="Calibri" w:eastAsia="Calibri" w:hAnsi="Calibri" w:cs="Calibri"/>
                <w:b/>
                <w:color w:val="1F3A5F"/>
                <w:sz w:val="23"/>
              </w:rPr>
              <w:t>In this section</w:t>
            </w:r>
          </w:p>
        </w:tc>
      </w:tr>
      <w:tr w:rsidR="000D4DCB" w14:paraId="4CA25ED4" w14:textId="77777777">
        <w:trPr>
          <w:trHeight w:val="432"/>
        </w:trPr>
        <w:tc>
          <w:tcPr>
            <w:tcW w:w="5040" w:type="dxa"/>
            <w:tcMar>
              <w:top w:w="30" w:type="dxa"/>
              <w:left w:w="200" w:type="dxa"/>
              <w:bottom w:w="30" w:type="dxa"/>
              <w:right w:w="100" w:type="dxa"/>
            </w:tcMar>
            <w:vAlign w:val="center"/>
          </w:tcPr>
          <w:p w14:paraId="4C63D9C2" w14:textId="77777777" w:rsidR="000D4DCB" w:rsidRDefault="00091397">
            <w:r>
              <w:rPr>
                <w:rFonts w:ascii="Calibri" w:eastAsia="Calibri" w:hAnsi="Calibri" w:cs="Calibri"/>
                <w:color w:val="222222"/>
                <w:sz w:val="21"/>
              </w:rPr>
              <w:t>•  Character Chart (Steps 12–13)</w:t>
            </w:r>
          </w:p>
        </w:tc>
        <w:tc>
          <w:tcPr>
            <w:tcW w:w="5040" w:type="dxa"/>
            <w:tcMar>
              <w:top w:w="30" w:type="dxa"/>
              <w:left w:w="200" w:type="dxa"/>
              <w:bottom w:w="30" w:type="dxa"/>
              <w:right w:w="100" w:type="dxa"/>
            </w:tcMar>
            <w:vAlign w:val="center"/>
          </w:tcPr>
          <w:p w14:paraId="2DA5CC7B" w14:textId="77777777" w:rsidR="000D4DCB" w:rsidRDefault="00091397">
            <w:r>
              <w:rPr>
                <w:rFonts w:ascii="Calibri" w:eastAsia="Calibri" w:hAnsi="Calibri" w:cs="Calibri"/>
                <w:color w:val="222222"/>
                <w:sz w:val="21"/>
              </w:rPr>
              <w:t>•  Most Important Truths (Step 16)</w:t>
            </w:r>
          </w:p>
        </w:tc>
      </w:tr>
      <w:tr w:rsidR="000D4DCB" w14:paraId="5BAC12CE" w14:textId="77777777">
        <w:trPr>
          <w:trHeight w:val="432"/>
        </w:trPr>
        <w:tc>
          <w:tcPr>
            <w:tcW w:w="5040" w:type="dxa"/>
            <w:tcMar>
              <w:top w:w="30" w:type="dxa"/>
              <w:left w:w="200" w:type="dxa"/>
              <w:bottom w:w="30" w:type="dxa"/>
              <w:right w:w="100" w:type="dxa"/>
            </w:tcMar>
            <w:vAlign w:val="center"/>
          </w:tcPr>
          <w:p w14:paraId="0C1CC42F" w14:textId="77777777" w:rsidR="000D4DCB" w:rsidRDefault="00091397">
            <w:r>
              <w:rPr>
                <w:rFonts w:ascii="Calibri" w:eastAsia="Calibri" w:hAnsi="Calibri" w:cs="Calibri"/>
                <w:color w:val="222222"/>
                <w:sz w:val="21"/>
              </w:rPr>
              <w:t>•  My Hero's Christlike Attribute (Step 14)</w:t>
            </w:r>
          </w:p>
        </w:tc>
        <w:tc>
          <w:tcPr>
            <w:tcW w:w="5040" w:type="dxa"/>
            <w:tcMar>
              <w:top w:w="30" w:type="dxa"/>
              <w:left w:w="200" w:type="dxa"/>
              <w:bottom w:w="30" w:type="dxa"/>
              <w:right w:w="100" w:type="dxa"/>
            </w:tcMar>
            <w:vAlign w:val="center"/>
          </w:tcPr>
          <w:p w14:paraId="469EF865" w14:textId="77777777" w:rsidR="000D4DCB" w:rsidRDefault="00091397">
            <w:r>
              <w:rPr>
                <w:rFonts w:ascii="Calibri" w:eastAsia="Calibri" w:hAnsi="Calibri" w:cs="Calibri"/>
                <w:color w:val="222222"/>
                <w:sz w:val="21"/>
              </w:rPr>
              <w:t>•  How My Hero Moved Forward the Cause of Christ (Step 17)</w:t>
            </w:r>
          </w:p>
        </w:tc>
      </w:tr>
      <w:tr w:rsidR="000D4DCB" w14:paraId="10D0AD99" w14:textId="77777777">
        <w:trPr>
          <w:trHeight w:val="432"/>
        </w:trPr>
        <w:tc>
          <w:tcPr>
            <w:tcW w:w="5040" w:type="dxa"/>
            <w:tcMar>
              <w:top w:w="30" w:type="dxa"/>
              <w:left w:w="200" w:type="dxa"/>
              <w:bottom w:w="30" w:type="dxa"/>
              <w:right w:w="100" w:type="dxa"/>
            </w:tcMar>
            <w:vAlign w:val="center"/>
          </w:tcPr>
          <w:p w14:paraId="735A5A0D" w14:textId="77777777" w:rsidR="000D4DCB" w:rsidRDefault="00091397">
            <w:r>
              <w:rPr>
                <w:rFonts w:ascii="Calibri" w:eastAsia="Calibri" w:hAnsi="Calibri" w:cs="Calibri"/>
                <w:color w:val="222222"/>
                <w:sz w:val="21"/>
              </w:rPr>
              <w:t>•  Favorite Story (Step 15)</w:t>
            </w:r>
          </w:p>
        </w:tc>
        <w:tc>
          <w:tcPr>
            <w:tcW w:w="5040" w:type="dxa"/>
          </w:tcPr>
          <w:p w14:paraId="6C3D902B" w14:textId="77777777" w:rsidR="000D4DCB" w:rsidRDefault="000D4DCB"/>
        </w:tc>
      </w:tr>
    </w:tbl>
    <w:p w14:paraId="30A07051" w14:textId="77777777" w:rsidR="00753CD0" w:rsidRDefault="00753CD0" w:rsidP="00753CD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5A60AFDD" w14:textId="77777777">
        <w:trPr>
          <w:trHeight w:val="6480"/>
        </w:trPr>
        <w:tc>
          <w:tcPr>
            <w:tcW w:w="10080" w:type="dxa"/>
          </w:tcPr>
          <w:p w14:paraId="1601B3F0" w14:textId="77777777" w:rsidR="000D4DCB" w:rsidRDefault="000D4DCB"/>
        </w:tc>
      </w:tr>
    </w:tbl>
    <w:p w14:paraId="4A479B88" w14:textId="77777777" w:rsidR="000D4DCB" w:rsidRDefault="000D4DCB">
      <w:pPr>
        <w:sectPr w:rsidR="000D4DCB">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0D4DCB" w14:paraId="2BEC8FA2" w14:textId="77777777">
        <w:trPr>
          <w:trHeight w:val="2304"/>
        </w:trPr>
        <w:tc>
          <w:tcPr>
            <w:tcW w:w="10080" w:type="dxa"/>
            <w:shd w:val="clear" w:color="auto" w:fill="1F3A5F"/>
            <w:tcMar>
              <w:top w:w="100" w:type="dxa"/>
              <w:left w:w="240" w:type="dxa"/>
              <w:bottom w:w="100" w:type="dxa"/>
              <w:right w:w="240" w:type="dxa"/>
            </w:tcMar>
            <w:vAlign w:val="center"/>
          </w:tcPr>
          <w:p w14:paraId="38269FFA" w14:textId="77777777" w:rsidR="000D4DCB" w:rsidRDefault="00091397">
            <w:r>
              <w:rPr>
                <w:rFonts w:ascii="Calibri" w:eastAsia="Calibri" w:hAnsi="Calibri" w:cs="Calibri"/>
                <w:b/>
                <w:color w:val="C8D6E5"/>
              </w:rPr>
              <w:lastRenderedPageBreak/>
              <w:t>MASTER PROJECT</w:t>
            </w:r>
          </w:p>
          <w:p w14:paraId="3CD3FF0E" w14:textId="77777777" w:rsidR="000D4DCB" w:rsidRDefault="00091397">
            <w:r>
              <w:rPr>
                <w:rFonts w:ascii="Calibri" w:eastAsia="Calibri" w:hAnsi="Calibri" w:cs="Calibri"/>
                <w:b/>
                <w:color w:val="FFFFFF"/>
                <w:sz w:val="96"/>
              </w:rPr>
              <w:t>RELATE</w:t>
            </w:r>
          </w:p>
        </w:tc>
      </w:tr>
    </w:tbl>
    <w:p w14:paraId="2D4F01A2" w14:textId="77777777" w:rsidR="000D4DCB" w:rsidRDefault="00091397">
      <w:pPr>
        <w:spacing w:before="280" w:after="80"/>
      </w:pPr>
      <w:r>
        <w:rPr>
          <w:rFonts w:ascii="Calibri" w:eastAsia="Calibri" w:hAnsi="Calibri" w:cs="Calibri"/>
          <w:b/>
          <w:color w:val="9B2C2C"/>
          <w:sz w:val="36"/>
        </w:rPr>
        <w:t>Let your hero's life help your own life.</w:t>
      </w:r>
    </w:p>
    <w:p w14:paraId="4AFE7E24" w14:textId="77777777" w:rsidR="000D4DCB" w:rsidRDefault="00091397">
      <w:pPr>
        <w:spacing w:after="280"/>
      </w:pPr>
      <w:r>
        <w:rPr>
          <w:rFonts w:eastAsia="Georgia" w:cs="Georgia"/>
          <w:color w:val="222222"/>
          <w:sz w:val="23"/>
        </w:rPr>
        <w:t>Relate means asking, “What can I learn from my hero?” Then you choose to follow their good example.</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0D4DCB" w14:paraId="6C266530" w14:textId="77777777">
        <w:trPr>
          <w:trHeight w:val="432"/>
        </w:trPr>
        <w:tc>
          <w:tcPr>
            <w:tcW w:w="10080" w:type="dxa"/>
            <w:gridSpan w:val="2"/>
            <w:shd w:val="clear" w:color="auto" w:fill="E8EEF5"/>
            <w:tcMar>
              <w:top w:w="50" w:type="dxa"/>
              <w:left w:w="140" w:type="dxa"/>
              <w:bottom w:w="50" w:type="dxa"/>
              <w:right w:w="140" w:type="dxa"/>
            </w:tcMar>
          </w:tcPr>
          <w:p w14:paraId="203A0033" w14:textId="77777777" w:rsidR="000D4DCB" w:rsidRDefault="00091397">
            <w:r>
              <w:rPr>
                <w:rFonts w:ascii="Calibri" w:eastAsia="Calibri" w:hAnsi="Calibri" w:cs="Calibri"/>
                <w:b/>
                <w:color w:val="1F3A5F"/>
                <w:sz w:val="23"/>
              </w:rPr>
              <w:t>In this section</w:t>
            </w:r>
          </w:p>
        </w:tc>
      </w:tr>
      <w:tr w:rsidR="000D4DCB" w14:paraId="40F7DF4F" w14:textId="77777777">
        <w:trPr>
          <w:trHeight w:val="432"/>
        </w:trPr>
        <w:tc>
          <w:tcPr>
            <w:tcW w:w="5040" w:type="dxa"/>
            <w:tcMar>
              <w:top w:w="30" w:type="dxa"/>
              <w:left w:w="200" w:type="dxa"/>
              <w:bottom w:w="30" w:type="dxa"/>
              <w:right w:w="100" w:type="dxa"/>
            </w:tcMar>
            <w:vAlign w:val="center"/>
          </w:tcPr>
          <w:p w14:paraId="1804D947" w14:textId="77777777" w:rsidR="000D4DCB" w:rsidRDefault="00091397">
            <w:r>
              <w:rPr>
                <w:rFonts w:ascii="Calibri" w:eastAsia="Calibri" w:hAnsi="Calibri" w:cs="Calibri"/>
                <w:color w:val="222222"/>
                <w:sz w:val="21"/>
              </w:rPr>
              <w:t>•  Favorite Quotes (Steps 18–19)</w:t>
            </w:r>
          </w:p>
        </w:tc>
        <w:tc>
          <w:tcPr>
            <w:tcW w:w="5040" w:type="dxa"/>
            <w:tcMar>
              <w:top w:w="30" w:type="dxa"/>
              <w:left w:w="200" w:type="dxa"/>
              <w:bottom w:w="30" w:type="dxa"/>
              <w:right w:w="100" w:type="dxa"/>
            </w:tcMar>
            <w:vAlign w:val="center"/>
          </w:tcPr>
          <w:p w14:paraId="0D102F6B" w14:textId="77777777" w:rsidR="000D4DCB" w:rsidRDefault="00091397">
            <w:r>
              <w:rPr>
                <w:rFonts w:ascii="Calibri" w:eastAsia="Calibri" w:hAnsi="Calibri" w:cs="Calibri"/>
                <w:color w:val="222222"/>
                <w:sz w:val="21"/>
              </w:rPr>
              <w:t>•  Service Plan (Steps 21–22)</w:t>
            </w:r>
          </w:p>
        </w:tc>
      </w:tr>
      <w:tr w:rsidR="000D4DCB" w14:paraId="05DB8B88" w14:textId="77777777">
        <w:trPr>
          <w:trHeight w:val="432"/>
        </w:trPr>
        <w:tc>
          <w:tcPr>
            <w:tcW w:w="5040" w:type="dxa"/>
            <w:tcMar>
              <w:top w:w="30" w:type="dxa"/>
              <w:left w:w="200" w:type="dxa"/>
              <w:bottom w:w="30" w:type="dxa"/>
              <w:right w:w="100" w:type="dxa"/>
            </w:tcMar>
            <w:vAlign w:val="center"/>
          </w:tcPr>
          <w:p w14:paraId="003E9F76" w14:textId="77777777" w:rsidR="000D4DCB" w:rsidRDefault="00091397">
            <w:r>
              <w:rPr>
                <w:rFonts w:ascii="Calibri" w:eastAsia="Calibri" w:hAnsi="Calibri" w:cs="Calibri"/>
                <w:color w:val="222222"/>
                <w:sz w:val="21"/>
              </w:rPr>
              <w:t>•  An Attribute I Will Develop (Step 20)</w:t>
            </w:r>
          </w:p>
        </w:tc>
        <w:tc>
          <w:tcPr>
            <w:tcW w:w="5040" w:type="dxa"/>
          </w:tcPr>
          <w:p w14:paraId="7D782976" w14:textId="77777777" w:rsidR="000D4DCB" w:rsidRDefault="000D4DCB"/>
        </w:tc>
      </w:tr>
    </w:tbl>
    <w:p w14:paraId="5284A544" w14:textId="77777777" w:rsidR="00753CD0" w:rsidRDefault="00753CD0" w:rsidP="00753CD0">
      <w:pPr>
        <w:spacing w:before="240" w:after="80"/>
      </w:pPr>
      <w:r>
        <w:rPr>
          <w:rFonts w:ascii="Calibri" w:eastAsia="Calibri" w:hAnsi="Calibri" w:cs="Calibri"/>
          <w:i/>
          <w:color w:val="595959"/>
          <w:sz w:val="21"/>
        </w:rPr>
        <w:t>Decorate this space at any time throughout your project 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308879F4" w14:textId="77777777">
        <w:trPr>
          <w:trHeight w:val="6912"/>
        </w:trPr>
        <w:tc>
          <w:tcPr>
            <w:tcW w:w="10080" w:type="dxa"/>
          </w:tcPr>
          <w:p w14:paraId="45C4F8C5" w14:textId="77777777" w:rsidR="000D4DCB" w:rsidRDefault="000D4DCB"/>
        </w:tc>
      </w:tr>
    </w:tbl>
    <w:p w14:paraId="7EBB5E0D" w14:textId="77777777" w:rsidR="000D4DCB" w:rsidRDefault="000D4DCB">
      <w:pPr>
        <w:sectPr w:rsidR="000D4DCB">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0D4DCB" w14:paraId="6A281D18" w14:textId="77777777">
        <w:trPr>
          <w:trHeight w:val="2304"/>
        </w:trPr>
        <w:tc>
          <w:tcPr>
            <w:tcW w:w="10080" w:type="dxa"/>
            <w:shd w:val="clear" w:color="auto" w:fill="1F3A5F"/>
            <w:tcMar>
              <w:top w:w="100" w:type="dxa"/>
              <w:left w:w="240" w:type="dxa"/>
              <w:bottom w:w="100" w:type="dxa"/>
              <w:right w:w="240" w:type="dxa"/>
            </w:tcMar>
            <w:vAlign w:val="center"/>
          </w:tcPr>
          <w:p w14:paraId="751425CF" w14:textId="77777777" w:rsidR="000D4DCB" w:rsidRDefault="00091397">
            <w:r>
              <w:rPr>
                <w:rFonts w:ascii="Calibri" w:eastAsia="Calibri" w:hAnsi="Calibri" w:cs="Calibri"/>
                <w:b/>
                <w:color w:val="C8D6E5"/>
              </w:rPr>
              <w:lastRenderedPageBreak/>
              <w:t>MASTER PROJECT</w:t>
            </w:r>
          </w:p>
          <w:p w14:paraId="20FB779A" w14:textId="77777777" w:rsidR="000D4DCB" w:rsidRDefault="00091397">
            <w:r>
              <w:rPr>
                <w:rFonts w:ascii="Calibri" w:eastAsia="Calibri" w:hAnsi="Calibri" w:cs="Calibri"/>
                <w:b/>
                <w:color w:val="FFFFFF"/>
                <w:sz w:val="96"/>
              </w:rPr>
              <w:t>RECORD</w:t>
            </w:r>
          </w:p>
        </w:tc>
      </w:tr>
    </w:tbl>
    <w:p w14:paraId="1FF10CDE" w14:textId="77777777" w:rsidR="000D4DCB" w:rsidRDefault="00091397">
      <w:pPr>
        <w:spacing w:before="280" w:after="80"/>
      </w:pPr>
      <w:r>
        <w:rPr>
          <w:rFonts w:ascii="Calibri" w:eastAsia="Calibri" w:hAnsi="Calibri" w:cs="Calibri"/>
          <w:b/>
          <w:color w:val="9B2C2C"/>
          <w:sz w:val="36"/>
        </w:rPr>
        <w:t>Write what you learned on your heart.</w:t>
      </w:r>
    </w:p>
    <w:p w14:paraId="7D8770BE" w14:textId="77777777" w:rsidR="000D4DCB" w:rsidRDefault="00091397">
      <w:pPr>
        <w:spacing w:after="280"/>
      </w:pPr>
      <w:r>
        <w:rPr>
          <w:rFonts w:eastAsia="Georgia" w:cs="Georgia"/>
          <w:color w:val="222222"/>
          <w:sz w:val="23"/>
        </w:rPr>
        <w:t>Record means saving what you learned so you will remember it in your heart and mind for a long, long time.</w:t>
      </w:r>
      <w:r w:rsidR="00753CD0">
        <w:rPr>
          <w:rFonts w:eastAsia="Georgia" w:cs="Georgia"/>
          <w:color w:val="222222"/>
          <w:sz w:val="23"/>
        </w:rPr>
        <w:t xml:space="preserve"> </w:t>
      </w: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5040"/>
        <w:gridCol w:w="5040"/>
      </w:tblGrid>
      <w:tr w:rsidR="000D4DCB" w14:paraId="3F233C3C" w14:textId="77777777">
        <w:trPr>
          <w:trHeight w:val="432"/>
        </w:trPr>
        <w:tc>
          <w:tcPr>
            <w:tcW w:w="10080" w:type="dxa"/>
            <w:gridSpan w:val="2"/>
            <w:shd w:val="clear" w:color="auto" w:fill="E8EEF5"/>
            <w:tcMar>
              <w:top w:w="50" w:type="dxa"/>
              <w:left w:w="140" w:type="dxa"/>
              <w:bottom w:w="50" w:type="dxa"/>
              <w:right w:w="140" w:type="dxa"/>
            </w:tcMar>
          </w:tcPr>
          <w:p w14:paraId="4FFD2FE5" w14:textId="77777777" w:rsidR="000D4DCB" w:rsidRDefault="00091397">
            <w:r>
              <w:rPr>
                <w:rFonts w:ascii="Calibri" w:eastAsia="Calibri" w:hAnsi="Calibri" w:cs="Calibri"/>
                <w:b/>
                <w:color w:val="1F3A5F"/>
                <w:sz w:val="23"/>
              </w:rPr>
              <w:t>In this section</w:t>
            </w:r>
          </w:p>
        </w:tc>
      </w:tr>
      <w:tr w:rsidR="000D4DCB" w14:paraId="4BC42CE4" w14:textId="77777777">
        <w:trPr>
          <w:trHeight w:val="432"/>
        </w:trPr>
        <w:tc>
          <w:tcPr>
            <w:tcW w:w="5040" w:type="dxa"/>
            <w:tcMar>
              <w:top w:w="30" w:type="dxa"/>
              <w:left w:w="200" w:type="dxa"/>
              <w:bottom w:w="30" w:type="dxa"/>
              <w:right w:w="100" w:type="dxa"/>
            </w:tcMar>
            <w:vAlign w:val="center"/>
          </w:tcPr>
          <w:p w14:paraId="45CA8DAF" w14:textId="77777777" w:rsidR="000D4DCB" w:rsidRDefault="00091397">
            <w:r>
              <w:rPr>
                <w:rFonts w:ascii="Calibri" w:eastAsia="Calibri" w:hAnsi="Calibri" w:cs="Calibri"/>
                <w:color w:val="222222"/>
                <w:sz w:val="21"/>
              </w:rPr>
              <w:t>•  Service Report (Step 23)</w:t>
            </w:r>
          </w:p>
        </w:tc>
        <w:tc>
          <w:tcPr>
            <w:tcW w:w="5040" w:type="dxa"/>
            <w:tcMar>
              <w:top w:w="30" w:type="dxa"/>
              <w:left w:w="200" w:type="dxa"/>
              <w:bottom w:w="30" w:type="dxa"/>
              <w:right w:w="100" w:type="dxa"/>
            </w:tcMar>
            <w:vAlign w:val="center"/>
          </w:tcPr>
          <w:p w14:paraId="06AA3BC8" w14:textId="77777777" w:rsidR="000D4DCB" w:rsidRDefault="00091397">
            <w:r>
              <w:rPr>
                <w:rFonts w:ascii="Calibri" w:eastAsia="Calibri" w:hAnsi="Calibri" w:cs="Calibri"/>
                <w:color w:val="222222"/>
                <w:sz w:val="21"/>
              </w:rPr>
              <w:t>•  Me and the Cause of Christ (Step 28)</w:t>
            </w:r>
          </w:p>
        </w:tc>
      </w:tr>
      <w:tr w:rsidR="000D4DCB" w14:paraId="08E09353" w14:textId="77777777">
        <w:trPr>
          <w:trHeight w:val="432"/>
        </w:trPr>
        <w:tc>
          <w:tcPr>
            <w:tcW w:w="5040" w:type="dxa"/>
            <w:tcMar>
              <w:top w:w="30" w:type="dxa"/>
              <w:left w:w="200" w:type="dxa"/>
              <w:bottom w:w="30" w:type="dxa"/>
              <w:right w:w="100" w:type="dxa"/>
            </w:tcMar>
            <w:vAlign w:val="center"/>
          </w:tcPr>
          <w:p w14:paraId="3FFAFA60" w14:textId="77777777" w:rsidR="000D4DCB" w:rsidRDefault="00091397">
            <w:r>
              <w:rPr>
                <w:rFonts w:ascii="Calibri" w:eastAsia="Calibri" w:hAnsi="Calibri" w:cs="Calibri"/>
                <w:color w:val="222222"/>
                <w:sz w:val="21"/>
              </w:rPr>
              <w:t>•  Memorization (Step 24)</w:t>
            </w:r>
          </w:p>
        </w:tc>
        <w:tc>
          <w:tcPr>
            <w:tcW w:w="5040" w:type="dxa"/>
            <w:tcMar>
              <w:top w:w="30" w:type="dxa"/>
              <w:left w:w="200" w:type="dxa"/>
              <w:bottom w:w="30" w:type="dxa"/>
              <w:right w:w="100" w:type="dxa"/>
            </w:tcMar>
            <w:vAlign w:val="center"/>
          </w:tcPr>
          <w:p w14:paraId="1A63FCA9" w14:textId="77777777" w:rsidR="000D4DCB" w:rsidRDefault="00091397">
            <w:r>
              <w:rPr>
                <w:rFonts w:ascii="Calibri" w:eastAsia="Calibri" w:hAnsi="Calibri" w:cs="Calibri"/>
                <w:color w:val="222222"/>
                <w:sz w:val="21"/>
              </w:rPr>
              <w:t>•  How Have I Improved (Step 29)</w:t>
            </w:r>
          </w:p>
        </w:tc>
      </w:tr>
      <w:tr w:rsidR="000D4DCB" w14:paraId="0AE5332D" w14:textId="77777777">
        <w:trPr>
          <w:trHeight w:val="432"/>
        </w:trPr>
        <w:tc>
          <w:tcPr>
            <w:tcW w:w="5040" w:type="dxa"/>
            <w:tcMar>
              <w:top w:w="30" w:type="dxa"/>
              <w:left w:w="200" w:type="dxa"/>
              <w:bottom w:w="30" w:type="dxa"/>
              <w:right w:w="100" w:type="dxa"/>
            </w:tcMar>
            <w:vAlign w:val="center"/>
          </w:tcPr>
          <w:p w14:paraId="2A8085E9" w14:textId="77777777" w:rsidR="000D4DCB" w:rsidRDefault="00091397">
            <w:r>
              <w:rPr>
                <w:rFonts w:ascii="Calibri" w:eastAsia="Calibri" w:hAnsi="Calibri" w:cs="Calibri"/>
                <w:color w:val="222222"/>
                <w:sz w:val="21"/>
              </w:rPr>
              <w:t>•  Creative Tribute (Steps 25–27)</w:t>
            </w:r>
          </w:p>
        </w:tc>
        <w:tc>
          <w:tcPr>
            <w:tcW w:w="5040" w:type="dxa"/>
          </w:tcPr>
          <w:p w14:paraId="1F9DFC4F" w14:textId="77777777" w:rsidR="000D4DCB" w:rsidRDefault="000D4DCB"/>
        </w:tc>
      </w:tr>
    </w:tbl>
    <w:p w14:paraId="15E8FBF9" w14:textId="77777777" w:rsidR="000D4DCB" w:rsidRDefault="00091397">
      <w:pPr>
        <w:spacing w:before="240" w:after="80"/>
      </w:pPr>
      <w:r>
        <w:rPr>
          <w:rFonts w:ascii="Calibri" w:eastAsia="Calibri" w:hAnsi="Calibri" w:cs="Calibri"/>
          <w:i/>
          <w:color w:val="595959"/>
          <w:sz w:val="21"/>
        </w:rPr>
        <w:t xml:space="preserve">Decorate this space </w:t>
      </w:r>
      <w:r w:rsidR="00753CD0">
        <w:rPr>
          <w:rFonts w:ascii="Calibri" w:eastAsia="Calibri" w:hAnsi="Calibri" w:cs="Calibri"/>
          <w:i/>
          <w:color w:val="595959"/>
          <w:sz w:val="21"/>
        </w:rPr>
        <w:t xml:space="preserve">at any time throughout your project </w:t>
      </w:r>
      <w:r>
        <w:rPr>
          <w:rFonts w:ascii="Calibri" w:eastAsia="Calibri" w:hAnsi="Calibri" w:cs="Calibri"/>
          <w:i/>
          <w:color w:val="595959"/>
          <w:sz w:val="21"/>
        </w:rPr>
        <w:t>with a picture, quote, or design that fits your hero.</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656E10F3" w14:textId="77777777">
        <w:trPr>
          <w:trHeight w:val="6480"/>
        </w:trPr>
        <w:tc>
          <w:tcPr>
            <w:tcW w:w="10080" w:type="dxa"/>
          </w:tcPr>
          <w:p w14:paraId="261742E5" w14:textId="77777777" w:rsidR="000D4DCB" w:rsidRDefault="000D4DCB"/>
        </w:tc>
      </w:tr>
    </w:tbl>
    <w:p w14:paraId="4A8D183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rsidRPr="00753CD0" w14:paraId="0FE8127D" w14:textId="77777777">
        <w:tc>
          <w:tcPr>
            <w:tcW w:w="7632" w:type="dxa"/>
            <w:shd w:val="clear" w:color="auto" w:fill="1F3A5F"/>
            <w:tcMar>
              <w:top w:w="90" w:type="dxa"/>
              <w:left w:w="140" w:type="dxa"/>
              <w:bottom w:w="90" w:type="dxa"/>
              <w:right w:w="140" w:type="dxa"/>
            </w:tcMar>
            <w:vAlign w:val="center"/>
          </w:tcPr>
          <w:p w14:paraId="21E7AD76"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5</w:t>
            </w:r>
          </w:p>
          <w:p w14:paraId="4FF63E6A" w14:textId="77777777" w:rsidR="000D4DCB" w:rsidRDefault="00091397">
            <w:r>
              <w:rPr>
                <w:rFonts w:ascii="Calibri" w:eastAsia="Calibri" w:hAnsi="Calibri" w:cs="Calibri"/>
                <w:b/>
                <w:color w:val="FFFFFF"/>
                <w:sz w:val="40"/>
              </w:rPr>
              <w:t>Research 1: Early Life and Family</w:t>
            </w:r>
          </w:p>
        </w:tc>
        <w:tc>
          <w:tcPr>
            <w:tcW w:w="2448" w:type="dxa"/>
            <w:shd w:val="clear" w:color="auto" w:fill="1F3A5F"/>
            <w:tcMar>
              <w:top w:w="90" w:type="dxa"/>
              <w:left w:w="140" w:type="dxa"/>
              <w:bottom w:w="90" w:type="dxa"/>
              <w:right w:w="140" w:type="dxa"/>
            </w:tcMar>
            <w:vAlign w:val="center"/>
          </w:tcPr>
          <w:p w14:paraId="34C54B57" w14:textId="77777777" w:rsidR="00753CD0" w:rsidRPr="00D53B4F" w:rsidRDefault="00091397" w:rsidP="00D53B4F">
            <w:pPr>
              <w:jc w:val="right"/>
              <w:rPr>
                <w:rFonts w:ascii="Calibri" w:eastAsia="Calibri" w:hAnsi="Calibri" w:cs="Calibri"/>
                <w:color w:val="C8D6E5"/>
                <w:sz w:val="18"/>
              </w:rPr>
            </w:pPr>
            <w:r w:rsidRPr="00D53B4F">
              <w:rPr>
                <w:rFonts w:ascii="Calibri" w:eastAsia="Calibri" w:hAnsi="Calibri" w:cs="Calibri"/>
                <w:color w:val="C8D6E5"/>
                <w:sz w:val="18"/>
              </w:rPr>
              <w:t>About 15–20 minutes</w:t>
            </w:r>
          </w:p>
        </w:tc>
      </w:tr>
    </w:tbl>
    <w:p w14:paraId="5519FCA2" w14:textId="77777777" w:rsidR="000D4DCB" w:rsidRDefault="000D4DCB">
      <w:pPr>
        <w:spacing w:line="264" w:lineRule="auto"/>
      </w:pPr>
    </w:p>
    <w:p w14:paraId="60FDA7AB"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Learn about your hero as a child.</w:t>
      </w:r>
    </w:p>
    <w:p w14:paraId="7E163CA2" w14:textId="77777777" w:rsidR="000D4DCB" w:rsidRDefault="000D4DCB">
      <w:pPr>
        <w:spacing w:line="264" w:lineRule="auto"/>
      </w:pPr>
    </w:p>
    <w:p w14:paraId="36211A2C"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1914E23" w14:textId="77777777">
        <w:tc>
          <w:tcPr>
            <w:tcW w:w="504" w:type="dxa"/>
            <w:tcMar>
              <w:top w:w="20" w:type="dxa"/>
              <w:left w:w="20" w:type="dxa"/>
              <w:bottom w:w="20" w:type="dxa"/>
              <w:right w:w="20" w:type="dxa"/>
            </w:tcMar>
          </w:tcPr>
          <w:p w14:paraId="2EF5E579"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2A71247B" w14:textId="77777777" w:rsidR="000D4DCB" w:rsidRDefault="00D53B4F">
            <w:r>
              <w:rPr>
                <w:rFonts w:eastAsia="Georgia" w:cs="Georgia"/>
                <w:color w:val="222222"/>
                <w:sz w:val="21"/>
              </w:rPr>
              <w:t xml:space="preserve">Research in a book, article, video, or family record about you hero’s childhood and early years. </w:t>
            </w:r>
            <w:r w:rsidRPr="00753CD0">
              <w:rPr>
                <w:rFonts w:eastAsia="Georgia" w:cs="Georgia"/>
                <w:b/>
                <w:bCs/>
                <w:color w:val="222222"/>
                <w:sz w:val="21"/>
              </w:rPr>
              <w:t xml:space="preserve">A parent </w:t>
            </w:r>
            <w:r>
              <w:rPr>
                <w:rFonts w:eastAsia="Georgia" w:cs="Georgia"/>
                <w:b/>
                <w:bCs/>
                <w:color w:val="222222"/>
                <w:sz w:val="21"/>
              </w:rPr>
              <w:t>may need to</w:t>
            </w:r>
            <w:r w:rsidRPr="00753CD0">
              <w:rPr>
                <w:rFonts w:eastAsia="Georgia" w:cs="Georgia"/>
                <w:b/>
                <w:bCs/>
                <w:color w:val="222222"/>
                <w:sz w:val="21"/>
              </w:rPr>
              <w:t xml:space="preserve"> help you.</w:t>
            </w:r>
          </w:p>
        </w:tc>
      </w:tr>
      <w:tr w:rsidR="000D4DCB" w14:paraId="0F82934A" w14:textId="77777777">
        <w:tc>
          <w:tcPr>
            <w:tcW w:w="504" w:type="dxa"/>
            <w:tcMar>
              <w:top w:w="20" w:type="dxa"/>
              <w:left w:w="20" w:type="dxa"/>
              <w:bottom w:w="20" w:type="dxa"/>
              <w:right w:w="20" w:type="dxa"/>
            </w:tcMar>
          </w:tcPr>
          <w:p w14:paraId="4E6F6B2E"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236FB514" w14:textId="77777777" w:rsidR="000D4DCB" w:rsidRDefault="00091397">
            <w:r>
              <w:rPr>
                <w:rFonts w:eastAsia="Georgia" w:cs="Georgia"/>
                <w:color w:val="222222"/>
                <w:sz w:val="21"/>
              </w:rPr>
              <w:t>Read it or watch it. Then fill in your notes below.</w:t>
            </w:r>
          </w:p>
        </w:tc>
      </w:tr>
    </w:tbl>
    <w:p w14:paraId="1F593B40"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483FD3AD" w14:textId="77777777">
        <w:tc>
          <w:tcPr>
            <w:tcW w:w="10080" w:type="dxa"/>
            <w:shd w:val="clear" w:color="auto" w:fill="FBF6EC"/>
            <w:tcMar>
              <w:top w:w="70" w:type="dxa"/>
              <w:left w:w="140" w:type="dxa"/>
              <w:bottom w:w="70" w:type="dxa"/>
              <w:right w:w="140" w:type="dxa"/>
            </w:tcMar>
          </w:tcPr>
          <w:p w14:paraId="3D42D706" w14:textId="77777777" w:rsidR="000D4DCB" w:rsidRDefault="00091397">
            <w:r>
              <w:rPr>
                <w:rFonts w:ascii="Calibri" w:eastAsia="Calibri" w:hAnsi="Calibri" w:cs="Calibri"/>
                <w:b/>
                <w:color w:val="7A551C"/>
                <w:sz w:val="20"/>
              </w:rPr>
              <w:t xml:space="preserve">THINK ABOUT: </w:t>
            </w:r>
            <w:r>
              <w:rPr>
                <w:rFonts w:ascii="Calibri" w:eastAsia="Calibri" w:hAnsi="Calibri" w:cs="Calibri"/>
                <w:color w:val="3A2E1A"/>
                <w:sz w:val="20"/>
              </w:rPr>
              <w:t>Where and when was your hero born?  •  What was their family like?  •  What happened when they were young?</w:t>
            </w:r>
          </w:p>
        </w:tc>
      </w:tr>
    </w:tbl>
    <w:p w14:paraId="53A86D29"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304"/>
        <w:gridCol w:w="7776"/>
      </w:tblGrid>
      <w:tr w:rsidR="000D4DCB" w14:paraId="2070B6D4" w14:textId="77777777">
        <w:tc>
          <w:tcPr>
            <w:tcW w:w="10080" w:type="dxa"/>
            <w:gridSpan w:val="2"/>
            <w:shd w:val="clear" w:color="auto" w:fill="E8EEF5"/>
            <w:tcMar>
              <w:top w:w="50" w:type="dxa"/>
              <w:left w:w="120" w:type="dxa"/>
              <w:bottom w:w="50" w:type="dxa"/>
              <w:right w:w="120" w:type="dxa"/>
            </w:tcMar>
          </w:tcPr>
          <w:p w14:paraId="7F70AB83" w14:textId="77777777" w:rsidR="000D4DCB" w:rsidRDefault="00091397">
            <w:r>
              <w:rPr>
                <w:rFonts w:ascii="Calibri" w:eastAsia="Calibri" w:hAnsi="Calibri" w:cs="Calibri"/>
                <w:b/>
                <w:color w:val="1F3A5F"/>
                <w:sz w:val="23"/>
              </w:rPr>
              <w:t>Hero Notes</w:t>
            </w:r>
          </w:p>
        </w:tc>
      </w:tr>
      <w:tr w:rsidR="000D4DCB" w14:paraId="43AAEC99" w14:textId="77777777">
        <w:trPr>
          <w:trHeight w:val="1584"/>
        </w:trPr>
        <w:tc>
          <w:tcPr>
            <w:tcW w:w="2304" w:type="dxa"/>
            <w:shd w:val="clear" w:color="auto" w:fill="F4F7FA"/>
            <w:tcMar>
              <w:top w:w="50" w:type="dxa"/>
              <w:left w:w="100" w:type="dxa"/>
              <w:bottom w:w="50" w:type="dxa"/>
              <w:right w:w="80" w:type="dxa"/>
            </w:tcMar>
          </w:tcPr>
          <w:p w14:paraId="1F22AE9F" w14:textId="77777777" w:rsidR="000D4DCB" w:rsidRDefault="00091397">
            <w:r>
              <w:rPr>
                <w:rFonts w:ascii="Calibri" w:eastAsia="Calibri" w:hAnsi="Calibri" w:cs="Calibri"/>
                <w:b/>
                <w:color w:val="1F3A5F"/>
                <w:sz w:val="20"/>
              </w:rPr>
              <w:t>Something interesting or fun that I learned about my hero:</w:t>
            </w:r>
          </w:p>
        </w:tc>
        <w:tc>
          <w:tcPr>
            <w:tcW w:w="7776" w:type="dxa"/>
            <w:tcMar>
              <w:top w:w="50" w:type="dxa"/>
              <w:left w:w="100" w:type="dxa"/>
              <w:bottom w:w="50" w:type="dxa"/>
              <w:right w:w="100" w:type="dxa"/>
            </w:tcMar>
          </w:tcPr>
          <w:p w14:paraId="1091C7CE" w14:textId="77777777" w:rsidR="000D4DCB" w:rsidRDefault="000D4DCB"/>
        </w:tc>
      </w:tr>
      <w:tr w:rsidR="000D4DCB" w14:paraId="6F29F786" w14:textId="77777777">
        <w:trPr>
          <w:trHeight w:val="3024"/>
        </w:trPr>
        <w:tc>
          <w:tcPr>
            <w:tcW w:w="2304" w:type="dxa"/>
            <w:shd w:val="clear" w:color="auto" w:fill="F4F7FA"/>
            <w:tcMar>
              <w:top w:w="50" w:type="dxa"/>
              <w:left w:w="100" w:type="dxa"/>
              <w:bottom w:w="50" w:type="dxa"/>
              <w:right w:w="80" w:type="dxa"/>
            </w:tcMar>
          </w:tcPr>
          <w:p w14:paraId="0F437D5B" w14:textId="77777777" w:rsidR="000D4DCB" w:rsidRDefault="00091397">
            <w:r>
              <w:rPr>
                <w:rFonts w:ascii="Calibri" w:eastAsia="Calibri" w:hAnsi="Calibri" w:cs="Calibri"/>
                <w:b/>
                <w:color w:val="1F3A5F"/>
                <w:sz w:val="20"/>
              </w:rPr>
              <w:t>Did you learn anything about how your hero was like Jesus when they were young? If so, write it here.</w:t>
            </w:r>
          </w:p>
        </w:tc>
        <w:tc>
          <w:tcPr>
            <w:tcW w:w="7776" w:type="dxa"/>
            <w:tcMar>
              <w:top w:w="50" w:type="dxa"/>
              <w:left w:w="100" w:type="dxa"/>
              <w:bottom w:w="50" w:type="dxa"/>
              <w:right w:w="100" w:type="dxa"/>
            </w:tcMar>
          </w:tcPr>
          <w:p w14:paraId="2B2CC262" w14:textId="77777777" w:rsidR="000D4DCB" w:rsidRDefault="000D4DCB"/>
        </w:tc>
      </w:tr>
      <w:tr w:rsidR="000D4DCB" w14:paraId="6A6FA470" w14:textId="77777777">
        <w:trPr>
          <w:trHeight w:val="2016"/>
        </w:trPr>
        <w:tc>
          <w:tcPr>
            <w:tcW w:w="2304" w:type="dxa"/>
            <w:shd w:val="clear" w:color="auto" w:fill="F4F7FA"/>
            <w:tcMar>
              <w:top w:w="50" w:type="dxa"/>
              <w:left w:w="100" w:type="dxa"/>
              <w:bottom w:w="50" w:type="dxa"/>
              <w:right w:w="80" w:type="dxa"/>
            </w:tcMar>
          </w:tcPr>
          <w:p w14:paraId="3809CC49" w14:textId="77777777" w:rsidR="000D4DCB" w:rsidRDefault="00091397">
            <w:r>
              <w:rPr>
                <w:rFonts w:ascii="Calibri" w:eastAsia="Calibri" w:hAnsi="Calibri" w:cs="Calibri"/>
                <w:b/>
                <w:color w:val="1F3A5F"/>
                <w:sz w:val="20"/>
              </w:rPr>
              <w:t>Did you learn about a good quality your hero had and how they showed it when they were young?</w:t>
            </w:r>
          </w:p>
        </w:tc>
        <w:tc>
          <w:tcPr>
            <w:tcW w:w="7776" w:type="dxa"/>
            <w:tcMar>
              <w:top w:w="50" w:type="dxa"/>
              <w:left w:w="100" w:type="dxa"/>
              <w:bottom w:w="50" w:type="dxa"/>
              <w:right w:w="100" w:type="dxa"/>
            </w:tcMar>
          </w:tcPr>
          <w:p w14:paraId="6AEEE90E" w14:textId="77777777" w:rsidR="000D4DCB" w:rsidRDefault="000D4DCB"/>
        </w:tc>
      </w:tr>
    </w:tbl>
    <w:p w14:paraId="58043B2C" w14:textId="77777777" w:rsidR="000D4DCB" w:rsidRDefault="000D4DCB">
      <w:pPr>
        <w:spacing w:after="160" w:line="264" w:lineRule="auto"/>
      </w:pPr>
    </w:p>
    <w:p w14:paraId="355EE2B3"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rsidRPr="00753CD0" w14:paraId="50D3C82F" w14:textId="77777777">
        <w:tc>
          <w:tcPr>
            <w:tcW w:w="7632" w:type="dxa"/>
            <w:shd w:val="clear" w:color="auto" w:fill="1F3A5F"/>
            <w:tcMar>
              <w:top w:w="90" w:type="dxa"/>
              <w:left w:w="140" w:type="dxa"/>
              <w:bottom w:w="90" w:type="dxa"/>
              <w:right w:w="140" w:type="dxa"/>
            </w:tcMar>
            <w:vAlign w:val="center"/>
          </w:tcPr>
          <w:p w14:paraId="142BAD18"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6</w:t>
            </w:r>
          </w:p>
          <w:p w14:paraId="6A9C30CE" w14:textId="77777777" w:rsidR="000D4DCB" w:rsidRDefault="00091397">
            <w:r>
              <w:rPr>
                <w:rFonts w:ascii="Calibri" w:eastAsia="Calibri" w:hAnsi="Calibri" w:cs="Calibri"/>
                <w:b/>
                <w:color w:val="FFFFFF"/>
                <w:sz w:val="40"/>
              </w:rPr>
              <w:t>Research 2: Trials and Turning Points</w:t>
            </w:r>
          </w:p>
        </w:tc>
        <w:tc>
          <w:tcPr>
            <w:tcW w:w="2448" w:type="dxa"/>
            <w:shd w:val="clear" w:color="auto" w:fill="1F3A5F"/>
            <w:tcMar>
              <w:top w:w="90" w:type="dxa"/>
              <w:left w:w="140" w:type="dxa"/>
              <w:bottom w:w="90" w:type="dxa"/>
              <w:right w:w="140" w:type="dxa"/>
            </w:tcMar>
            <w:vAlign w:val="center"/>
          </w:tcPr>
          <w:p w14:paraId="05094CCB" w14:textId="77777777" w:rsidR="00753CD0" w:rsidRPr="00D53B4F" w:rsidRDefault="00091397" w:rsidP="00D53B4F">
            <w:pPr>
              <w:jc w:val="right"/>
              <w:rPr>
                <w:rFonts w:ascii="Calibri" w:eastAsia="Calibri" w:hAnsi="Calibri" w:cs="Calibri"/>
                <w:color w:val="C8D6E5"/>
                <w:sz w:val="18"/>
              </w:rPr>
            </w:pPr>
            <w:r w:rsidRPr="00D53B4F">
              <w:rPr>
                <w:rFonts w:ascii="Calibri" w:eastAsia="Calibri" w:hAnsi="Calibri" w:cs="Calibri"/>
                <w:color w:val="C8D6E5"/>
                <w:sz w:val="18"/>
              </w:rPr>
              <w:t>About 15–20 minutes</w:t>
            </w:r>
          </w:p>
        </w:tc>
      </w:tr>
    </w:tbl>
    <w:p w14:paraId="67B39501" w14:textId="77777777" w:rsidR="000D4DCB" w:rsidRDefault="000D4DCB">
      <w:pPr>
        <w:spacing w:line="264" w:lineRule="auto"/>
      </w:pPr>
    </w:p>
    <w:p w14:paraId="6F6830B6"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Learn how your hero was strong during a hard time.</w:t>
      </w:r>
    </w:p>
    <w:p w14:paraId="0B219ECC" w14:textId="77777777" w:rsidR="000D4DCB" w:rsidRDefault="000D4DCB">
      <w:pPr>
        <w:spacing w:line="264" w:lineRule="auto"/>
      </w:pPr>
    </w:p>
    <w:p w14:paraId="23D5A22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C794BFB" w14:textId="77777777">
        <w:tc>
          <w:tcPr>
            <w:tcW w:w="504" w:type="dxa"/>
            <w:tcMar>
              <w:top w:w="20" w:type="dxa"/>
              <w:left w:w="20" w:type="dxa"/>
              <w:bottom w:w="20" w:type="dxa"/>
              <w:right w:w="20" w:type="dxa"/>
            </w:tcMar>
          </w:tcPr>
          <w:p w14:paraId="55BA3B75"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6487E56C" w14:textId="77777777" w:rsidR="000D4DCB" w:rsidRDefault="00D53B4F">
            <w:r>
              <w:rPr>
                <w:rFonts w:eastAsia="Georgia" w:cs="Georgia"/>
                <w:color w:val="222222"/>
                <w:sz w:val="21"/>
              </w:rPr>
              <w:t>Research in a book, article, video, or family record about a</w:t>
            </w:r>
            <w:r w:rsidR="00091397">
              <w:rPr>
                <w:rFonts w:eastAsia="Georgia" w:cs="Georgia"/>
                <w:color w:val="222222"/>
                <w:sz w:val="21"/>
              </w:rPr>
              <w:t xml:space="preserve"> hard time in your hero's life. </w:t>
            </w:r>
            <w:r w:rsidR="00091397" w:rsidRPr="00753CD0">
              <w:rPr>
                <w:rFonts w:eastAsia="Georgia" w:cs="Georgia"/>
                <w:b/>
                <w:bCs/>
                <w:color w:val="222222"/>
                <w:sz w:val="21"/>
              </w:rPr>
              <w:t xml:space="preserve">A parent </w:t>
            </w:r>
            <w:r w:rsidR="00753CD0">
              <w:rPr>
                <w:rFonts w:eastAsia="Georgia" w:cs="Georgia"/>
                <w:b/>
                <w:bCs/>
                <w:color w:val="222222"/>
                <w:sz w:val="21"/>
              </w:rPr>
              <w:t>may need to</w:t>
            </w:r>
            <w:r w:rsidR="00091397" w:rsidRPr="00753CD0">
              <w:rPr>
                <w:rFonts w:eastAsia="Georgia" w:cs="Georgia"/>
                <w:b/>
                <w:bCs/>
                <w:color w:val="222222"/>
                <w:sz w:val="21"/>
              </w:rPr>
              <w:t xml:space="preserve"> help you.</w:t>
            </w:r>
          </w:p>
        </w:tc>
      </w:tr>
      <w:tr w:rsidR="000D4DCB" w14:paraId="5FD2166E" w14:textId="77777777">
        <w:tc>
          <w:tcPr>
            <w:tcW w:w="504" w:type="dxa"/>
            <w:tcMar>
              <w:top w:w="20" w:type="dxa"/>
              <w:left w:w="20" w:type="dxa"/>
              <w:bottom w:w="20" w:type="dxa"/>
              <w:right w:w="20" w:type="dxa"/>
            </w:tcMar>
          </w:tcPr>
          <w:p w14:paraId="6464BDAA"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07CD08AA" w14:textId="77777777" w:rsidR="000D4DCB" w:rsidRDefault="00091397">
            <w:r>
              <w:rPr>
                <w:rFonts w:eastAsia="Georgia" w:cs="Georgia"/>
                <w:color w:val="222222"/>
                <w:sz w:val="21"/>
              </w:rPr>
              <w:t>Read it or watch it. Then fill in your notes below.</w:t>
            </w:r>
          </w:p>
        </w:tc>
      </w:tr>
    </w:tbl>
    <w:p w14:paraId="19B36E67"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0D4DCB" w14:paraId="5B178904" w14:textId="77777777">
        <w:tc>
          <w:tcPr>
            <w:tcW w:w="10080" w:type="dxa"/>
            <w:gridSpan w:val="2"/>
            <w:shd w:val="clear" w:color="auto" w:fill="E8EEF5"/>
            <w:tcMar>
              <w:top w:w="50" w:type="dxa"/>
              <w:left w:w="120" w:type="dxa"/>
              <w:bottom w:w="50" w:type="dxa"/>
              <w:right w:w="120" w:type="dxa"/>
            </w:tcMar>
          </w:tcPr>
          <w:p w14:paraId="139F233D" w14:textId="77777777" w:rsidR="000D4DCB" w:rsidRDefault="00091397">
            <w:r>
              <w:rPr>
                <w:rFonts w:ascii="Calibri" w:eastAsia="Calibri" w:hAnsi="Calibri" w:cs="Calibri"/>
                <w:b/>
                <w:color w:val="1F3A5F"/>
                <w:sz w:val="23"/>
              </w:rPr>
              <w:t>A Hard Time</w:t>
            </w:r>
          </w:p>
        </w:tc>
      </w:tr>
      <w:tr w:rsidR="000D4DCB" w14:paraId="420FDD94" w14:textId="77777777">
        <w:tc>
          <w:tcPr>
            <w:tcW w:w="5040" w:type="dxa"/>
            <w:shd w:val="clear" w:color="auto" w:fill="F4F7FA"/>
            <w:tcMar>
              <w:top w:w="40" w:type="dxa"/>
              <w:left w:w="100" w:type="dxa"/>
              <w:bottom w:w="40" w:type="dxa"/>
              <w:right w:w="80" w:type="dxa"/>
            </w:tcMar>
          </w:tcPr>
          <w:p w14:paraId="30F03E96" w14:textId="77777777" w:rsidR="000D4DCB" w:rsidRDefault="00091397">
            <w:r>
              <w:rPr>
                <w:rFonts w:ascii="Calibri" w:eastAsia="Calibri" w:hAnsi="Calibri" w:cs="Calibri"/>
                <w:b/>
                <w:color w:val="1F3A5F"/>
                <w:sz w:val="20"/>
              </w:rPr>
              <w:t>Something hard or sad that happened to my hero</w:t>
            </w:r>
          </w:p>
        </w:tc>
        <w:tc>
          <w:tcPr>
            <w:tcW w:w="5040" w:type="dxa"/>
            <w:shd w:val="clear" w:color="auto" w:fill="F4F7FA"/>
            <w:tcMar>
              <w:top w:w="40" w:type="dxa"/>
              <w:left w:w="100" w:type="dxa"/>
              <w:bottom w:w="40" w:type="dxa"/>
              <w:right w:w="80" w:type="dxa"/>
            </w:tcMar>
          </w:tcPr>
          <w:p w14:paraId="0B9DDC0F" w14:textId="77777777" w:rsidR="000D4DCB" w:rsidRDefault="00091397">
            <w:r>
              <w:rPr>
                <w:rFonts w:ascii="Calibri" w:eastAsia="Calibri" w:hAnsi="Calibri" w:cs="Calibri"/>
                <w:b/>
                <w:color w:val="1F3A5F"/>
                <w:sz w:val="20"/>
              </w:rPr>
              <w:t>What my hero did</w:t>
            </w:r>
          </w:p>
        </w:tc>
      </w:tr>
      <w:tr w:rsidR="000D4DCB" w14:paraId="249F1AA8" w14:textId="77777777">
        <w:trPr>
          <w:trHeight w:val="2736"/>
        </w:trPr>
        <w:tc>
          <w:tcPr>
            <w:tcW w:w="5040" w:type="dxa"/>
            <w:tcMar>
              <w:top w:w="50" w:type="dxa"/>
              <w:left w:w="100" w:type="dxa"/>
              <w:bottom w:w="50" w:type="dxa"/>
              <w:right w:w="100" w:type="dxa"/>
            </w:tcMar>
          </w:tcPr>
          <w:p w14:paraId="75B43E18" w14:textId="77777777" w:rsidR="000D4DCB" w:rsidRDefault="000D4DCB"/>
        </w:tc>
        <w:tc>
          <w:tcPr>
            <w:tcW w:w="5040" w:type="dxa"/>
            <w:tcMar>
              <w:top w:w="50" w:type="dxa"/>
              <w:left w:w="100" w:type="dxa"/>
              <w:bottom w:w="50" w:type="dxa"/>
              <w:right w:w="100" w:type="dxa"/>
            </w:tcMar>
          </w:tcPr>
          <w:p w14:paraId="1EBF1BED" w14:textId="77777777" w:rsidR="000D4DCB" w:rsidRDefault="000D4DCB"/>
        </w:tc>
      </w:tr>
    </w:tbl>
    <w:p w14:paraId="06CE646B"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92"/>
        <w:gridCol w:w="7488"/>
      </w:tblGrid>
      <w:tr w:rsidR="000D4DCB" w14:paraId="0D782AD1" w14:textId="77777777">
        <w:tc>
          <w:tcPr>
            <w:tcW w:w="10080" w:type="dxa"/>
            <w:gridSpan w:val="2"/>
            <w:shd w:val="clear" w:color="auto" w:fill="E8EEF5"/>
            <w:tcMar>
              <w:top w:w="50" w:type="dxa"/>
              <w:left w:w="120" w:type="dxa"/>
              <w:bottom w:w="50" w:type="dxa"/>
              <w:right w:w="120" w:type="dxa"/>
            </w:tcMar>
          </w:tcPr>
          <w:p w14:paraId="36EF17FE" w14:textId="77777777" w:rsidR="000D4DCB" w:rsidRDefault="00091397">
            <w:r>
              <w:rPr>
                <w:rFonts w:ascii="Calibri" w:eastAsia="Calibri" w:hAnsi="Calibri" w:cs="Calibri"/>
                <w:b/>
                <w:color w:val="1F3A5F"/>
                <w:sz w:val="23"/>
              </w:rPr>
              <w:t>Faith During Hard Times</w:t>
            </w:r>
          </w:p>
        </w:tc>
      </w:tr>
      <w:tr w:rsidR="000D4DCB" w14:paraId="5CCA45FE" w14:textId="77777777">
        <w:trPr>
          <w:trHeight w:val="2016"/>
        </w:trPr>
        <w:tc>
          <w:tcPr>
            <w:tcW w:w="2592" w:type="dxa"/>
            <w:shd w:val="clear" w:color="auto" w:fill="F4F7FA"/>
            <w:tcMar>
              <w:top w:w="50" w:type="dxa"/>
              <w:left w:w="100" w:type="dxa"/>
              <w:bottom w:w="50" w:type="dxa"/>
              <w:right w:w="80" w:type="dxa"/>
            </w:tcMar>
          </w:tcPr>
          <w:p w14:paraId="560F4899" w14:textId="77777777" w:rsidR="000D4DCB" w:rsidRDefault="00091397">
            <w:r>
              <w:rPr>
                <w:rFonts w:ascii="Calibri" w:eastAsia="Calibri" w:hAnsi="Calibri" w:cs="Calibri"/>
                <w:b/>
                <w:color w:val="1F3A5F"/>
                <w:sz w:val="20"/>
              </w:rPr>
              <w:t>What helped my hero be strong?</w:t>
            </w:r>
          </w:p>
        </w:tc>
        <w:tc>
          <w:tcPr>
            <w:tcW w:w="7488" w:type="dxa"/>
            <w:tcMar>
              <w:top w:w="50" w:type="dxa"/>
              <w:left w:w="100" w:type="dxa"/>
              <w:bottom w:w="50" w:type="dxa"/>
              <w:right w:w="100" w:type="dxa"/>
            </w:tcMar>
          </w:tcPr>
          <w:p w14:paraId="23610A06" w14:textId="77777777" w:rsidR="000D4DCB" w:rsidRDefault="000D4DCB"/>
        </w:tc>
      </w:tr>
      <w:tr w:rsidR="000D4DCB" w14:paraId="7756E1DC" w14:textId="77777777">
        <w:trPr>
          <w:trHeight w:val="1152"/>
        </w:trPr>
        <w:tc>
          <w:tcPr>
            <w:tcW w:w="2592" w:type="dxa"/>
            <w:shd w:val="clear" w:color="auto" w:fill="F4F7FA"/>
            <w:tcMar>
              <w:top w:w="50" w:type="dxa"/>
              <w:left w:w="100" w:type="dxa"/>
              <w:bottom w:w="50" w:type="dxa"/>
              <w:right w:w="80" w:type="dxa"/>
            </w:tcMar>
          </w:tcPr>
          <w:p w14:paraId="56EC1BDB" w14:textId="77777777" w:rsidR="000D4DCB" w:rsidRDefault="00091397">
            <w:r>
              <w:rPr>
                <w:rFonts w:ascii="Calibri" w:eastAsia="Calibri" w:hAnsi="Calibri" w:cs="Calibri"/>
                <w:b/>
                <w:color w:val="1F3A5F"/>
                <w:sz w:val="20"/>
              </w:rPr>
              <w:t>A good quality my hero showed:</w:t>
            </w:r>
          </w:p>
        </w:tc>
        <w:tc>
          <w:tcPr>
            <w:tcW w:w="7488" w:type="dxa"/>
            <w:tcMar>
              <w:top w:w="50" w:type="dxa"/>
              <w:left w:w="100" w:type="dxa"/>
              <w:bottom w:w="50" w:type="dxa"/>
              <w:right w:w="100" w:type="dxa"/>
            </w:tcMar>
          </w:tcPr>
          <w:p w14:paraId="3AF580B1" w14:textId="77777777" w:rsidR="000D4DCB" w:rsidRDefault="000D4DCB"/>
        </w:tc>
      </w:tr>
    </w:tbl>
    <w:p w14:paraId="5B23B3C6" w14:textId="77777777" w:rsidR="000D4DCB" w:rsidRDefault="000D4DCB">
      <w:pPr>
        <w:spacing w:after="160" w:line="264" w:lineRule="auto"/>
      </w:pPr>
    </w:p>
    <w:p w14:paraId="03B4A0B4"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rsidRPr="00753CD0" w14:paraId="500A787F" w14:textId="77777777">
        <w:tc>
          <w:tcPr>
            <w:tcW w:w="7632" w:type="dxa"/>
            <w:shd w:val="clear" w:color="auto" w:fill="1F3A5F"/>
            <w:tcMar>
              <w:top w:w="90" w:type="dxa"/>
              <w:left w:w="140" w:type="dxa"/>
              <w:bottom w:w="90" w:type="dxa"/>
              <w:right w:w="140" w:type="dxa"/>
            </w:tcMar>
            <w:vAlign w:val="center"/>
          </w:tcPr>
          <w:p w14:paraId="4385D0D6"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7</w:t>
            </w:r>
          </w:p>
          <w:p w14:paraId="7FA98B76" w14:textId="77777777" w:rsidR="000D4DCB" w:rsidRDefault="00091397">
            <w:r>
              <w:rPr>
                <w:rFonts w:ascii="Calibri" w:eastAsia="Calibri" w:hAnsi="Calibri" w:cs="Calibri"/>
                <w:b/>
                <w:color w:val="FFFFFF"/>
                <w:sz w:val="40"/>
              </w:rPr>
              <w:t>Research 3: Life's Great Work</w:t>
            </w:r>
          </w:p>
        </w:tc>
        <w:tc>
          <w:tcPr>
            <w:tcW w:w="2448" w:type="dxa"/>
            <w:shd w:val="clear" w:color="auto" w:fill="1F3A5F"/>
            <w:tcMar>
              <w:top w:w="90" w:type="dxa"/>
              <w:left w:w="140" w:type="dxa"/>
              <w:bottom w:w="90" w:type="dxa"/>
              <w:right w:w="140" w:type="dxa"/>
            </w:tcMar>
            <w:vAlign w:val="center"/>
          </w:tcPr>
          <w:p w14:paraId="26583963" w14:textId="77777777" w:rsidR="000D4DCB" w:rsidRPr="00753CD0" w:rsidRDefault="00091397">
            <w:pPr>
              <w:jc w:val="right"/>
              <w:rPr>
                <w:rFonts w:ascii="Calibri" w:eastAsia="Calibri" w:hAnsi="Calibri" w:cs="Calibri"/>
                <w:b/>
                <w:bCs/>
                <w:color w:val="C8D6E5"/>
                <w:sz w:val="18"/>
              </w:rPr>
            </w:pPr>
            <w:r w:rsidRPr="00753CD0">
              <w:rPr>
                <w:rFonts w:ascii="Calibri" w:eastAsia="Calibri" w:hAnsi="Calibri" w:cs="Calibri"/>
                <w:b/>
                <w:bCs/>
                <w:color w:val="C8D6E5"/>
                <w:sz w:val="18"/>
              </w:rPr>
              <w:t>About 15–20 minutes</w:t>
            </w:r>
          </w:p>
          <w:p w14:paraId="219E46AF" w14:textId="77777777" w:rsidR="00753CD0" w:rsidRPr="00753CD0" w:rsidRDefault="00753CD0">
            <w:pPr>
              <w:jc w:val="right"/>
              <w:rPr>
                <w:b/>
                <w:bCs/>
              </w:rPr>
            </w:pPr>
            <w:r w:rsidRPr="00753CD0">
              <w:rPr>
                <w:rFonts w:ascii="Calibri" w:eastAsia="Calibri" w:hAnsi="Calibri" w:cs="Calibri"/>
                <w:b/>
                <w:bCs/>
                <w:color w:val="C8D6E5"/>
                <w:sz w:val="18"/>
              </w:rPr>
              <w:t>Parent Help May Be Needed</w:t>
            </w:r>
          </w:p>
        </w:tc>
      </w:tr>
    </w:tbl>
    <w:p w14:paraId="3CBD8092" w14:textId="77777777" w:rsidR="000D4DCB" w:rsidRDefault="000D4DCB">
      <w:pPr>
        <w:spacing w:line="264" w:lineRule="auto"/>
      </w:pPr>
    </w:p>
    <w:p w14:paraId="4CFA321C"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Learn about the great things your hero did to help others.</w:t>
      </w:r>
    </w:p>
    <w:p w14:paraId="35614A8B" w14:textId="77777777" w:rsidR="000D4DCB" w:rsidRDefault="000D4DCB">
      <w:pPr>
        <w:spacing w:line="264" w:lineRule="auto"/>
      </w:pPr>
    </w:p>
    <w:p w14:paraId="70757F53"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7375FF1F" w14:textId="77777777">
        <w:tc>
          <w:tcPr>
            <w:tcW w:w="504" w:type="dxa"/>
            <w:tcMar>
              <w:top w:w="20" w:type="dxa"/>
              <w:left w:w="20" w:type="dxa"/>
              <w:bottom w:w="20" w:type="dxa"/>
              <w:right w:w="20" w:type="dxa"/>
            </w:tcMar>
          </w:tcPr>
          <w:p w14:paraId="66A28245"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036C794C" w14:textId="77777777" w:rsidR="000D4DCB" w:rsidRDefault="00D53B4F">
            <w:r>
              <w:rPr>
                <w:rFonts w:eastAsia="Georgia" w:cs="Georgia"/>
                <w:color w:val="222222"/>
                <w:sz w:val="21"/>
              </w:rPr>
              <w:t xml:space="preserve">Research in a book, article, video, or family record about something inspiring that your hero did during their life. </w:t>
            </w:r>
            <w:r w:rsidRPr="00753CD0">
              <w:rPr>
                <w:rFonts w:eastAsia="Georgia" w:cs="Georgia"/>
                <w:b/>
                <w:bCs/>
                <w:color w:val="222222"/>
                <w:sz w:val="21"/>
              </w:rPr>
              <w:t xml:space="preserve">A parent </w:t>
            </w:r>
            <w:r>
              <w:rPr>
                <w:rFonts w:eastAsia="Georgia" w:cs="Georgia"/>
                <w:b/>
                <w:bCs/>
                <w:color w:val="222222"/>
                <w:sz w:val="21"/>
              </w:rPr>
              <w:t>may need to</w:t>
            </w:r>
            <w:r w:rsidRPr="00753CD0">
              <w:rPr>
                <w:rFonts w:eastAsia="Georgia" w:cs="Georgia"/>
                <w:b/>
                <w:bCs/>
                <w:color w:val="222222"/>
                <w:sz w:val="21"/>
              </w:rPr>
              <w:t xml:space="preserve"> help you.</w:t>
            </w:r>
          </w:p>
        </w:tc>
      </w:tr>
      <w:tr w:rsidR="000D4DCB" w14:paraId="147F54D3" w14:textId="77777777">
        <w:tc>
          <w:tcPr>
            <w:tcW w:w="504" w:type="dxa"/>
            <w:tcMar>
              <w:top w:w="20" w:type="dxa"/>
              <w:left w:w="20" w:type="dxa"/>
              <w:bottom w:w="20" w:type="dxa"/>
              <w:right w:w="20" w:type="dxa"/>
            </w:tcMar>
          </w:tcPr>
          <w:p w14:paraId="10C9300A"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144B924" w14:textId="77777777" w:rsidR="000D4DCB" w:rsidRDefault="00091397">
            <w:r>
              <w:rPr>
                <w:rFonts w:eastAsia="Georgia" w:cs="Georgia"/>
                <w:color w:val="222222"/>
                <w:sz w:val="21"/>
              </w:rPr>
              <w:t>Read it or watch it. Then fill in your notes below.</w:t>
            </w:r>
          </w:p>
        </w:tc>
      </w:tr>
    </w:tbl>
    <w:p w14:paraId="73E5E5B6"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0D4DCB" w14:paraId="0535130C" w14:textId="77777777">
        <w:tc>
          <w:tcPr>
            <w:tcW w:w="10080" w:type="dxa"/>
            <w:gridSpan w:val="2"/>
            <w:shd w:val="clear" w:color="auto" w:fill="E8EEF5"/>
            <w:tcMar>
              <w:top w:w="50" w:type="dxa"/>
              <w:left w:w="120" w:type="dxa"/>
              <w:bottom w:w="50" w:type="dxa"/>
              <w:right w:w="120" w:type="dxa"/>
            </w:tcMar>
          </w:tcPr>
          <w:p w14:paraId="55AA66C2" w14:textId="77777777" w:rsidR="000D4DCB" w:rsidRDefault="00091397">
            <w:r>
              <w:rPr>
                <w:rFonts w:ascii="Calibri" w:eastAsia="Calibri" w:hAnsi="Calibri" w:cs="Calibri"/>
                <w:b/>
                <w:color w:val="1F3A5F"/>
                <w:sz w:val="23"/>
              </w:rPr>
              <w:t>My Hero's Great Work</w:t>
            </w:r>
          </w:p>
        </w:tc>
      </w:tr>
      <w:tr w:rsidR="000D4DCB" w14:paraId="30E7CA19" w14:textId="77777777">
        <w:tc>
          <w:tcPr>
            <w:tcW w:w="5040" w:type="dxa"/>
            <w:shd w:val="clear" w:color="auto" w:fill="F4F7FA"/>
            <w:tcMar>
              <w:top w:w="40" w:type="dxa"/>
              <w:left w:w="100" w:type="dxa"/>
              <w:bottom w:w="40" w:type="dxa"/>
              <w:right w:w="80" w:type="dxa"/>
            </w:tcMar>
          </w:tcPr>
          <w:p w14:paraId="60285C6B" w14:textId="77777777" w:rsidR="000D4DCB" w:rsidRDefault="00091397">
            <w:r>
              <w:rPr>
                <w:rFonts w:ascii="Calibri" w:eastAsia="Calibri" w:hAnsi="Calibri" w:cs="Calibri"/>
                <w:b/>
                <w:color w:val="1F3A5F"/>
                <w:sz w:val="20"/>
              </w:rPr>
              <w:t xml:space="preserve">Something </w:t>
            </w:r>
            <w:r w:rsidR="00D53B4F">
              <w:rPr>
                <w:rFonts w:ascii="Calibri" w:eastAsia="Calibri" w:hAnsi="Calibri" w:cs="Calibri"/>
                <w:b/>
                <w:color w:val="1F3A5F"/>
                <w:sz w:val="20"/>
              </w:rPr>
              <w:t>inspiring</w:t>
            </w:r>
            <w:r>
              <w:rPr>
                <w:rFonts w:ascii="Calibri" w:eastAsia="Calibri" w:hAnsi="Calibri" w:cs="Calibri"/>
                <w:b/>
                <w:color w:val="1F3A5F"/>
                <w:sz w:val="20"/>
              </w:rPr>
              <w:t xml:space="preserve"> my hero did</w:t>
            </w:r>
          </w:p>
        </w:tc>
        <w:tc>
          <w:tcPr>
            <w:tcW w:w="5040" w:type="dxa"/>
            <w:shd w:val="clear" w:color="auto" w:fill="F4F7FA"/>
            <w:tcMar>
              <w:top w:w="40" w:type="dxa"/>
              <w:left w:w="100" w:type="dxa"/>
              <w:bottom w:w="40" w:type="dxa"/>
              <w:right w:w="80" w:type="dxa"/>
            </w:tcMar>
          </w:tcPr>
          <w:p w14:paraId="076E6365" w14:textId="77777777" w:rsidR="000D4DCB" w:rsidRDefault="00091397">
            <w:r>
              <w:rPr>
                <w:rFonts w:ascii="Calibri" w:eastAsia="Calibri" w:hAnsi="Calibri" w:cs="Calibri"/>
                <w:b/>
                <w:color w:val="1F3A5F"/>
                <w:sz w:val="20"/>
              </w:rPr>
              <w:t>Who it helped and how</w:t>
            </w:r>
          </w:p>
        </w:tc>
      </w:tr>
      <w:tr w:rsidR="000D4DCB" w14:paraId="7A35FD20" w14:textId="77777777">
        <w:trPr>
          <w:trHeight w:val="2736"/>
        </w:trPr>
        <w:tc>
          <w:tcPr>
            <w:tcW w:w="5040" w:type="dxa"/>
            <w:tcMar>
              <w:top w:w="50" w:type="dxa"/>
              <w:left w:w="100" w:type="dxa"/>
              <w:bottom w:w="50" w:type="dxa"/>
              <w:right w:w="100" w:type="dxa"/>
            </w:tcMar>
          </w:tcPr>
          <w:p w14:paraId="4740E198" w14:textId="77777777" w:rsidR="000D4DCB" w:rsidRDefault="000D4DCB"/>
        </w:tc>
        <w:tc>
          <w:tcPr>
            <w:tcW w:w="5040" w:type="dxa"/>
            <w:tcMar>
              <w:top w:w="50" w:type="dxa"/>
              <w:left w:w="100" w:type="dxa"/>
              <w:bottom w:w="50" w:type="dxa"/>
              <w:right w:w="100" w:type="dxa"/>
            </w:tcMar>
          </w:tcPr>
          <w:p w14:paraId="1F1B6D1F" w14:textId="77777777" w:rsidR="000D4DCB" w:rsidRDefault="000D4DCB"/>
        </w:tc>
      </w:tr>
    </w:tbl>
    <w:p w14:paraId="043C9DAE"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92"/>
        <w:gridCol w:w="7488"/>
      </w:tblGrid>
      <w:tr w:rsidR="000D4DCB" w14:paraId="6E2D3B1C" w14:textId="77777777">
        <w:tc>
          <w:tcPr>
            <w:tcW w:w="10080" w:type="dxa"/>
            <w:gridSpan w:val="2"/>
            <w:shd w:val="clear" w:color="auto" w:fill="E8EEF5"/>
            <w:tcMar>
              <w:top w:w="50" w:type="dxa"/>
              <w:left w:w="120" w:type="dxa"/>
              <w:bottom w:w="50" w:type="dxa"/>
              <w:right w:w="120" w:type="dxa"/>
            </w:tcMar>
          </w:tcPr>
          <w:p w14:paraId="2479C2A7" w14:textId="77777777" w:rsidR="000D4DCB" w:rsidRDefault="00091397">
            <w:r>
              <w:rPr>
                <w:rFonts w:ascii="Calibri" w:eastAsia="Calibri" w:hAnsi="Calibri" w:cs="Calibri"/>
                <w:b/>
                <w:color w:val="1F3A5F"/>
                <w:sz w:val="23"/>
              </w:rPr>
              <w:t>The Heart Behind It</w:t>
            </w:r>
          </w:p>
        </w:tc>
      </w:tr>
      <w:tr w:rsidR="000D4DCB" w14:paraId="37072B0D" w14:textId="77777777">
        <w:trPr>
          <w:trHeight w:val="1872"/>
        </w:trPr>
        <w:tc>
          <w:tcPr>
            <w:tcW w:w="2592" w:type="dxa"/>
            <w:shd w:val="clear" w:color="auto" w:fill="F4F7FA"/>
            <w:tcMar>
              <w:top w:w="50" w:type="dxa"/>
              <w:left w:w="100" w:type="dxa"/>
              <w:bottom w:w="50" w:type="dxa"/>
              <w:right w:w="80" w:type="dxa"/>
            </w:tcMar>
          </w:tcPr>
          <w:p w14:paraId="58419516" w14:textId="77777777" w:rsidR="000D4DCB" w:rsidRDefault="00091397">
            <w:r>
              <w:rPr>
                <w:rFonts w:ascii="Calibri" w:eastAsia="Calibri" w:hAnsi="Calibri" w:cs="Calibri"/>
                <w:b/>
                <w:color w:val="1F3A5F"/>
                <w:sz w:val="20"/>
              </w:rPr>
              <w:t>How my hero kept going when it was hard:</w:t>
            </w:r>
          </w:p>
        </w:tc>
        <w:tc>
          <w:tcPr>
            <w:tcW w:w="7488" w:type="dxa"/>
            <w:tcMar>
              <w:top w:w="50" w:type="dxa"/>
              <w:left w:w="100" w:type="dxa"/>
              <w:bottom w:w="50" w:type="dxa"/>
              <w:right w:w="100" w:type="dxa"/>
            </w:tcMar>
          </w:tcPr>
          <w:p w14:paraId="670146D4" w14:textId="77777777" w:rsidR="000D4DCB" w:rsidRDefault="000D4DCB"/>
        </w:tc>
      </w:tr>
      <w:tr w:rsidR="000D4DCB" w14:paraId="78FED597" w14:textId="77777777">
        <w:trPr>
          <w:trHeight w:val="1872"/>
        </w:trPr>
        <w:tc>
          <w:tcPr>
            <w:tcW w:w="2592" w:type="dxa"/>
            <w:shd w:val="clear" w:color="auto" w:fill="F4F7FA"/>
            <w:tcMar>
              <w:top w:w="50" w:type="dxa"/>
              <w:left w:w="100" w:type="dxa"/>
              <w:bottom w:w="50" w:type="dxa"/>
              <w:right w:w="80" w:type="dxa"/>
            </w:tcMar>
          </w:tcPr>
          <w:p w14:paraId="290B6B1D" w14:textId="77777777" w:rsidR="000D4DCB" w:rsidRDefault="00091397">
            <w:r>
              <w:rPr>
                <w:rFonts w:ascii="Calibri" w:eastAsia="Calibri" w:hAnsi="Calibri" w:cs="Calibri"/>
                <w:b/>
                <w:color w:val="1F3A5F"/>
                <w:sz w:val="20"/>
              </w:rPr>
              <w:t>Why my hero did this work:</w:t>
            </w:r>
          </w:p>
        </w:tc>
        <w:tc>
          <w:tcPr>
            <w:tcW w:w="7488" w:type="dxa"/>
            <w:tcMar>
              <w:top w:w="50" w:type="dxa"/>
              <w:left w:w="100" w:type="dxa"/>
              <w:bottom w:w="50" w:type="dxa"/>
              <w:right w:w="100" w:type="dxa"/>
            </w:tcMar>
          </w:tcPr>
          <w:p w14:paraId="361905C3" w14:textId="77777777" w:rsidR="000D4DCB" w:rsidRDefault="000D4DCB"/>
        </w:tc>
      </w:tr>
    </w:tbl>
    <w:p w14:paraId="6354F432" w14:textId="77777777" w:rsidR="000D4DCB" w:rsidRDefault="000D4DCB">
      <w:pPr>
        <w:spacing w:after="160" w:line="264" w:lineRule="auto"/>
      </w:pPr>
    </w:p>
    <w:p w14:paraId="4D29030C"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23DD8734" w14:textId="77777777">
        <w:tc>
          <w:tcPr>
            <w:tcW w:w="7632" w:type="dxa"/>
            <w:shd w:val="clear" w:color="auto" w:fill="1F3A5F"/>
            <w:tcMar>
              <w:top w:w="90" w:type="dxa"/>
              <w:left w:w="140" w:type="dxa"/>
              <w:bottom w:w="90" w:type="dxa"/>
              <w:right w:w="140" w:type="dxa"/>
            </w:tcMar>
            <w:vAlign w:val="center"/>
          </w:tcPr>
          <w:p w14:paraId="3966B7E1"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8</w:t>
            </w:r>
          </w:p>
          <w:p w14:paraId="34A90862" w14:textId="77777777" w:rsidR="000D4DCB" w:rsidRDefault="00091397">
            <w:r>
              <w:rPr>
                <w:rFonts w:ascii="Calibri" w:eastAsia="Calibri" w:hAnsi="Calibri" w:cs="Calibri"/>
                <w:b/>
                <w:color w:val="FFFFFF"/>
                <w:sz w:val="40"/>
              </w:rPr>
              <w:t>Research 4: Faith and Legacy</w:t>
            </w:r>
          </w:p>
        </w:tc>
        <w:tc>
          <w:tcPr>
            <w:tcW w:w="2448" w:type="dxa"/>
            <w:shd w:val="clear" w:color="auto" w:fill="1F3A5F"/>
            <w:tcMar>
              <w:top w:w="90" w:type="dxa"/>
              <w:left w:w="140" w:type="dxa"/>
              <w:bottom w:w="90" w:type="dxa"/>
              <w:right w:w="140" w:type="dxa"/>
            </w:tcMar>
            <w:vAlign w:val="center"/>
          </w:tcPr>
          <w:p w14:paraId="53B362AE" w14:textId="77777777" w:rsidR="000D4DCB" w:rsidRDefault="00091397">
            <w:pPr>
              <w:jc w:val="right"/>
            </w:pPr>
            <w:r>
              <w:rPr>
                <w:rFonts w:ascii="Calibri" w:eastAsia="Calibri" w:hAnsi="Calibri" w:cs="Calibri"/>
                <w:color w:val="C8D6E5"/>
                <w:sz w:val="18"/>
              </w:rPr>
              <w:t>About 15–20 minutes</w:t>
            </w:r>
          </w:p>
        </w:tc>
      </w:tr>
    </w:tbl>
    <w:p w14:paraId="04988F24" w14:textId="77777777" w:rsidR="000D4DCB" w:rsidRDefault="000D4DCB">
      <w:pPr>
        <w:spacing w:line="264" w:lineRule="auto"/>
      </w:pPr>
    </w:p>
    <w:p w14:paraId="6BB802DC"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Learn about your hero's faith and how people remember them.</w:t>
      </w:r>
    </w:p>
    <w:p w14:paraId="0D52A743" w14:textId="77777777" w:rsidR="000D4DCB" w:rsidRDefault="000D4DCB">
      <w:pPr>
        <w:spacing w:line="264" w:lineRule="auto"/>
      </w:pPr>
    </w:p>
    <w:p w14:paraId="36E77A0D"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9689E51" w14:textId="77777777">
        <w:tc>
          <w:tcPr>
            <w:tcW w:w="504" w:type="dxa"/>
            <w:tcMar>
              <w:top w:w="20" w:type="dxa"/>
              <w:left w:w="20" w:type="dxa"/>
              <w:bottom w:w="20" w:type="dxa"/>
              <w:right w:w="20" w:type="dxa"/>
            </w:tcMar>
          </w:tcPr>
          <w:p w14:paraId="69420DDA"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261A48D3" w14:textId="77777777" w:rsidR="000D4DCB" w:rsidRDefault="00D53B4F">
            <w:r>
              <w:rPr>
                <w:rFonts w:eastAsia="Georgia" w:cs="Georgia"/>
                <w:color w:val="222222"/>
                <w:sz w:val="21"/>
              </w:rPr>
              <w:t xml:space="preserve">Research in a book, article, video, or family record about a time when your hero displayed great faith. </w:t>
            </w:r>
            <w:r w:rsidRPr="00753CD0">
              <w:rPr>
                <w:rFonts w:eastAsia="Georgia" w:cs="Georgia"/>
                <w:b/>
                <w:bCs/>
                <w:color w:val="222222"/>
                <w:sz w:val="21"/>
              </w:rPr>
              <w:t xml:space="preserve">A parent </w:t>
            </w:r>
            <w:r>
              <w:rPr>
                <w:rFonts w:eastAsia="Georgia" w:cs="Georgia"/>
                <w:b/>
                <w:bCs/>
                <w:color w:val="222222"/>
                <w:sz w:val="21"/>
              </w:rPr>
              <w:t>may need to</w:t>
            </w:r>
            <w:r w:rsidRPr="00753CD0">
              <w:rPr>
                <w:rFonts w:eastAsia="Georgia" w:cs="Georgia"/>
                <w:b/>
                <w:bCs/>
                <w:color w:val="222222"/>
                <w:sz w:val="21"/>
              </w:rPr>
              <w:t xml:space="preserve"> help you.</w:t>
            </w:r>
          </w:p>
        </w:tc>
      </w:tr>
      <w:tr w:rsidR="000D4DCB" w14:paraId="22CFB82F" w14:textId="77777777">
        <w:tc>
          <w:tcPr>
            <w:tcW w:w="504" w:type="dxa"/>
            <w:tcMar>
              <w:top w:w="20" w:type="dxa"/>
              <w:left w:w="20" w:type="dxa"/>
              <w:bottom w:w="20" w:type="dxa"/>
              <w:right w:w="20" w:type="dxa"/>
            </w:tcMar>
          </w:tcPr>
          <w:p w14:paraId="1D8E7733"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7D7F96F9" w14:textId="77777777" w:rsidR="000D4DCB" w:rsidRDefault="00091397">
            <w:r>
              <w:rPr>
                <w:rFonts w:eastAsia="Georgia" w:cs="Georgia"/>
                <w:color w:val="222222"/>
                <w:sz w:val="21"/>
              </w:rPr>
              <w:t>Read it or watch it. Then fill in your notes below.</w:t>
            </w:r>
          </w:p>
        </w:tc>
      </w:tr>
    </w:tbl>
    <w:p w14:paraId="15D9A1F1"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2FD3B9F7" w14:textId="77777777">
        <w:tc>
          <w:tcPr>
            <w:tcW w:w="10080" w:type="dxa"/>
            <w:shd w:val="clear" w:color="auto" w:fill="FBF6EC"/>
            <w:tcMar>
              <w:top w:w="70" w:type="dxa"/>
              <w:left w:w="140" w:type="dxa"/>
              <w:bottom w:w="70" w:type="dxa"/>
              <w:right w:w="140" w:type="dxa"/>
            </w:tcMar>
          </w:tcPr>
          <w:p w14:paraId="59265D3C" w14:textId="77777777" w:rsidR="000D4DCB" w:rsidRDefault="00091397">
            <w:r>
              <w:rPr>
                <w:rFonts w:ascii="Calibri" w:eastAsia="Calibri" w:hAnsi="Calibri" w:cs="Calibri"/>
                <w:b/>
                <w:color w:val="7A551C"/>
                <w:sz w:val="20"/>
              </w:rPr>
              <w:t xml:space="preserve">WHAT IS A LEGACY? </w:t>
            </w:r>
            <w:r>
              <w:rPr>
                <w:rFonts w:ascii="Calibri" w:eastAsia="Calibri" w:hAnsi="Calibri" w:cs="Calibri"/>
                <w:color w:val="3A2E1A"/>
                <w:sz w:val="20"/>
              </w:rPr>
              <w:t>A legacy is the good that a person leaves behind for others after they are gone.</w:t>
            </w:r>
          </w:p>
        </w:tc>
      </w:tr>
    </w:tbl>
    <w:p w14:paraId="6891F32C"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92"/>
        <w:gridCol w:w="7488"/>
      </w:tblGrid>
      <w:tr w:rsidR="000D4DCB" w14:paraId="7FE99B51" w14:textId="77777777">
        <w:tc>
          <w:tcPr>
            <w:tcW w:w="10080" w:type="dxa"/>
            <w:gridSpan w:val="2"/>
            <w:shd w:val="clear" w:color="auto" w:fill="E8EEF5"/>
            <w:tcMar>
              <w:top w:w="50" w:type="dxa"/>
              <w:left w:w="120" w:type="dxa"/>
              <w:bottom w:w="50" w:type="dxa"/>
              <w:right w:w="120" w:type="dxa"/>
            </w:tcMar>
          </w:tcPr>
          <w:p w14:paraId="422AD2E6" w14:textId="77777777" w:rsidR="000D4DCB" w:rsidRDefault="00091397">
            <w:r>
              <w:rPr>
                <w:rFonts w:ascii="Calibri" w:eastAsia="Calibri" w:hAnsi="Calibri" w:cs="Calibri"/>
                <w:b/>
                <w:color w:val="1F3A5F"/>
                <w:sz w:val="23"/>
              </w:rPr>
              <w:t>My Hero's Faith</w:t>
            </w:r>
          </w:p>
        </w:tc>
      </w:tr>
      <w:tr w:rsidR="000D4DCB" w14:paraId="2419BC3E" w14:textId="77777777">
        <w:trPr>
          <w:trHeight w:val="1296"/>
        </w:trPr>
        <w:tc>
          <w:tcPr>
            <w:tcW w:w="2592" w:type="dxa"/>
            <w:shd w:val="clear" w:color="auto" w:fill="F4F7FA"/>
            <w:tcMar>
              <w:top w:w="50" w:type="dxa"/>
              <w:left w:w="100" w:type="dxa"/>
              <w:bottom w:w="50" w:type="dxa"/>
              <w:right w:w="80" w:type="dxa"/>
            </w:tcMar>
          </w:tcPr>
          <w:p w14:paraId="3FF8637E" w14:textId="77777777" w:rsidR="000D4DCB" w:rsidRDefault="00091397">
            <w:r>
              <w:rPr>
                <w:rFonts w:ascii="Calibri" w:eastAsia="Calibri" w:hAnsi="Calibri" w:cs="Calibri"/>
                <w:b/>
                <w:color w:val="1F3A5F"/>
                <w:sz w:val="20"/>
              </w:rPr>
              <w:t>How my hero loved and trusted God:</w:t>
            </w:r>
          </w:p>
        </w:tc>
        <w:tc>
          <w:tcPr>
            <w:tcW w:w="7488" w:type="dxa"/>
            <w:tcMar>
              <w:top w:w="50" w:type="dxa"/>
              <w:left w:w="100" w:type="dxa"/>
              <w:bottom w:w="50" w:type="dxa"/>
              <w:right w:w="100" w:type="dxa"/>
            </w:tcMar>
          </w:tcPr>
          <w:p w14:paraId="370DB65C" w14:textId="77777777" w:rsidR="000D4DCB" w:rsidRDefault="000D4DCB"/>
        </w:tc>
      </w:tr>
    </w:tbl>
    <w:p w14:paraId="0A5761AE"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0D4DCB" w14:paraId="3AEA5C53" w14:textId="77777777">
        <w:tc>
          <w:tcPr>
            <w:tcW w:w="10080" w:type="dxa"/>
            <w:gridSpan w:val="2"/>
            <w:shd w:val="clear" w:color="auto" w:fill="E8EEF5"/>
            <w:tcMar>
              <w:top w:w="50" w:type="dxa"/>
              <w:left w:w="120" w:type="dxa"/>
              <w:bottom w:w="50" w:type="dxa"/>
              <w:right w:w="120" w:type="dxa"/>
            </w:tcMar>
          </w:tcPr>
          <w:p w14:paraId="554B0ACE" w14:textId="77777777" w:rsidR="000D4DCB" w:rsidRDefault="00091397">
            <w:r>
              <w:rPr>
                <w:rFonts w:ascii="Calibri" w:eastAsia="Calibri" w:hAnsi="Calibri" w:cs="Calibri"/>
                <w:b/>
                <w:color w:val="1F3A5F"/>
                <w:sz w:val="23"/>
              </w:rPr>
              <w:t xml:space="preserve">Helping Others </w:t>
            </w:r>
            <w:r w:rsidR="00573F52">
              <w:rPr>
                <w:rFonts w:ascii="Calibri" w:eastAsia="Calibri" w:hAnsi="Calibri" w:cs="Calibri"/>
                <w:b/>
                <w:color w:val="1F3A5F"/>
                <w:sz w:val="23"/>
              </w:rPr>
              <w:t>as Jesus Would</w:t>
            </w:r>
          </w:p>
        </w:tc>
      </w:tr>
      <w:tr w:rsidR="000D4DCB" w14:paraId="34BE0D71" w14:textId="77777777">
        <w:tc>
          <w:tcPr>
            <w:tcW w:w="5040" w:type="dxa"/>
            <w:shd w:val="clear" w:color="auto" w:fill="F4F7FA"/>
            <w:tcMar>
              <w:top w:w="40" w:type="dxa"/>
              <w:left w:w="100" w:type="dxa"/>
              <w:bottom w:w="40" w:type="dxa"/>
              <w:right w:w="80" w:type="dxa"/>
            </w:tcMar>
          </w:tcPr>
          <w:p w14:paraId="4BE4ADAD" w14:textId="77777777" w:rsidR="000D4DCB" w:rsidRDefault="00091397">
            <w:r>
              <w:rPr>
                <w:rFonts w:ascii="Calibri" w:eastAsia="Calibri" w:hAnsi="Calibri" w:cs="Calibri"/>
                <w:b/>
                <w:color w:val="1F3A5F"/>
                <w:sz w:val="20"/>
              </w:rPr>
              <w:t>Something my hero did</w:t>
            </w:r>
          </w:p>
        </w:tc>
        <w:tc>
          <w:tcPr>
            <w:tcW w:w="5040" w:type="dxa"/>
            <w:shd w:val="clear" w:color="auto" w:fill="F4F7FA"/>
            <w:tcMar>
              <w:top w:w="40" w:type="dxa"/>
              <w:left w:w="100" w:type="dxa"/>
              <w:bottom w:w="40" w:type="dxa"/>
              <w:right w:w="80" w:type="dxa"/>
            </w:tcMar>
          </w:tcPr>
          <w:p w14:paraId="1EE7914E" w14:textId="77777777" w:rsidR="000D4DCB" w:rsidRDefault="00091397">
            <w:r>
              <w:rPr>
                <w:rFonts w:ascii="Calibri" w:eastAsia="Calibri" w:hAnsi="Calibri" w:cs="Calibri"/>
                <w:b/>
                <w:color w:val="1F3A5F"/>
                <w:sz w:val="20"/>
              </w:rPr>
              <w:t>How it helped people come to Jesus</w:t>
            </w:r>
          </w:p>
        </w:tc>
      </w:tr>
      <w:tr w:rsidR="000D4DCB" w14:paraId="620BF689" w14:textId="77777777">
        <w:trPr>
          <w:trHeight w:val="2304"/>
        </w:trPr>
        <w:tc>
          <w:tcPr>
            <w:tcW w:w="5040" w:type="dxa"/>
            <w:tcMar>
              <w:top w:w="50" w:type="dxa"/>
              <w:left w:w="100" w:type="dxa"/>
              <w:bottom w:w="50" w:type="dxa"/>
              <w:right w:w="100" w:type="dxa"/>
            </w:tcMar>
          </w:tcPr>
          <w:p w14:paraId="7A16730D" w14:textId="77777777" w:rsidR="000D4DCB" w:rsidRDefault="000D4DCB"/>
        </w:tc>
        <w:tc>
          <w:tcPr>
            <w:tcW w:w="5040" w:type="dxa"/>
            <w:tcMar>
              <w:top w:w="50" w:type="dxa"/>
              <w:left w:w="100" w:type="dxa"/>
              <w:bottom w:w="50" w:type="dxa"/>
              <w:right w:w="100" w:type="dxa"/>
            </w:tcMar>
          </w:tcPr>
          <w:p w14:paraId="4A48B31B" w14:textId="77777777" w:rsidR="000D4DCB" w:rsidRDefault="000D4DCB"/>
        </w:tc>
      </w:tr>
    </w:tbl>
    <w:p w14:paraId="7FFDDCE7"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92"/>
        <w:gridCol w:w="7488"/>
      </w:tblGrid>
      <w:tr w:rsidR="000D4DCB" w14:paraId="1975E5AF" w14:textId="77777777">
        <w:tc>
          <w:tcPr>
            <w:tcW w:w="10080" w:type="dxa"/>
            <w:gridSpan w:val="2"/>
            <w:shd w:val="clear" w:color="auto" w:fill="E8EEF5"/>
            <w:tcMar>
              <w:top w:w="50" w:type="dxa"/>
              <w:left w:w="120" w:type="dxa"/>
              <w:bottom w:w="50" w:type="dxa"/>
              <w:right w:w="120" w:type="dxa"/>
            </w:tcMar>
          </w:tcPr>
          <w:p w14:paraId="491082C7" w14:textId="77777777" w:rsidR="000D4DCB" w:rsidRDefault="00091397">
            <w:r>
              <w:rPr>
                <w:rFonts w:ascii="Calibri" w:eastAsia="Calibri" w:hAnsi="Calibri" w:cs="Calibri"/>
                <w:b/>
                <w:color w:val="1F3A5F"/>
                <w:sz w:val="23"/>
              </w:rPr>
              <w:t>My Hero's Legacy</w:t>
            </w:r>
          </w:p>
        </w:tc>
      </w:tr>
      <w:tr w:rsidR="000D4DCB" w14:paraId="2381690D" w14:textId="77777777">
        <w:trPr>
          <w:trHeight w:val="1296"/>
        </w:trPr>
        <w:tc>
          <w:tcPr>
            <w:tcW w:w="2592" w:type="dxa"/>
            <w:shd w:val="clear" w:color="auto" w:fill="F4F7FA"/>
            <w:tcMar>
              <w:top w:w="50" w:type="dxa"/>
              <w:left w:w="100" w:type="dxa"/>
              <w:bottom w:w="50" w:type="dxa"/>
              <w:right w:w="80" w:type="dxa"/>
            </w:tcMar>
          </w:tcPr>
          <w:p w14:paraId="5AF938CC" w14:textId="77777777" w:rsidR="000D4DCB" w:rsidRDefault="00091397">
            <w:r>
              <w:rPr>
                <w:rFonts w:ascii="Calibri" w:eastAsia="Calibri" w:hAnsi="Calibri" w:cs="Calibri"/>
                <w:b/>
                <w:color w:val="1F3A5F"/>
                <w:sz w:val="20"/>
              </w:rPr>
              <w:t>The good my hero left behind:</w:t>
            </w:r>
          </w:p>
        </w:tc>
        <w:tc>
          <w:tcPr>
            <w:tcW w:w="7488" w:type="dxa"/>
            <w:tcMar>
              <w:top w:w="50" w:type="dxa"/>
              <w:left w:w="100" w:type="dxa"/>
              <w:bottom w:w="50" w:type="dxa"/>
              <w:right w:w="100" w:type="dxa"/>
            </w:tcMar>
          </w:tcPr>
          <w:p w14:paraId="2604DC3A" w14:textId="77777777" w:rsidR="000D4DCB" w:rsidRDefault="000D4DCB"/>
        </w:tc>
      </w:tr>
    </w:tbl>
    <w:p w14:paraId="36A7D23E" w14:textId="77777777" w:rsidR="000D4DCB" w:rsidRDefault="000D4DCB">
      <w:pPr>
        <w:spacing w:after="160" w:line="264" w:lineRule="auto"/>
      </w:pPr>
    </w:p>
    <w:p w14:paraId="5F39690A"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5523186D" w14:textId="77777777">
        <w:tc>
          <w:tcPr>
            <w:tcW w:w="7632" w:type="dxa"/>
            <w:shd w:val="clear" w:color="auto" w:fill="1F3A5F"/>
            <w:tcMar>
              <w:top w:w="90" w:type="dxa"/>
              <w:left w:w="140" w:type="dxa"/>
              <w:bottom w:w="90" w:type="dxa"/>
              <w:right w:w="140" w:type="dxa"/>
            </w:tcMar>
            <w:vAlign w:val="center"/>
          </w:tcPr>
          <w:p w14:paraId="387FA0A4"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9</w:t>
            </w:r>
            <w:r w:rsidR="00753CD0">
              <w:rPr>
                <w:rFonts w:ascii="Calibri" w:eastAsia="Calibri" w:hAnsi="Calibri" w:cs="Calibri"/>
                <w:b/>
                <w:color w:val="C8D6E5"/>
                <w:sz w:val="18"/>
              </w:rPr>
              <w:t xml:space="preserve"> &amp; 10</w:t>
            </w:r>
          </w:p>
          <w:p w14:paraId="13427EA9" w14:textId="77777777" w:rsidR="000D4DCB" w:rsidRDefault="00091397">
            <w:r>
              <w:rPr>
                <w:rFonts w:ascii="Calibri" w:eastAsia="Calibri" w:hAnsi="Calibri" w:cs="Calibri"/>
                <w:b/>
                <w:color w:val="FFFFFF"/>
                <w:sz w:val="40"/>
              </w:rPr>
              <w:t>Build Your Timeline</w:t>
            </w:r>
          </w:p>
        </w:tc>
        <w:tc>
          <w:tcPr>
            <w:tcW w:w="2448" w:type="dxa"/>
            <w:shd w:val="clear" w:color="auto" w:fill="1F3A5F"/>
            <w:tcMar>
              <w:top w:w="90" w:type="dxa"/>
              <w:left w:w="140" w:type="dxa"/>
              <w:bottom w:w="90" w:type="dxa"/>
              <w:right w:w="140" w:type="dxa"/>
            </w:tcMar>
            <w:vAlign w:val="center"/>
          </w:tcPr>
          <w:p w14:paraId="7901CD04" w14:textId="77777777" w:rsidR="000D4DCB" w:rsidRDefault="00091397">
            <w:pPr>
              <w:jc w:val="right"/>
            </w:pPr>
            <w:r>
              <w:rPr>
                <w:rFonts w:ascii="Calibri" w:eastAsia="Calibri" w:hAnsi="Calibri" w:cs="Calibri"/>
                <w:color w:val="C8D6E5"/>
                <w:sz w:val="18"/>
              </w:rPr>
              <w:t>About 15–20 minutes</w:t>
            </w:r>
          </w:p>
        </w:tc>
      </w:tr>
    </w:tbl>
    <w:p w14:paraId="3E6CDEBF" w14:textId="77777777" w:rsidR="000D4DCB" w:rsidRDefault="000D4DCB">
      <w:pPr>
        <w:spacing w:line="264" w:lineRule="auto"/>
      </w:pPr>
    </w:p>
    <w:p w14:paraId="71AA145C"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See your hero's whole life from beginning to end.</w:t>
      </w:r>
    </w:p>
    <w:p w14:paraId="24DBF87F" w14:textId="77777777" w:rsidR="000D4DCB" w:rsidRDefault="000D4DCB">
      <w:pPr>
        <w:spacing w:line="264" w:lineRule="auto"/>
      </w:pPr>
    </w:p>
    <w:p w14:paraId="25D8E958"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7B95E077" w14:textId="77777777">
        <w:tc>
          <w:tcPr>
            <w:tcW w:w="504" w:type="dxa"/>
            <w:tcMar>
              <w:top w:w="20" w:type="dxa"/>
              <w:left w:w="20" w:type="dxa"/>
              <w:bottom w:w="20" w:type="dxa"/>
              <w:right w:w="20" w:type="dxa"/>
            </w:tcMar>
          </w:tcPr>
          <w:p w14:paraId="0D7C9A35"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00349071" w14:textId="77777777" w:rsidR="000D4DCB" w:rsidRDefault="00091397">
            <w:r>
              <w:rPr>
                <w:rFonts w:eastAsia="Georgia" w:cs="Georgia"/>
                <w:color w:val="222222"/>
                <w:sz w:val="21"/>
              </w:rPr>
              <w:t>Look back at your Hero Notes from Steps 5–8.</w:t>
            </w:r>
          </w:p>
        </w:tc>
      </w:tr>
      <w:tr w:rsidR="000D4DCB" w14:paraId="0626F6AC" w14:textId="77777777">
        <w:tc>
          <w:tcPr>
            <w:tcW w:w="504" w:type="dxa"/>
            <w:tcMar>
              <w:top w:w="20" w:type="dxa"/>
              <w:left w:w="20" w:type="dxa"/>
              <w:bottom w:w="20" w:type="dxa"/>
              <w:right w:w="20" w:type="dxa"/>
            </w:tcMar>
          </w:tcPr>
          <w:p w14:paraId="3FD135E2"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580D0288" w14:textId="77777777" w:rsidR="000D4DCB" w:rsidRDefault="00091397">
            <w:r>
              <w:rPr>
                <w:rFonts w:eastAsia="Georgia" w:cs="Georgia"/>
                <w:color w:val="222222"/>
                <w:sz w:val="21"/>
              </w:rPr>
              <w:t>Pick 4 big events in your hero's life. Write them in order, from first to last.</w:t>
            </w:r>
          </w:p>
        </w:tc>
      </w:tr>
      <w:tr w:rsidR="000D4DCB" w14:paraId="3A2031AF" w14:textId="77777777">
        <w:tc>
          <w:tcPr>
            <w:tcW w:w="504" w:type="dxa"/>
            <w:tcMar>
              <w:top w:w="20" w:type="dxa"/>
              <w:left w:w="20" w:type="dxa"/>
              <w:bottom w:w="20" w:type="dxa"/>
              <w:right w:w="20" w:type="dxa"/>
            </w:tcMar>
          </w:tcPr>
          <w:p w14:paraId="1FD1E11B"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51B57A43" w14:textId="77777777" w:rsidR="00753CD0" w:rsidRPr="00753CD0" w:rsidRDefault="00091397">
            <w:pPr>
              <w:rPr>
                <w:rFonts w:eastAsia="Georgia" w:cs="Georgia"/>
                <w:color w:val="222222"/>
                <w:sz w:val="21"/>
              </w:rPr>
            </w:pPr>
            <w:r>
              <w:rPr>
                <w:rFonts w:eastAsia="Georgia" w:cs="Georgia"/>
                <w:color w:val="222222"/>
                <w:sz w:val="21"/>
              </w:rPr>
              <w:t>For each event, write a few words about why it was important.</w:t>
            </w:r>
          </w:p>
        </w:tc>
      </w:tr>
      <w:tr w:rsidR="00753CD0" w14:paraId="2D296E56" w14:textId="77777777">
        <w:tc>
          <w:tcPr>
            <w:tcW w:w="504" w:type="dxa"/>
            <w:tcMar>
              <w:top w:w="20" w:type="dxa"/>
              <w:left w:w="20" w:type="dxa"/>
              <w:bottom w:w="20" w:type="dxa"/>
              <w:right w:w="20" w:type="dxa"/>
            </w:tcMar>
          </w:tcPr>
          <w:p w14:paraId="001EDC26" w14:textId="77777777" w:rsidR="00753CD0" w:rsidRDefault="00753CD0">
            <w:pPr>
              <w:rPr>
                <w:rFonts w:ascii="Calibri" w:eastAsia="Calibri" w:hAnsi="Calibri" w:cs="Calibri"/>
                <w:b/>
                <w:color w:val="1F3A5F"/>
                <w:sz w:val="21"/>
              </w:rPr>
            </w:pPr>
            <w:r>
              <w:rPr>
                <w:rFonts w:ascii="Calibri" w:eastAsia="Calibri" w:hAnsi="Calibri" w:cs="Calibri"/>
                <w:b/>
                <w:color w:val="1F3A5F"/>
                <w:sz w:val="21"/>
              </w:rPr>
              <w:t>4.</w:t>
            </w:r>
          </w:p>
        </w:tc>
        <w:tc>
          <w:tcPr>
            <w:tcW w:w="9576" w:type="dxa"/>
            <w:tcMar>
              <w:top w:w="20" w:type="dxa"/>
              <w:left w:w="40" w:type="dxa"/>
              <w:bottom w:w="20" w:type="dxa"/>
              <w:right w:w="40" w:type="dxa"/>
            </w:tcMar>
          </w:tcPr>
          <w:p w14:paraId="3AF03B8D" w14:textId="77777777" w:rsidR="00753CD0" w:rsidRDefault="00753CD0">
            <w:pPr>
              <w:rPr>
                <w:rFonts w:eastAsia="Georgia" w:cs="Georgia"/>
                <w:color w:val="222222"/>
                <w:sz w:val="21"/>
              </w:rPr>
            </w:pPr>
            <w:r>
              <w:rPr>
                <w:rFonts w:eastAsia="Georgia" w:cs="Georgia"/>
                <w:color w:val="222222"/>
                <w:sz w:val="21"/>
              </w:rPr>
              <w:t>Complete 2 today (step 9) and 2 tomorrow (for step 10)</w:t>
            </w:r>
          </w:p>
        </w:tc>
      </w:tr>
    </w:tbl>
    <w:p w14:paraId="297AA080"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2ED6147B" w14:textId="77777777">
        <w:tc>
          <w:tcPr>
            <w:tcW w:w="10080" w:type="dxa"/>
            <w:shd w:val="clear" w:color="auto" w:fill="FBF6EC"/>
            <w:tcMar>
              <w:top w:w="70" w:type="dxa"/>
              <w:left w:w="140" w:type="dxa"/>
              <w:bottom w:w="70" w:type="dxa"/>
              <w:right w:w="140" w:type="dxa"/>
            </w:tcMar>
          </w:tcPr>
          <w:p w14:paraId="606C1E5F" w14:textId="77777777" w:rsidR="000D4DCB" w:rsidRDefault="00091397">
            <w:r>
              <w:rPr>
                <w:rFonts w:ascii="Calibri" w:eastAsia="Calibri" w:hAnsi="Calibri" w:cs="Calibri"/>
                <w:b/>
                <w:color w:val="7A551C"/>
                <w:sz w:val="20"/>
              </w:rPr>
              <w:t xml:space="preserve">TIP: </w:t>
            </w:r>
            <w:r>
              <w:rPr>
                <w:rFonts w:ascii="Calibri" w:eastAsia="Calibri" w:hAnsi="Calibri" w:cs="Calibri"/>
                <w:color w:val="3A2E1A"/>
                <w:sz w:val="20"/>
              </w:rPr>
              <w:t>Pick events that changed your hero's life, like a hard time or a big choice.</w:t>
            </w:r>
          </w:p>
        </w:tc>
      </w:tr>
    </w:tbl>
    <w:p w14:paraId="65DC70B9"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1224"/>
        <w:gridCol w:w="4176"/>
        <w:gridCol w:w="4176"/>
      </w:tblGrid>
      <w:tr w:rsidR="000D4DCB" w14:paraId="49AC5AA6" w14:textId="77777777">
        <w:tc>
          <w:tcPr>
            <w:tcW w:w="10080" w:type="dxa"/>
            <w:gridSpan w:val="4"/>
            <w:shd w:val="clear" w:color="auto" w:fill="E8EEF5"/>
            <w:tcMar>
              <w:top w:w="50" w:type="dxa"/>
              <w:left w:w="120" w:type="dxa"/>
              <w:bottom w:w="50" w:type="dxa"/>
              <w:right w:w="120" w:type="dxa"/>
            </w:tcMar>
          </w:tcPr>
          <w:p w14:paraId="54DD5255" w14:textId="77777777" w:rsidR="000D4DCB" w:rsidRDefault="00091397">
            <w:r>
              <w:rPr>
                <w:rFonts w:ascii="Calibri" w:eastAsia="Calibri" w:hAnsi="Calibri" w:cs="Calibri"/>
                <w:b/>
                <w:color w:val="1F3A5F"/>
                <w:sz w:val="23"/>
              </w:rPr>
              <w:t>My Hero's Timeline</w:t>
            </w:r>
          </w:p>
        </w:tc>
      </w:tr>
      <w:tr w:rsidR="000D4DCB" w14:paraId="35AD73ED" w14:textId="77777777">
        <w:tc>
          <w:tcPr>
            <w:tcW w:w="504" w:type="dxa"/>
            <w:shd w:val="clear" w:color="auto" w:fill="F4F7FA"/>
            <w:tcMar>
              <w:top w:w="40" w:type="dxa"/>
              <w:left w:w="100" w:type="dxa"/>
              <w:bottom w:w="40" w:type="dxa"/>
              <w:right w:w="80" w:type="dxa"/>
            </w:tcMar>
          </w:tcPr>
          <w:p w14:paraId="741E6EFD" w14:textId="77777777" w:rsidR="000D4DCB" w:rsidRDefault="00091397">
            <w:r>
              <w:rPr>
                <w:rFonts w:ascii="Calibri" w:eastAsia="Calibri" w:hAnsi="Calibri" w:cs="Calibri"/>
                <w:b/>
                <w:color w:val="1F3A5F"/>
                <w:sz w:val="20"/>
              </w:rPr>
              <w:t>#</w:t>
            </w:r>
          </w:p>
        </w:tc>
        <w:tc>
          <w:tcPr>
            <w:tcW w:w="1224" w:type="dxa"/>
            <w:shd w:val="clear" w:color="auto" w:fill="F4F7FA"/>
            <w:tcMar>
              <w:top w:w="40" w:type="dxa"/>
              <w:left w:w="100" w:type="dxa"/>
              <w:bottom w:w="40" w:type="dxa"/>
              <w:right w:w="80" w:type="dxa"/>
            </w:tcMar>
          </w:tcPr>
          <w:p w14:paraId="4E94D433" w14:textId="77777777" w:rsidR="000D4DCB" w:rsidRDefault="00091397">
            <w:r>
              <w:rPr>
                <w:rFonts w:ascii="Calibri" w:eastAsia="Calibri" w:hAnsi="Calibri" w:cs="Calibri"/>
                <w:b/>
                <w:color w:val="1F3A5F"/>
                <w:sz w:val="20"/>
              </w:rPr>
              <w:t>Year</w:t>
            </w:r>
          </w:p>
        </w:tc>
        <w:tc>
          <w:tcPr>
            <w:tcW w:w="4176" w:type="dxa"/>
            <w:shd w:val="clear" w:color="auto" w:fill="F4F7FA"/>
            <w:tcMar>
              <w:top w:w="40" w:type="dxa"/>
              <w:left w:w="100" w:type="dxa"/>
              <w:bottom w:w="40" w:type="dxa"/>
              <w:right w:w="80" w:type="dxa"/>
            </w:tcMar>
          </w:tcPr>
          <w:p w14:paraId="3E9D7EC5" w14:textId="77777777" w:rsidR="000D4DCB" w:rsidRDefault="00091397">
            <w:r>
              <w:rPr>
                <w:rFonts w:ascii="Calibri" w:eastAsia="Calibri" w:hAnsi="Calibri" w:cs="Calibri"/>
                <w:b/>
                <w:color w:val="1F3A5F"/>
                <w:sz w:val="20"/>
              </w:rPr>
              <w:t>What happened</w:t>
            </w:r>
          </w:p>
        </w:tc>
        <w:tc>
          <w:tcPr>
            <w:tcW w:w="4176" w:type="dxa"/>
            <w:shd w:val="clear" w:color="auto" w:fill="F4F7FA"/>
            <w:tcMar>
              <w:top w:w="40" w:type="dxa"/>
              <w:left w:w="100" w:type="dxa"/>
              <w:bottom w:w="40" w:type="dxa"/>
              <w:right w:w="80" w:type="dxa"/>
            </w:tcMar>
          </w:tcPr>
          <w:p w14:paraId="3B152807" w14:textId="77777777" w:rsidR="000D4DCB" w:rsidRDefault="00091397">
            <w:r>
              <w:rPr>
                <w:rFonts w:ascii="Calibri" w:eastAsia="Calibri" w:hAnsi="Calibri" w:cs="Calibri"/>
                <w:b/>
                <w:color w:val="1F3A5F"/>
                <w:sz w:val="20"/>
              </w:rPr>
              <w:t>Why it was important</w:t>
            </w:r>
          </w:p>
        </w:tc>
      </w:tr>
      <w:tr w:rsidR="000D4DCB" w14:paraId="422674CF" w14:textId="77777777">
        <w:trPr>
          <w:trHeight w:val="1872"/>
        </w:trPr>
        <w:tc>
          <w:tcPr>
            <w:tcW w:w="504" w:type="dxa"/>
            <w:shd w:val="clear" w:color="auto" w:fill="F4F7FA"/>
            <w:tcMar>
              <w:top w:w="50" w:type="dxa"/>
              <w:left w:w="100" w:type="dxa"/>
              <w:bottom w:w="50" w:type="dxa"/>
              <w:right w:w="100" w:type="dxa"/>
            </w:tcMar>
          </w:tcPr>
          <w:p w14:paraId="5A452DB4" w14:textId="77777777" w:rsidR="000D4DCB" w:rsidRDefault="00091397">
            <w:r>
              <w:rPr>
                <w:rFonts w:ascii="Calibri" w:eastAsia="Calibri" w:hAnsi="Calibri" w:cs="Calibri"/>
                <w:b/>
                <w:color w:val="1F3A5F"/>
                <w:sz w:val="20"/>
              </w:rPr>
              <w:t>1</w:t>
            </w:r>
          </w:p>
        </w:tc>
        <w:tc>
          <w:tcPr>
            <w:tcW w:w="1224" w:type="dxa"/>
            <w:tcMar>
              <w:top w:w="50" w:type="dxa"/>
              <w:left w:w="100" w:type="dxa"/>
              <w:bottom w:w="50" w:type="dxa"/>
              <w:right w:w="100" w:type="dxa"/>
            </w:tcMar>
          </w:tcPr>
          <w:p w14:paraId="2AF72DBB" w14:textId="77777777" w:rsidR="000D4DCB" w:rsidRDefault="000D4DCB"/>
        </w:tc>
        <w:tc>
          <w:tcPr>
            <w:tcW w:w="4176" w:type="dxa"/>
            <w:tcMar>
              <w:top w:w="50" w:type="dxa"/>
              <w:left w:w="100" w:type="dxa"/>
              <w:bottom w:w="50" w:type="dxa"/>
              <w:right w:w="100" w:type="dxa"/>
            </w:tcMar>
          </w:tcPr>
          <w:p w14:paraId="67A22284" w14:textId="77777777" w:rsidR="000D4DCB" w:rsidRDefault="000D4DCB"/>
        </w:tc>
        <w:tc>
          <w:tcPr>
            <w:tcW w:w="4176" w:type="dxa"/>
            <w:tcMar>
              <w:top w:w="50" w:type="dxa"/>
              <w:left w:w="100" w:type="dxa"/>
              <w:bottom w:w="50" w:type="dxa"/>
              <w:right w:w="100" w:type="dxa"/>
            </w:tcMar>
          </w:tcPr>
          <w:p w14:paraId="52131C03" w14:textId="77777777" w:rsidR="000D4DCB" w:rsidRDefault="000D4DCB"/>
        </w:tc>
      </w:tr>
      <w:tr w:rsidR="000D4DCB" w14:paraId="6D94517C" w14:textId="77777777">
        <w:trPr>
          <w:trHeight w:val="1872"/>
        </w:trPr>
        <w:tc>
          <w:tcPr>
            <w:tcW w:w="504" w:type="dxa"/>
            <w:shd w:val="clear" w:color="auto" w:fill="F4F7FA"/>
            <w:tcMar>
              <w:top w:w="50" w:type="dxa"/>
              <w:left w:w="100" w:type="dxa"/>
              <w:bottom w:w="50" w:type="dxa"/>
              <w:right w:w="100" w:type="dxa"/>
            </w:tcMar>
          </w:tcPr>
          <w:p w14:paraId="585BFB3F" w14:textId="77777777" w:rsidR="000D4DCB" w:rsidRDefault="00091397">
            <w:r>
              <w:rPr>
                <w:rFonts w:ascii="Calibri" w:eastAsia="Calibri" w:hAnsi="Calibri" w:cs="Calibri"/>
                <w:b/>
                <w:color w:val="1F3A5F"/>
                <w:sz w:val="20"/>
              </w:rPr>
              <w:t>2</w:t>
            </w:r>
          </w:p>
        </w:tc>
        <w:tc>
          <w:tcPr>
            <w:tcW w:w="1224" w:type="dxa"/>
            <w:tcMar>
              <w:top w:w="50" w:type="dxa"/>
              <w:left w:w="100" w:type="dxa"/>
              <w:bottom w:w="50" w:type="dxa"/>
              <w:right w:w="100" w:type="dxa"/>
            </w:tcMar>
          </w:tcPr>
          <w:p w14:paraId="5BC275C1" w14:textId="77777777" w:rsidR="000D4DCB" w:rsidRDefault="000D4DCB"/>
        </w:tc>
        <w:tc>
          <w:tcPr>
            <w:tcW w:w="4176" w:type="dxa"/>
            <w:tcMar>
              <w:top w:w="50" w:type="dxa"/>
              <w:left w:w="100" w:type="dxa"/>
              <w:bottom w:w="50" w:type="dxa"/>
              <w:right w:w="100" w:type="dxa"/>
            </w:tcMar>
          </w:tcPr>
          <w:p w14:paraId="4E2C4D19" w14:textId="77777777" w:rsidR="000D4DCB" w:rsidRDefault="000D4DCB"/>
        </w:tc>
        <w:tc>
          <w:tcPr>
            <w:tcW w:w="4176" w:type="dxa"/>
            <w:tcMar>
              <w:top w:w="50" w:type="dxa"/>
              <w:left w:w="100" w:type="dxa"/>
              <w:bottom w:w="50" w:type="dxa"/>
              <w:right w:w="100" w:type="dxa"/>
            </w:tcMar>
          </w:tcPr>
          <w:p w14:paraId="149685B6" w14:textId="77777777" w:rsidR="000D4DCB" w:rsidRDefault="000D4DCB"/>
        </w:tc>
      </w:tr>
      <w:tr w:rsidR="000D4DCB" w14:paraId="74C31901" w14:textId="77777777">
        <w:trPr>
          <w:trHeight w:val="1872"/>
        </w:trPr>
        <w:tc>
          <w:tcPr>
            <w:tcW w:w="504" w:type="dxa"/>
            <w:shd w:val="clear" w:color="auto" w:fill="F4F7FA"/>
            <w:tcMar>
              <w:top w:w="50" w:type="dxa"/>
              <w:left w:w="100" w:type="dxa"/>
              <w:bottom w:w="50" w:type="dxa"/>
              <w:right w:w="100" w:type="dxa"/>
            </w:tcMar>
          </w:tcPr>
          <w:p w14:paraId="6E06EEFD" w14:textId="77777777" w:rsidR="000D4DCB" w:rsidRDefault="00091397">
            <w:r>
              <w:rPr>
                <w:rFonts w:ascii="Calibri" w:eastAsia="Calibri" w:hAnsi="Calibri" w:cs="Calibri"/>
                <w:b/>
                <w:color w:val="1F3A5F"/>
                <w:sz w:val="20"/>
              </w:rPr>
              <w:t>3</w:t>
            </w:r>
          </w:p>
        </w:tc>
        <w:tc>
          <w:tcPr>
            <w:tcW w:w="1224" w:type="dxa"/>
            <w:tcMar>
              <w:top w:w="50" w:type="dxa"/>
              <w:left w:w="100" w:type="dxa"/>
              <w:bottom w:w="50" w:type="dxa"/>
              <w:right w:w="100" w:type="dxa"/>
            </w:tcMar>
          </w:tcPr>
          <w:p w14:paraId="1B0B6429" w14:textId="77777777" w:rsidR="000D4DCB" w:rsidRDefault="000D4DCB"/>
        </w:tc>
        <w:tc>
          <w:tcPr>
            <w:tcW w:w="4176" w:type="dxa"/>
            <w:tcMar>
              <w:top w:w="50" w:type="dxa"/>
              <w:left w:w="100" w:type="dxa"/>
              <w:bottom w:w="50" w:type="dxa"/>
              <w:right w:w="100" w:type="dxa"/>
            </w:tcMar>
          </w:tcPr>
          <w:p w14:paraId="1F0E434D" w14:textId="77777777" w:rsidR="000D4DCB" w:rsidRDefault="000D4DCB"/>
        </w:tc>
        <w:tc>
          <w:tcPr>
            <w:tcW w:w="4176" w:type="dxa"/>
            <w:tcMar>
              <w:top w:w="50" w:type="dxa"/>
              <w:left w:w="100" w:type="dxa"/>
              <w:bottom w:w="50" w:type="dxa"/>
              <w:right w:w="100" w:type="dxa"/>
            </w:tcMar>
          </w:tcPr>
          <w:p w14:paraId="0138A29D" w14:textId="77777777" w:rsidR="000D4DCB" w:rsidRDefault="000D4DCB"/>
        </w:tc>
      </w:tr>
      <w:tr w:rsidR="000D4DCB" w14:paraId="4F367DC9" w14:textId="77777777">
        <w:trPr>
          <w:trHeight w:val="1872"/>
        </w:trPr>
        <w:tc>
          <w:tcPr>
            <w:tcW w:w="504" w:type="dxa"/>
            <w:shd w:val="clear" w:color="auto" w:fill="F4F7FA"/>
            <w:tcMar>
              <w:top w:w="50" w:type="dxa"/>
              <w:left w:w="100" w:type="dxa"/>
              <w:bottom w:w="50" w:type="dxa"/>
              <w:right w:w="100" w:type="dxa"/>
            </w:tcMar>
          </w:tcPr>
          <w:p w14:paraId="7BA32F80" w14:textId="77777777" w:rsidR="000D4DCB" w:rsidRDefault="00091397">
            <w:r>
              <w:rPr>
                <w:rFonts w:ascii="Calibri" w:eastAsia="Calibri" w:hAnsi="Calibri" w:cs="Calibri"/>
                <w:b/>
                <w:color w:val="1F3A5F"/>
                <w:sz w:val="20"/>
              </w:rPr>
              <w:t>4</w:t>
            </w:r>
          </w:p>
        </w:tc>
        <w:tc>
          <w:tcPr>
            <w:tcW w:w="1224" w:type="dxa"/>
            <w:tcMar>
              <w:top w:w="50" w:type="dxa"/>
              <w:left w:w="100" w:type="dxa"/>
              <w:bottom w:w="50" w:type="dxa"/>
              <w:right w:w="100" w:type="dxa"/>
            </w:tcMar>
          </w:tcPr>
          <w:p w14:paraId="3E623BB5" w14:textId="77777777" w:rsidR="000D4DCB" w:rsidRDefault="000D4DCB"/>
        </w:tc>
        <w:tc>
          <w:tcPr>
            <w:tcW w:w="4176" w:type="dxa"/>
            <w:tcMar>
              <w:top w:w="50" w:type="dxa"/>
              <w:left w:w="100" w:type="dxa"/>
              <w:bottom w:w="50" w:type="dxa"/>
              <w:right w:w="100" w:type="dxa"/>
            </w:tcMar>
          </w:tcPr>
          <w:p w14:paraId="5999727B" w14:textId="77777777" w:rsidR="000D4DCB" w:rsidRDefault="000D4DCB"/>
        </w:tc>
        <w:tc>
          <w:tcPr>
            <w:tcW w:w="4176" w:type="dxa"/>
            <w:tcMar>
              <w:top w:w="50" w:type="dxa"/>
              <w:left w:w="100" w:type="dxa"/>
              <w:bottom w:w="50" w:type="dxa"/>
              <w:right w:w="100" w:type="dxa"/>
            </w:tcMar>
          </w:tcPr>
          <w:p w14:paraId="6EC9CFD1" w14:textId="77777777" w:rsidR="000D4DCB" w:rsidRDefault="000D4DCB"/>
        </w:tc>
      </w:tr>
    </w:tbl>
    <w:p w14:paraId="78846168"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6982AB17" w14:textId="77777777">
        <w:tc>
          <w:tcPr>
            <w:tcW w:w="7632" w:type="dxa"/>
            <w:shd w:val="clear" w:color="auto" w:fill="1F3A5F"/>
            <w:tcMar>
              <w:top w:w="90" w:type="dxa"/>
              <w:left w:w="140" w:type="dxa"/>
              <w:bottom w:w="90" w:type="dxa"/>
              <w:right w:w="140" w:type="dxa"/>
            </w:tcMar>
            <w:vAlign w:val="center"/>
          </w:tcPr>
          <w:p w14:paraId="0999C760" w14:textId="77777777" w:rsidR="000D4DCB" w:rsidRDefault="00091397">
            <w:proofErr w:type="gramStart"/>
            <w:r>
              <w:rPr>
                <w:rFonts w:ascii="Calibri" w:eastAsia="Calibri" w:hAnsi="Calibri" w:cs="Calibri"/>
                <w:b/>
                <w:color w:val="C8D6E5"/>
                <w:sz w:val="18"/>
              </w:rPr>
              <w:t>RESEARCH  ·</w:t>
            </w:r>
            <w:proofErr w:type="gramEnd"/>
            <w:r>
              <w:rPr>
                <w:rFonts w:ascii="Calibri" w:eastAsia="Calibri" w:hAnsi="Calibri" w:cs="Calibri"/>
                <w:b/>
                <w:color w:val="C8D6E5"/>
                <w:sz w:val="18"/>
              </w:rPr>
              <w:t xml:space="preserve">  STEP 11</w:t>
            </w:r>
          </w:p>
          <w:p w14:paraId="6B825343" w14:textId="77777777" w:rsidR="000D4DCB" w:rsidRDefault="00091397">
            <w:r>
              <w:rPr>
                <w:rFonts w:ascii="Calibri" w:eastAsia="Calibri" w:hAnsi="Calibri" w:cs="Calibri"/>
                <w:b/>
                <w:color w:val="FFFFFF"/>
                <w:sz w:val="40"/>
              </w:rPr>
              <w:t>Tell It Back</w:t>
            </w:r>
          </w:p>
        </w:tc>
        <w:tc>
          <w:tcPr>
            <w:tcW w:w="2448" w:type="dxa"/>
            <w:shd w:val="clear" w:color="auto" w:fill="1F3A5F"/>
            <w:tcMar>
              <w:top w:w="90" w:type="dxa"/>
              <w:left w:w="140" w:type="dxa"/>
              <w:bottom w:w="90" w:type="dxa"/>
              <w:right w:w="140" w:type="dxa"/>
            </w:tcMar>
            <w:vAlign w:val="center"/>
          </w:tcPr>
          <w:p w14:paraId="01C123AF" w14:textId="77777777" w:rsidR="000D4DCB" w:rsidRDefault="00091397">
            <w:pPr>
              <w:jc w:val="right"/>
            </w:pPr>
            <w:r>
              <w:rPr>
                <w:rFonts w:ascii="Calibri" w:eastAsia="Calibri" w:hAnsi="Calibri" w:cs="Calibri"/>
                <w:color w:val="C8D6E5"/>
                <w:sz w:val="18"/>
              </w:rPr>
              <w:t>About 15–20 minutes</w:t>
            </w:r>
          </w:p>
        </w:tc>
      </w:tr>
    </w:tbl>
    <w:p w14:paraId="54EA8C3D" w14:textId="77777777" w:rsidR="000D4DCB" w:rsidRDefault="000D4DCB">
      <w:pPr>
        <w:spacing w:line="264" w:lineRule="auto"/>
      </w:pPr>
    </w:p>
    <w:p w14:paraId="4512ECCE"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Tell your hero's story in your own words.</w:t>
      </w:r>
    </w:p>
    <w:p w14:paraId="02138337" w14:textId="77777777" w:rsidR="000D4DCB" w:rsidRDefault="000D4DCB">
      <w:pPr>
        <w:spacing w:line="264" w:lineRule="auto"/>
      </w:pPr>
    </w:p>
    <w:p w14:paraId="419D896E"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39DD8D1" w14:textId="77777777">
        <w:tc>
          <w:tcPr>
            <w:tcW w:w="504" w:type="dxa"/>
            <w:tcMar>
              <w:top w:w="20" w:type="dxa"/>
              <w:left w:w="20" w:type="dxa"/>
              <w:bottom w:w="20" w:type="dxa"/>
              <w:right w:w="20" w:type="dxa"/>
            </w:tcMar>
          </w:tcPr>
          <w:p w14:paraId="53AE207F"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A218951" w14:textId="77777777" w:rsidR="000D4DCB" w:rsidRDefault="00091397">
            <w:r>
              <w:rPr>
                <w:rFonts w:eastAsia="Georgia" w:cs="Georgia"/>
                <w:color w:val="222222"/>
                <w:sz w:val="21"/>
              </w:rPr>
              <w:t>Look at your timeline from Step 9</w:t>
            </w:r>
            <w:r w:rsidR="00D53B4F">
              <w:rPr>
                <w:rFonts w:eastAsia="Georgia" w:cs="Georgia"/>
                <w:color w:val="222222"/>
                <w:sz w:val="21"/>
              </w:rPr>
              <w:t xml:space="preserve"> &amp; 10</w:t>
            </w:r>
            <w:r>
              <w:rPr>
                <w:rFonts w:eastAsia="Georgia" w:cs="Georgia"/>
                <w:color w:val="222222"/>
                <w:sz w:val="21"/>
              </w:rPr>
              <w:t>. Plan your story below.</w:t>
            </w:r>
          </w:p>
        </w:tc>
      </w:tr>
      <w:tr w:rsidR="000D4DCB" w14:paraId="66CD73F5" w14:textId="77777777">
        <w:tc>
          <w:tcPr>
            <w:tcW w:w="504" w:type="dxa"/>
            <w:tcMar>
              <w:top w:w="20" w:type="dxa"/>
              <w:left w:w="20" w:type="dxa"/>
              <w:bottom w:w="20" w:type="dxa"/>
              <w:right w:w="20" w:type="dxa"/>
            </w:tcMar>
          </w:tcPr>
          <w:p w14:paraId="6993B572"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62A4C95A" w14:textId="77777777" w:rsidR="000D4DCB" w:rsidRDefault="00091397">
            <w:r>
              <w:rPr>
                <w:rFonts w:eastAsia="Georgia" w:cs="Georgia"/>
                <w:color w:val="222222"/>
                <w:sz w:val="21"/>
              </w:rPr>
              <w:t>Practice once by yourself.</w:t>
            </w:r>
          </w:p>
        </w:tc>
      </w:tr>
      <w:tr w:rsidR="000D4DCB" w14:paraId="58CC2F74" w14:textId="77777777">
        <w:tc>
          <w:tcPr>
            <w:tcW w:w="504" w:type="dxa"/>
            <w:tcMar>
              <w:top w:w="20" w:type="dxa"/>
              <w:left w:w="20" w:type="dxa"/>
              <w:bottom w:w="20" w:type="dxa"/>
              <w:right w:w="20" w:type="dxa"/>
            </w:tcMar>
          </w:tcPr>
          <w:p w14:paraId="72E67E47"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0F8768CD" w14:textId="77777777" w:rsidR="000D4DCB" w:rsidRDefault="00091397">
            <w:r>
              <w:rPr>
                <w:rFonts w:eastAsia="Georgia" w:cs="Georgia"/>
                <w:color w:val="222222"/>
                <w:sz w:val="21"/>
              </w:rPr>
              <w:t>Tell your hero's story out loud to a parent, brother or sister, or friend. Take about 1 minute.</w:t>
            </w:r>
          </w:p>
        </w:tc>
      </w:tr>
      <w:tr w:rsidR="000D4DCB" w14:paraId="0A264B2F" w14:textId="77777777">
        <w:tc>
          <w:tcPr>
            <w:tcW w:w="504" w:type="dxa"/>
            <w:tcMar>
              <w:top w:w="20" w:type="dxa"/>
              <w:left w:w="20" w:type="dxa"/>
              <w:bottom w:w="20" w:type="dxa"/>
              <w:right w:w="20" w:type="dxa"/>
            </w:tcMar>
          </w:tcPr>
          <w:p w14:paraId="2C454AB6" w14:textId="77777777" w:rsidR="000D4DCB" w:rsidRDefault="00091397">
            <w:r>
              <w:rPr>
                <w:rFonts w:ascii="Calibri" w:eastAsia="Calibri" w:hAnsi="Calibri" w:cs="Calibri"/>
                <w:b/>
                <w:color w:val="1F3A5F"/>
                <w:sz w:val="21"/>
              </w:rPr>
              <w:t>4.</w:t>
            </w:r>
          </w:p>
        </w:tc>
        <w:tc>
          <w:tcPr>
            <w:tcW w:w="9576" w:type="dxa"/>
            <w:tcMar>
              <w:top w:w="20" w:type="dxa"/>
              <w:left w:w="40" w:type="dxa"/>
              <w:bottom w:w="20" w:type="dxa"/>
              <w:right w:w="40" w:type="dxa"/>
            </w:tcMar>
          </w:tcPr>
          <w:p w14:paraId="794FEC39" w14:textId="77777777" w:rsidR="000D4DCB" w:rsidRDefault="00091397">
            <w:r>
              <w:rPr>
                <w:rFonts w:eastAsia="Georgia" w:cs="Georgia"/>
                <w:color w:val="222222"/>
                <w:sz w:val="21"/>
              </w:rPr>
              <w:t>Ask your listener to fill in the box at the bottom.</w:t>
            </w:r>
          </w:p>
        </w:tc>
      </w:tr>
    </w:tbl>
    <w:p w14:paraId="7A1F02F1"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0A5B81B6" w14:textId="77777777">
        <w:tc>
          <w:tcPr>
            <w:tcW w:w="10080" w:type="dxa"/>
            <w:shd w:val="clear" w:color="auto" w:fill="FBF6EC"/>
            <w:tcMar>
              <w:top w:w="70" w:type="dxa"/>
              <w:left w:w="140" w:type="dxa"/>
              <w:bottom w:w="70" w:type="dxa"/>
              <w:right w:w="140" w:type="dxa"/>
            </w:tcMar>
          </w:tcPr>
          <w:p w14:paraId="12C0D296" w14:textId="77777777" w:rsidR="000D4DCB" w:rsidRDefault="00091397">
            <w:r>
              <w:rPr>
                <w:rFonts w:ascii="Calibri" w:eastAsia="Calibri" w:hAnsi="Calibri" w:cs="Calibri"/>
                <w:b/>
                <w:color w:val="7A551C"/>
                <w:sz w:val="20"/>
              </w:rPr>
              <w:t xml:space="preserve">TIP: </w:t>
            </w:r>
            <w:r>
              <w:rPr>
                <w:rFonts w:ascii="Calibri" w:eastAsia="Calibri" w:hAnsi="Calibri" w:cs="Calibri"/>
                <w:color w:val="3A2E1A"/>
                <w:sz w:val="20"/>
              </w:rPr>
              <w:t>Tell it like a story. Look at your listener. Use your plan only to remember what comes next.</w:t>
            </w:r>
          </w:p>
        </w:tc>
      </w:tr>
    </w:tbl>
    <w:p w14:paraId="738BE5F3" w14:textId="77777777" w:rsidR="000D4DCB" w:rsidRDefault="000D4DCB">
      <w:pPr>
        <w:spacing w:after="120" w:line="264" w:lineRule="auto"/>
      </w:pPr>
    </w:p>
    <w:p w14:paraId="59019C61" w14:textId="77777777" w:rsidR="000D4DCB" w:rsidRDefault="00091397">
      <w:pPr>
        <w:spacing w:after="60" w:line="264" w:lineRule="auto"/>
      </w:pPr>
      <w:r>
        <w:rPr>
          <w:rFonts w:ascii="Calibri" w:eastAsia="Calibri" w:hAnsi="Calibri" w:cs="Calibri"/>
          <w:b/>
          <w:color w:val="1F3A5F"/>
          <w:sz w:val="26"/>
        </w:rPr>
        <w:t>My story tells</w:t>
      </w:r>
    </w:p>
    <w:p w14:paraId="2DD90DE1"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Where</w:t>
      </w:r>
      <w:proofErr w:type="gramEnd"/>
      <w:r>
        <w:rPr>
          <w:rFonts w:eastAsia="Georgia" w:cs="Georgia"/>
          <w:color w:val="222222"/>
          <w:sz w:val="21"/>
        </w:rPr>
        <w:t xml:space="preserve"> and when my hero was born</w:t>
      </w:r>
    </w:p>
    <w:p w14:paraId="7AF64601"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Big</w:t>
      </w:r>
      <w:proofErr w:type="gramEnd"/>
      <w:r>
        <w:rPr>
          <w:rFonts w:eastAsia="Georgia" w:cs="Georgia"/>
          <w:color w:val="222222"/>
          <w:sz w:val="21"/>
        </w:rPr>
        <w:t xml:space="preserve"> events from my timeline</w:t>
      </w:r>
    </w:p>
    <w:p w14:paraId="54E88953" w14:textId="77777777" w:rsidR="000D4DCB" w:rsidRDefault="00091397">
      <w:pPr>
        <w:spacing w:after="40" w:line="264" w:lineRule="auto"/>
      </w:pPr>
      <w:proofErr w:type="gramStart"/>
      <w:r>
        <w:rPr>
          <w:rFonts w:ascii="Segoe UI Symbol" w:eastAsia="Segoe UI Symbol" w:hAnsi="Segoe UI Symbol" w:cs="Segoe UI Symbol"/>
          <w:color w:val="1F3A5F"/>
          <w:sz w:val="24"/>
        </w:rPr>
        <w:t xml:space="preserve">☐  </w:t>
      </w:r>
      <w:r>
        <w:rPr>
          <w:rFonts w:eastAsia="Georgia" w:cs="Georgia"/>
          <w:color w:val="222222"/>
          <w:sz w:val="21"/>
        </w:rPr>
        <w:t>How</w:t>
      </w:r>
      <w:proofErr w:type="gramEnd"/>
      <w:r>
        <w:rPr>
          <w:rFonts w:eastAsia="Georgia" w:cs="Georgia"/>
          <w:color w:val="222222"/>
          <w:sz w:val="21"/>
        </w:rPr>
        <w:t xml:space="preserve"> my hero helped people come to Jesus</w:t>
      </w:r>
    </w:p>
    <w:p w14:paraId="77E923D1"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8208"/>
      </w:tblGrid>
      <w:tr w:rsidR="000D4DCB" w14:paraId="71DBD5E8" w14:textId="77777777">
        <w:tc>
          <w:tcPr>
            <w:tcW w:w="10080" w:type="dxa"/>
            <w:gridSpan w:val="2"/>
            <w:shd w:val="clear" w:color="auto" w:fill="E8EEF5"/>
            <w:tcMar>
              <w:top w:w="50" w:type="dxa"/>
              <w:left w:w="120" w:type="dxa"/>
              <w:bottom w:w="50" w:type="dxa"/>
              <w:right w:w="120" w:type="dxa"/>
            </w:tcMar>
          </w:tcPr>
          <w:p w14:paraId="461013FE" w14:textId="77777777" w:rsidR="000D4DCB" w:rsidRDefault="00091397">
            <w:r>
              <w:rPr>
                <w:rFonts w:ascii="Calibri" w:eastAsia="Calibri" w:hAnsi="Calibri" w:cs="Calibri"/>
                <w:b/>
                <w:color w:val="1F3A5F"/>
                <w:sz w:val="23"/>
              </w:rPr>
              <w:t>My Story Plan</w:t>
            </w:r>
          </w:p>
        </w:tc>
      </w:tr>
      <w:tr w:rsidR="000D4DCB" w14:paraId="54D20625" w14:textId="77777777" w:rsidTr="00753CD0">
        <w:trPr>
          <w:trHeight w:val="1105"/>
        </w:trPr>
        <w:tc>
          <w:tcPr>
            <w:tcW w:w="1872" w:type="dxa"/>
            <w:shd w:val="clear" w:color="auto" w:fill="F4F7FA"/>
            <w:tcMar>
              <w:top w:w="50" w:type="dxa"/>
              <w:left w:w="100" w:type="dxa"/>
              <w:bottom w:w="50" w:type="dxa"/>
              <w:right w:w="80" w:type="dxa"/>
            </w:tcMar>
          </w:tcPr>
          <w:p w14:paraId="19AA0EEF" w14:textId="77777777" w:rsidR="000D4DCB" w:rsidRDefault="00091397">
            <w:r>
              <w:rPr>
                <w:rFonts w:ascii="Calibri" w:eastAsia="Calibri" w:hAnsi="Calibri" w:cs="Calibri"/>
                <w:b/>
                <w:color w:val="1F3A5F"/>
                <w:sz w:val="20"/>
              </w:rPr>
              <w:t>Beginning:</w:t>
            </w:r>
          </w:p>
        </w:tc>
        <w:tc>
          <w:tcPr>
            <w:tcW w:w="8208" w:type="dxa"/>
            <w:tcMar>
              <w:top w:w="50" w:type="dxa"/>
              <w:left w:w="100" w:type="dxa"/>
              <w:bottom w:w="50" w:type="dxa"/>
              <w:right w:w="100" w:type="dxa"/>
            </w:tcMar>
          </w:tcPr>
          <w:p w14:paraId="2C0B9EA6" w14:textId="77777777" w:rsidR="000D4DCB" w:rsidRDefault="000D4DCB"/>
        </w:tc>
      </w:tr>
      <w:tr w:rsidR="000D4DCB" w14:paraId="69730DF6" w14:textId="77777777">
        <w:trPr>
          <w:trHeight w:val="1224"/>
        </w:trPr>
        <w:tc>
          <w:tcPr>
            <w:tcW w:w="1872" w:type="dxa"/>
            <w:shd w:val="clear" w:color="auto" w:fill="F4F7FA"/>
            <w:tcMar>
              <w:top w:w="50" w:type="dxa"/>
              <w:left w:w="100" w:type="dxa"/>
              <w:bottom w:w="50" w:type="dxa"/>
              <w:right w:w="80" w:type="dxa"/>
            </w:tcMar>
          </w:tcPr>
          <w:p w14:paraId="184289FE" w14:textId="77777777" w:rsidR="000D4DCB" w:rsidRDefault="00091397">
            <w:r>
              <w:rPr>
                <w:rFonts w:ascii="Calibri" w:eastAsia="Calibri" w:hAnsi="Calibri" w:cs="Calibri"/>
                <w:b/>
                <w:color w:val="1F3A5F"/>
                <w:sz w:val="20"/>
              </w:rPr>
              <w:t>Middle:</w:t>
            </w:r>
          </w:p>
        </w:tc>
        <w:tc>
          <w:tcPr>
            <w:tcW w:w="8208" w:type="dxa"/>
            <w:tcMar>
              <w:top w:w="50" w:type="dxa"/>
              <w:left w:w="100" w:type="dxa"/>
              <w:bottom w:w="50" w:type="dxa"/>
              <w:right w:w="100" w:type="dxa"/>
            </w:tcMar>
          </w:tcPr>
          <w:p w14:paraId="4BB492DD" w14:textId="77777777" w:rsidR="000D4DCB" w:rsidRDefault="000D4DCB"/>
        </w:tc>
      </w:tr>
      <w:tr w:rsidR="000D4DCB" w14:paraId="088EC657" w14:textId="77777777">
        <w:trPr>
          <w:trHeight w:val="1152"/>
        </w:trPr>
        <w:tc>
          <w:tcPr>
            <w:tcW w:w="1872" w:type="dxa"/>
            <w:shd w:val="clear" w:color="auto" w:fill="F4F7FA"/>
            <w:tcMar>
              <w:top w:w="50" w:type="dxa"/>
              <w:left w:w="100" w:type="dxa"/>
              <w:bottom w:w="50" w:type="dxa"/>
              <w:right w:w="80" w:type="dxa"/>
            </w:tcMar>
          </w:tcPr>
          <w:p w14:paraId="7DEB82DC" w14:textId="77777777" w:rsidR="000D4DCB" w:rsidRDefault="00091397">
            <w:r>
              <w:rPr>
                <w:rFonts w:ascii="Calibri" w:eastAsia="Calibri" w:hAnsi="Calibri" w:cs="Calibri"/>
                <w:b/>
                <w:color w:val="1F3A5F"/>
                <w:sz w:val="20"/>
              </w:rPr>
              <w:t>End:</w:t>
            </w:r>
          </w:p>
        </w:tc>
        <w:tc>
          <w:tcPr>
            <w:tcW w:w="8208" w:type="dxa"/>
            <w:tcMar>
              <w:top w:w="50" w:type="dxa"/>
              <w:left w:w="100" w:type="dxa"/>
              <w:bottom w:w="50" w:type="dxa"/>
              <w:right w:w="100" w:type="dxa"/>
            </w:tcMar>
          </w:tcPr>
          <w:p w14:paraId="4F0832B9" w14:textId="77777777" w:rsidR="000D4DCB" w:rsidRDefault="000D4DCB"/>
        </w:tc>
      </w:tr>
    </w:tbl>
    <w:p w14:paraId="685BB6FE"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304"/>
        <w:gridCol w:w="2736"/>
        <w:gridCol w:w="2304"/>
        <w:gridCol w:w="2736"/>
      </w:tblGrid>
      <w:tr w:rsidR="000D4DCB" w14:paraId="7E8325F9" w14:textId="77777777">
        <w:tc>
          <w:tcPr>
            <w:tcW w:w="10080" w:type="dxa"/>
            <w:gridSpan w:val="4"/>
            <w:shd w:val="clear" w:color="auto" w:fill="E8EEF5"/>
            <w:tcMar>
              <w:top w:w="50" w:type="dxa"/>
              <w:left w:w="120" w:type="dxa"/>
              <w:bottom w:w="50" w:type="dxa"/>
              <w:right w:w="120" w:type="dxa"/>
            </w:tcMar>
          </w:tcPr>
          <w:p w14:paraId="218821BD" w14:textId="77777777" w:rsidR="000D4DCB" w:rsidRDefault="00091397">
            <w:r>
              <w:rPr>
                <w:rFonts w:ascii="Calibri" w:eastAsia="Calibri" w:hAnsi="Calibri" w:cs="Calibri"/>
                <w:b/>
                <w:color w:val="1F3A5F"/>
                <w:sz w:val="23"/>
              </w:rPr>
              <w:t>Listener Sign-Off</w:t>
            </w:r>
          </w:p>
        </w:tc>
      </w:tr>
      <w:tr w:rsidR="000D4DCB" w14:paraId="3CC9681B" w14:textId="77777777">
        <w:trPr>
          <w:trHeight w:val="518"/>
        </w:trPr>
        <w:tc>
          <w:tcPr>
            <w:tcW w:w="2304" w:type="dxa"/>
            <w:shd w:val="clear" w:color="auto" w:fill="F4F7FA"/>
            <w:tcMar>
              <w:top w:w="50" w:type="dxa"/>
              <w:left w:w="100" w:type="dxa"/>
              <w:bottom w:w="50" w:type="dxa"/>
              <w:right w:w="80" w:type="dxa"/>
            </w:tcMar>
          </w:tcPr>
          <w:p w14:paraId="0854CB41" w14:textId="77777777" w:rsidR="000D4DCB" w:rsidRDefault="00091397">
            <w:r>
              <w:rPr>
                <w:rFonts w:ascii="Calibri" w:eastAsia="Calibri" w:hAnsi="Calibri" w:cs="Calibri"/>
                <w:b/>
                <w:color w:val="1F3A5F"/>
                <w:sz w:val="20"/>
              </w:rPr>
              <w:t>Listener name:</w:t>
            </w:r>
          </w:p>
        </w:tc>
        <w:tc>
          <w:tcPr>
            <w:tcW w:w="2736" w:type="dxa"/>
            <w:tcMar>
              <w:top w:w="50" w:type="dxa"/>
              <w:left w:w="100" w:type="dxa"/>
              <w:bottom w:w="50" w:type="dxa"/>
              <w:right w:w="100" w:type="dxa"/>
            </w:tcMar>
          </w:tcPr>
          <w:p w14:paraId="38063197" w14:textId="77777777" w:rsidR="000D4DCB" w:rsidRDefault="000D4DCB"/>
        </w:tc>
        <w:tc>
          <w:tcPr>
            <w:tcW w:w="2304" w:type="dxa"/>
            <w:shd w:val="clear" w:color="auto" w:fill="F4F7FA"/>
            <w:tcMar>
              <w:top w:w="50" w:type="dxa"/>
              <w:left w:w="100" w:type="dxa"/>
              <w:bottom w:w="50" w:type="dxa"/>
              <w:right w:w="80" w:type="dxa"/>
            </w:tcMar>
          </w:tcPr>
          <w:p w14:paraId="60A93170" w14:textId="77777777" w:rsidR="000D4DCB" w:rsidRDefault="00091397">
            <w:r>
              <w:rPr>
                <w:rFonts w:ascii="Calibri" w:eastAsia="Calibri" w:hAnsi="Calibri" w:cs="Calibri"/>
                <w:b/>
                <w:color w:val="1F3A5F"/>
                <w:sz w:val="20"/>
              </w:rPr>
              <w:t>Signature:</w:t>
            </w:r>
          </w:p>
        </w:tc>
        <w:tc>
          <w:tcPr>
            <w:tcW w:w="2736" w:type="dxa"/>
            <w:tcMar>
              <w:top w:w="50" w:type="dxa"/>
              <w:left w:w="100" w:type="dxa"/>
              <w:bottom w:w="50" w:type="dxa"/>
              <w:right w:w="100" w:type="dxa"/>
            </w:tcMar>
          </w:tcPr>
          <w:p w14:paraId="55DA8FBF" w14:textId="77777777" w:rsidR="000D4DCB" w:rsidRDefault="000D4DCB"/>
        </w:tc>
      </w:tr>
      <w:tr w:rsidR="000D4DCB" w14:paraId="19126D95" w14:textId="77777777">
        <w:trPr>
          <w:trHeight w:val="1152"/>
        </w:trPr>
        <w:tc>
          <w:tcPr>
            <w:tcW w:w="2304" w:type="dxa"/>
            <w:shd w:val="clear" w:color="auto" w:fill="F4F7FA"/>
            <w:tcMar>
              <w:top w:w="50" w:type="dxa"/>
              <w:left w:w="100" w:type="dxa"/>
              <w:bottom w:w="50" w:type="dxa"/>
              <w:right w:w="80" w:type="dxa"/>
            </w:tcMar>
          </w:tcPr>
          <w:p w14:paraId="15ABA5DC" w14:textId="77777777" w:rsidR="000D4DCB" w:rsidRDefault="00091397">
            <w:r>
              <w:rPr>
                <w:rFonts w:ascii="Calibri" w:eastAsia="Calibri" w:hAnsi="Calibri" w:cs="Calibri"/>
                <w:b/>
                <w:color w:val="1F3A5F"/>
                <w:sz w:val="20"/>
              </w:rPr>
              <w:t>One thing the student did well:</w:t>
            </w:r>
          </w:p>
        </w:tc>
        <w:tc>
          <w:tcPr>
            <w:tcW w:w="7776" w:type="dxa"/>
            <w:gridSpan w:val="3"/>
            <w:tcMar>
              <w:top w:w="50" w:type="dxa"/>
              <w:left w:w="100" w:type="dxa"/>
              <w:bottom w:w="50" w:type="dxa"/>
              <w:right w:w="100" w:type="dxa"/>
            </w:tcMar>
          </w:tcPr>
          <w:p w14:paraId="7506986C" w14:textId="77777777" w:rsidR="000D4DCB" w:rsidRDefault="000D4DCB"/>
        </w:tc>
      </w:tr>
    </w:tbl>
    <w:p w14:paraId="7302BAD4"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0CDE3D65" w14:textId="77777777">
        <w:tc>
          <w:tcPr>
            <w:tcW w:w="7632" w:type="dxa"/>
            <w:shd w:val="clear" w:color="auto" w:fill="1F3A5F"/>
            <w:tcMar>
              <w:top w:w="90" w:type="dxa"/>
              <w:left w:w="140" w:type="dxa"/>
              <w:bottom w:w="90" w:type="dxa"/>
              <w:right w:w="140" w:type="dxa"/>
            </w:tcMar>
            <w:vAlign w:val="center"/>
          </w:tcPr>
          <w:p w14:paraId="4AC63EB7"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12</w:t>
            </w:r>
          </w:p>
          <w:p w14:paraId="3260DB4E" w14:textId="77777777" w:rsidR="000D4DCB" w:rsidRDefault="00091397">
            <w:r>
              <w:rPr>
                <w:rFonts w:ascii="Calibri" w:eastAsia="Calibri" w:hAnsi="Calibri" w:cs="Calibri"/>
                <w:b/>
                <w:color w:val="FFFFFF"/>
                <w:sz w:val="40"/>
              </w:rPr>
              <w:t>Character Chart, Part 1</w:t>
            </w:r>
          </w:p>
        </w:tc>
        <w:tc>
          <w:tcPr>
            <w:tcW w:w="2448" w:type="dxa"/>
            <w:shd w:val="clear" w:color="auto" w:fill="1F3A5F"/>
            <w:tcMar>
              <w:top w:w="90" w:type="dxa"/>
              <w:left w:w="140" w:type="dxa"/>
              <w:bottom w:w="90" w:type="dxa"/>
              <w:right w:w="140" w:type="dxa"/>
            </w:tcMar>
            <w:vAlign w:val="center"/>
          </w:tcPr>
          <w:p w14:paraId="48CA1D98" w14:textId="77777777" w:rsidR="000D4DCB" w:rsidRDefault="00091397">
            <w:pPr>
              <w:jc w:val="right"/>
            </w:pPr>
            <w:r>
              <w:rPr>
                <w:rFonts w:ascii="Calibri" w:eastAsia="Calibri" w:hAnsi="Calibri" w:cs="Calibri"/>
                <w:color w:val="C8D6E5"/>
                <w:sz w:val="18"/>
              </w:rPr>
              <w:t>About 15–20 minutes</w:t>
            </w:r>
          </w:p>
        </w:tc>
      </w:tr>
    </w:tbl>
    <w:p w14:paraId="44E5F1C1" w14:textId="77777777" w:rsidR="000D4DCB" w:rsidRDefault="000D4DCB">
      <w:pPr>
        <w:spacing w:line="264" w:lineRule="auto"/>
      </w:pPr>
    </w:p>
    <w:p w14:paraId="44785D71"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See how your hero's heart led to the good things they did.</w:t>
      </w:r>
    </w:p>
    <w:p w14:paraId="58A59A35" w14:textId="77777777" w:rsidR="000D4DCB" w:rsidRDefault="000D4DCB">
      <w:pPr>
        <w:spacing w:line="264" w:lineRule="auto"/>
      </w:pPr>
    </w:p>
    <w:p w14:paraId="6419BB2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0B7087CD" w14:textId="77777777">
        <w:tc>
          <w:tcPr>
            <w:tcW w:w="504" w:type="dxa"/>
            <w:tcMar>
              <w:top w:w="20" w:type="dxa"/>
              <w:left w:w="20" w:type="dxa"/>
              <w:bottom w:w="20" w:type="dxa"/>
              <w:right w:w="20" w:type="dxa"/>
            </w:tcMar>
          </w:tcPr>
          <w:p w14:paraId="4A2D56C1"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4865FB8F" w14:textId="77777777" w:rsidR="000D4DCB" w:rsidRDefault="00091397">
            <w:r>
              <w:rPr>
                <w:rFonts w:eastAsia="Georgia" w:cs="Georgia"/>
                <w:color w:val="222222"/>
                <w:sz w:val="21"/>
              </w:rPr>
              <w:t>Now you will learn about your hero's heart. Look at your Hero Notes (Steps 5–8).</w:t>
            </w:r>
          </w:p>
        </w:tc>
      </w:tr>
      <w:tr w:rsidR="000D4DCB" w14:paraId="39567B93" w14:textId="77777777">
        <w:tc>
          <w:tcPr>
            <w:tcW w:w="504" w:type="dxa"/>
            <w:tcMar>
              <w:top w:w="20" w:type="dxa"/>
              <w:left w:w="20" w:type="dxa"/>
              <w:bottom w:w="20" w:type="dxa"/>
              <w:right w:w="20" w:type="dxa"/>
            </w:tcMar>
          </w:tcPr>
          <w:p w14:paraId="771677B2"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33FAD8A8" w14:textId="77777777" w:rsidR="000D4DCB" w:rsidRDefault="00091397">
            <w:r>
              <w:rPr>
                <w:rFonts w:eastAsia="Georgia" w:cs="Georgia"/>
                <w:color w:val="222222"/>
                <w:sz w:val="21"/>
              </w:rPr>
              <w:t>LEFT side: write a good quality your hero had inside, like faith, courage, or kindness.</w:t>
            </w:r>
          </w:p>
        </w:tc>
      </w:tr>
      <w:tr w:rsidR="000D4DCB" w14:paraId="7CAB2508" w14:textId="77777777">
        <w:tc>
          <w:tcPr>
            <w:tcW w:w="504" w:type="dxa"/>
            <w:tcMar>
              <w:top w:w="20" w:type="dxa"/>
              <w:left w:w="20" w:type="dxa"/>
              <w:bottom w:w="20" w:type="dxa"/>
              <w:right w:w="20" w:type="dxa"/>
            </w:tcMar>
          </w:tcPr>
          <w:p w14:paraId="45CF8860"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45AF99C6" w14:textId="77777777" w:rsidR="000D4DCB" w:rsidRDefault="00091397">
            <w:r>
              <w:rPr>
                <w:rFonts w:eastAsia="Georgia" w:cs="Georgia"/>
                <w:color w:val="222222"/>
                <w:sz w:val="21"/>
              </w:rPr>
              <w:t xml:space="preserve">RIGHT side: write something your hero said or did that </w:t>
            </w:r>
            <w:proofErr w:type="gramStart"/>
            <w:r>
              <w:rPr>
                <w:rFonts w:eastAsia="Georgia" w:cs="Georgia"/>
                <w:color w:val="222222"/>
                <w:sz w:val="21"/>
              </w:rPr>
              <w:t>shows</w:t>
            </w:r>
            <w:proofErr w:type="gramEnd"/>
            <w:r>
              <w:rPr>
                <w:rFonts w:eastAsia="Georgia" w:cs="Georgia"/>
                <w:color w:val="222222"/>
                <w:sz w:val="21"/>
              </w:rPr>
              <w:t xml:space="preserve"> that quality. Tell where you found it.</w:t>
            </w:r>
          </w:p>
        </w:tc>
      </w:tr>
    </w:tbl>
    <w:p w14:paraId="4CB89785" w14:textId="77777777" w:rsidR="000D4DCB" w:rsidRDefault="000D4DCB">
      <w:pPr>
        <w:spacing w:after="10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5040"/>
        <w:gridCol w:w="5040"/>
      </w:tblGrid>
      <w:tr w:rsidR="000D4DCB" w14:paraId="6D4417F8" w14:textId="77777777">
        <w:tc>
          <w:tcPr>
            <w:tcW w:w="5040" w:type="dxa"/>
            <w:shd w:val="clear" w:color="auto" w:fill="F6EBD5"/>
            <w:tcMar>
              <w:top w:w="50" w:type="dxa"/>
              <w:left w:w="120" w:type="dxa"/>
              <w:bottom w:w="50" w:type="dxa"/>
              <w:right w:w="120" w:type="dxa"/>
            </w:tcMar>
          </w:tcPr>
          <w:p w14:paraId="6099ADA5" w14:textId="77777777" w:rsidR="000D4DCB" w:rsidRDefault="00091397">
            <w:r>
              <w:rPr>
                <w:rFonts w:ascii="Calibri" w:eastAsia="Calibri" w:hAnsi="Calibri" w:cs="Calibri"/>
                <w:b/>
                <w:color w:val="7A551C"/>
                <w:sz w:val="20"/>
              </w:rPr>
              <w:t>INTERNAL means inside: who my hero was in their heart</w:t>
            </w:r>
          </w:p>
        </w:tc>
        <w:tc>
          <w:tcPr>
            <w:tcW w:w="5040" w:type="dxa"/>
            <w:shd w:val="clear" w:color="auto" w:fill="F6EBD5"/>
            <w:tcMar>
              <w:top w:w="50" w:type="dxa"/>
              <w:left w:w="120" w:type="dxa"/>
              <w:bottom w:w="50" w:type="dxa"/>
              <w:right w:w="120" w:type="dxa"/>
            </w:tcMar>
          </w:tcPr>
          <w:p w14:paraId="02A7751A" w14:textId="77777777" w:rsidR="000D4DCB" w:rsidRDefault="00091397">
            <w:r>
              <w:rPr>
                <w:rFonts w:ascii="Calibri" w:eastAsia="Calibri" w:hAnsi="Calibri" w:cs="Calibri"/>
                <w:b/>
                <w:color w:val="7A551C"/>
                <w:sz w:val="20"/>
              </w:rPr>
              <w:t>EXTERNAL means outside: what others could see</w:t>
            </w:r>
          </w:p>
        </w:tc>
      </w:tr>
      <w:tr w:rsidR="000D4DCB" w14:paraId="012A8B24" w14:textId="77777777">
        <w:tc>
          <w:tcPr>
            <w:tcW w:w="5040" w:type="dxa"/>
            <w:shd w:val="clear" w:color="auto" w:fill="FBF6EC"/>
            <w:tcMar>
              <w:top w:w="40" w:type="dxa"/>
              <w:left w:w="120" w:type="dxa"/>
              <w:bottom w:w="50" w:type="dxa"/>
              <w:right w:w="120" w:type="dxa"/>
            </w:tcMar>
          </w:tcPr>
          <w:p w14:paraId="685887C5" w14:textId="77777777" w:rsidR="000D4DCB" w:rsidRDefault="00091397">
            <w:r>
              <w:rPr>
                <w:rFonts w:ascii="Calibri" w:eastAsia="Calibri" w:hAnsi="Calibri" w:cs="Calibri"/>
                <w:color w:val="3A2E1A"/>
                <w:sz w:val="20"/>
              </w:rPr>
              <w:t>•  What they believed and loved</w:t>
            </w:r>
          </w:p>
          <w:p w14:paraId="275D78F1" w14:textId="77777777" w:rsidR="000D4DCB" w:rsidRDefault="00091397">
            <w:r>
              <w:rPr>
                <w:rFonts w:ascii="Calibri" w:eastAsia="Calibri" w:hAnsi="Calibri" w:cs="Calibri"/>
                <w:color w:val="3A2E1A"/>
                <w:sz w:val="20"/>
              </w:rPr>
              <w:t>•  Their faith in God</w:t>
            </w:r>
          </w:p>
          <w:p w14:paraId="47F5905D" w14:textId="77777777" w:rsidR="000D4DCB" w:rsidRDefault="00091397">
            <w:r>
              <w:rPr>
                <w:rFonts w:ascii="Calibri" w:eastAsia="Calibri" w:hAnsi="Calibri" w:cs="Calibri"/>
                <w:color w:val="3A2E1A"/>
                <w:sz w:val="20"/>
              </w:rPr>
              <w:t>•  Good qualities, like courage or kindness</w:t>
            </w:r>
          </w:p>
        </w:tc>
        <w:tc>
          <w:tcPr>
            <w:tcW w:w="5040" w:type="dxa"/>
            <w:shd w:val="clear" w:color="auto" w:fill="FBF6EC"/>
            <w:tcMar>
              <w:top w:w="40" w:type="dxa"/>
              <w:left w:w="120" w:type="dxa"/>
              <w:bottom w:w="50" w:type="dxa"/>
              <w:right w:w="120" w:type="dxa"/>
            </w:tcMar>
          </w:tcPr>
          <w:p w14:paraId="32B01F52" w14:textId="77777777" w:rsidR="000D4DCB" w:rsidRDefault="00091397">
            <w:r>
              <w:rPr>
                <w:rFonts w:ascii="Calibri" w:eastAsia="Calibri" w:hAnsi="Calibri" w:cs="Calibri"/>
                <w:color w:val="3A2E1A"/>
                <w:sz w:val="20"/>
              </w:rPr>
              <w:t>•  What they said and did</w:t>
            </w:r>
          </w:p>
          <w:p w14:paraId="29AE56F8" w14:textId="77777777" w:rsidR="000D4DCB" w:rsidRDefault="00091397">
            <w:r>
              <w:rPr>
                <w:rFonts w:ascii="Calibri" w:eastAsia="Calibri" w:hAnsi="Calibri" w:cs="Calibri"/>
                <w:color w:val="3A2E1A"/>
                <w:sz w:val="20"/>
              </w:rPr>
              <w:t>•  Choices they made</w:t>
            </w:r>
          </w:p>
          <w:p w14:paraId="204B3B31" w14:textId="77777777" w:rsidR="000D4DCB" w:rsidRDefault="00091397">
            <w:r>
              <w:rPr>
                <w:rFonts w:ascii="Calibri" w:eastAsia="Calibri" w:hAnsi="Calibri" w:cs="Calibri"/>
                <w:color w:val="3A2E1A"/>
                <w:sz w:val="20"/>
              </w:rPr>
              <w:t>•  How they helped others</w:t>
            </w:r>
          </w:p>
        </w:tc>
      </w:tr>
    </w:tbl>
    <w:p w14:paraId="58288A5E" w14:textId="77777777" w:rsidR="000D4DCB" w:rsidRDefault="000D4DCB">
      <w:pPr>
        <w:spacing w:after="60" w:line="264" w:lineRule="auto"/>
      </w:pPr>
    </w:p>
    <w:p w14:paraId="26510B06" w14:textId="77777777" w:rsidR="000D4DCB" w:rsidRDefault="00091397">
      <w:pPr>
        <w:spacing w:after="80" w:line="264" w:lineRule="auto"/>
      </w:pPr>
      <w:r>
        <w:rPr>
          <w:rFonts w:eastAsia="Georgia" w:cs="Georgia"/>
          <w:i/>
          <w:color w:val="595959"/>
          <w:sz w:val="19"/>
        </w:rPr>
        <w:t>What is inside a person leads to what they say and do. The arrow shows this.</w:t>
      </w:r>
    </w:p>
    <w:p w14:paraId="0E20A014" w14:textId="77777777" w:rsidR="000D4DCB" w:rsidRDefault="000D4DCB">
      <w:pPr>
        <w:spacing w:after="80" w:line="264" w:lineRule="auto"/>
      </w:pPr>
    </w:p>
    <w:p w14:paraId="14A9C9E7" w14:textId="77777777" w:rsidR="000D4DCB" w:rsidRDefault="00091397">
      <w:pPr>
        <w:spacing w:after="20" w:line="264" w:lineRule="auto"/>
      </w:pPr>
      <w:r>
        <w:rPr>
          <w:rFonts w:eastAsia="Georgia" w:cs="Georgia"/>
          <w:color w:val="7A551C"/>
          <w:sz w:val="18"/>
        </w:rPr>
        <w:t>EXAMPLE</w:t>
      </w:r>
    </w:p>
    <w:tbl>
      <w:tblPr>
        <w:tblW w:w="10080" w:type="dxa"/>
        <w:tblBorders>
          <w:top w:val="nil"/>
          <w:left w:val="nil"/>
          <w:bottom w:val="nil"/>
          <w:right w:val="nil"/>
          <w:insideH w:val="single" w:sz="4" w:space="0" w:color="E6D3AE"/>
          <w:insideV w:val="single" w:sz="18" w:space="0" w:color="C8963E"/>
        </w:tblBorders>
        <w:tblLayout w:type="fixed"/>
        <w:tblLook w:val="04A0" w:firstRow="1" w:lastRow="0" w:firstColumn="1" w:lastColumn="0" w:noHBand="0" w:noVBand="1"/>
      </w:tblPr>
      <w:tblGrid>
        <w:gridCol w:w="5040"/>
        <w:gridCol w:w="5040"/>
      </w:tblGrid>
      <w:tr w:rsidR="000D4DCB" w14:paraId="7F8FD162" w14:textId="77777777">
        <w:tc>
          <w:tcPr>
            <w:tcW w:w="5040" w:type="dxa"/>
            <w:tcBorders>
              <w:bottom w:val="single" w:sz="18" w:space="0" w:color="C8963E"/>
            </w:tcBorders>
            <w:tcMar>
              <w:top w:w="60" w:type="dxa"/>
              <w:left w:w="120" w:type="dxa"/>
              <w:bottom w:w="60" w:type="dxa"/>
              <w:right w:w="120" w:type="dxa"/>
            </w:tcMar>
          </w:tcPr>
          <w:p w14:paraId="50B363F4" w14:textId="77777777" w:rsidR="000D4DCB" w:rsidRDefault="00091397">
            <w:pPr>
              <w:jc w:val="center"/>
            </w:pPr>
            <w:r>
              <w:rPr>
                <w:rFonts w:ascii="Calibri" w:eastAsia="Calibri" w:hAnsi="Calibri" w:cs="Calibri"/>
                <w:b/>
                <w:color w:val="1F3A5F"/>
                <w:sz w:val="23"/>
              </w:rPr>
              <w:t>INTERNAL (</w:t>
            </w:r>
            <w:proofErr w:type="gramStart"/>
            <w:r>
              <w:rPr>
                <w:rFonts w:ascii="Calibri" w:eastAsia="Calibri" w:hAnsi="Calibri" w:cs="Calibri"/>
                <w:b/>
                <w:color w:val="1F3A5F"/>
                <w:sz w:val="23"/>
              </w:rPr>
              <w:t xml:space="preserve">inside)   </w:t>
            </w:r>
            <w:proofErr w:type="gramEnd"/>
            <w:r>
              <w:rPr>
                <w:rFonts w:ascii="Calibri" w:eastAsia="Calibri" w:hAnsi="Calibri" w:cs="Calibri"/>
                <w:b/>
                <w:color w:val="1F3A5F"/>
                <w:sz w:val="23"/>
              </w:rPr>
              <w:t>→</w:t>
            </w:r>
          </w:p>
        </w:tc>
        <w:tc>
          <w:tcPr>
            <w:tcW w:w="5040" w:type="dxa"/>
            <w:tcBorders>
              <w:bottom w:val="single" w:sz="18" w:space="0" w:color="C8963E"/>
            </w:tcBorders>
            <w:tcMar>
              <w:top w:w="60" w:type="dxa"/>
              <w:left w:w="120" w:type="dxa"/>
              <w:bottom w:w="60" w:type="dxa"/>
              <w:right w:w="120" w:type="dxa"/>
            </w:tcMar>
          </w:tcPr>
          <w:p w14:paraId="0D0E7AF5" w14:textId="77777777" w:rsidR="000D4DCB" w:rsidRDefault="00091397">
            <w:pPr>
              <w:jc w:val="center"/>
            </w:pPr>
            <w:r>
              <w:rPr>
                <w:rFonts w:ascii="Calibri" w:eastAsia="Calibri" w:hAnsi="Calibri" w:cs="Calibri"/>
                <w:b/>
                <w:color w:val="1F3A5F"/>
                <w:sz w:val="23"/>
              </w:rPr>
              <w:t>EXTERNAL (outside)</w:t>
            </w:r>
          </w:p>
        </w:tc>
      </w:tr>
      <w:tr w:rsidR="000D4DCB" w14:paraId="54CB4A72" w14:textId="77777777">
        <w:trPr>
          <w:trHeight w:val="648"/>
        </w:trPr>
        <w:tc>
          <w:tcPr>
            <w:tcW w:w="5040" w:type="dxa"/>
            <w:tcMar>
              <w:top w:w="70" w:type="dxa"/>
              <w:left w:w="120" w:type="dxa"/>
              <w:bottom w:w="70" w:type="dxa"/>
              <w:right w:w="120" w:type="dxa"/>
            </w:tcMar>
          </w:tcPr>
          <w:p w14:paraId="4B608846" w14:textId="77777777" w:rsidR="000D4DCB" w:rsidRDefault="00091397">
            <w:r>
              <w:rPr>
                <w:rFonts w:ascii="Calibri" w:eastAsia="Calibri" w:hAnsi="Calibri" w:cs="Calibri"/>
                <w:i/>
                <w:color w:val="3A2E1A"/>
                <w:sz w:val="20"/>
              </w:rPr>
              <w:t>Ruby Bridges had strong faith in God and love for others, even people who were mean to her.</w:t>
            </w:r>
          </w:p>
        </w:tc>
        <w:tc>
          <w:tcPr>
            <w:tcW w:w="5040" w:type="dxa"/>
            <w:tcMar>
              <w:top w:w="70" w:type="dxa"/>
              <w:left w:w="120" w:type="dxa"/>
              <w:bottom w:w="70" w:type="dxa"/>
              <w:right w:w="120" w:type="dxa"/>
            </w:tcMar>
          </w:tcPr>
          <w:p w14:paraId="5158C004" w14:textId="77777777" w:rsidR="000D4DCB" w:rsidRDefault="00091397">
            <w:r>
              <w:rPr>
                <w:rFonts w:ascii="Calibri" w:eastAsia="Calibri" w:hAnsi="Calibri" w:cs="Calibri"/>
                <w:i/>
                <w:color w:val="3A2E1A"/>
                <w:sz w:val="20"/>
              </w:rPr>
              <w:t>Every day she walked past angry crowds on her way to school. She prayed that God would forgive them (The Story of Ruby Bridges, by Robert Coles).</w:t>
            </w:r>
          </w:p>
        </w:tc>
      </w:tr>
    </w:tbl>
    <w:p w14:paraId="15F3CDF6" w14:textId="77777777" w:rsidR="000D4DCB" w:rsidRDefault="000D4DCB">
      <w:pPr>
        <w:spacing w:after="200" w:line="264" w:lineRule="auto"/>
      </w:pPr>
    </w:p>
    <w:tbl>
      <w:tblPr>
        <w:tblW w:w="10080" w:type="dxa"/>
        <w:tblBorders>
          <w:top w:val="nil"/>
          <w:left w:val="nil"/>
          <w:bottom w:val="nil"/>
          <w:right w:val="nil"/>
          <w:insideH w:val="single" w:sz="4" w:space="0" w:color="C9D3DD"/>
          <w:insideV w:val="single" w:sz="18" w:space="0" w:color="1F3A5F"/>
        </w:tblBorders>
        <w:tblLayout w:type="fixed"/>
        <w:tblLook w:val="04A0" w:firstRow="1" w:lastRow="0" w:firstColumn="1" w:lastColumn="0" w:noHBand="0" w:noVBand="1"/>
      </w:tblPr>
      <w:tblGrid>
        <w:gridCol w:w="5040"/>
        <w:gridCol w:w="5040"/>
      </w:tblGrid>
      <w:tr w:rsidR="000D4DCB" w14:paraId="32E050F3" w14:textId="77777777">
        <w:tc>
          <w:tcPr>
            <w:tcW w:w="5040" w:type="dxa"/>
            <w:tcBorders>
              <w:bottom w:val="single" w:sz="18" w:space="0" w:color="1F3A5F"/>
            </w:tcBorders>
            <w:tcMar>
              <w:top w:w="60" w:type="dxa"/>
              <w:left w:w="120" w:type="dxa"/>
              <w:bottom w:w="60" w:type="dxa"/>
              <w:right w:w="120" w:type="dxa"/>
            </w:tcMar>
          </w:tcPr>
          <w:p w14:paraId="453101FA" w14:textId="77777777" w:rsidR="000D4DCB" w:rsidRDefault="00091397">
            <w:pPr>
              <w:jc w:val="center"/>
            </w:pPr>
            <w:r>
              <w:rPr>
                <w:rFonts w:ascii="Calibri" w:eastAsia="Calibri" w:hAnsi="Calibri" w:cs="Calibri"/>
                <w:b/>
                <w:color w:val="1F3A5F"/>
                <w:sz w:val="23"/>
              </w:rPr>
              <w:t>INTERNAL (</w:t>
            </w:r>
            <w:proofErr w:type="gramStart"/>
            <w:r>
              <w:rPr>
                <w:rFonts w:ascii="Calibri" w:eastAsia="Calibri" w:hAnsi="Calibri" w:cs="Calibri"/>
                <w:b/>
                <w:color w:val="1F3A5F"/>
                <w:sz w:val="23"/>
              </w:rPr>
              <w:t xml:space="preserve">inside)   </w:t>
            </w:r>
            <w:proofErr w:type="gramEnd"/>
            <w:r>
              <w:rPr>
                <w:rFonts w:ascii="Calibri" w:eastAsia="Calibri" w:hAnsi="Calibri" w:cs="Calibri"/>
                <w:b/>
                <w:color w:val="1F3A5F"/>
                <w:sz w:val="23"/>
              </w:rPr>
              <w:t>→</w:t>
            </w:r>
          </w:p>
        </w:tc>
        <w:tc>
          <w:tcPr>
            <w:tcW w:w="5040" w:type="dxa"/>
            <w:tcBorders>
              <w:bottom w:val="single" w:sz="18" w:space="0" w:color="1F3A5F"/>
            </w:tcBorders>
            <w:tcMar>
              <w:top w:w="60" w:type="dxa"/>
              <w:left w:w="120" w:type="dxa"/>
              <w:bottom w:w="60" w:type="dxa"/>
              <w:right w:w="120" w:type="dxa"/>
            </w:tcMar>
          </w:tcPr>
          <w:p w14:paraId="0425A2B9" w14:textId="77777777" w:rsidR="000D4DCB" w:rsidRDefault="00091397">
            <w:pPr>
              <w:jc w:val="center"/>
            </w:pPr>
            <w:r>
              <w:rPr>
                <w:rFonts w:ascii="Calibri" w:eastAsia="Calibri" w:hAnsi="Calibri" w:cs="Calibri"/>
                <w:b/>
                <w:color w:val="1F3A5F"/>
                <w:sz w:val="23"/>
              </w:rPr>
              <w:t>EXTERNAL (outside)</w:t>
            </w:r>
          </w:p>
        </w:tc>
      </w:tr>
      <w:tr w:rsidR="000D4DCB" w14:paraId="45DB40CC" w14:textId="77777777">
        <w:trPr>
          <w:trHeight w:val="2160"/>
        </w:trPr>
        <w:tc>
          <w:tcPr>
            <w:tcW w:w="5040" w:type="dxa"/>
            <w:tcMar>
              <w:top w:w="70" w:type="dxa"/>
              <w:left w:w="120" w:type="dxa"/>
              <w:bottom w:w="70" w:type="dxa"/>
              <w:right w:w="120" w:type="dxa"/>
            </w:tcMar>
          </w:tcPr>
          <w:p w14:paraId="628E4787" w14:textId="77777777" w:rsidR="000D4DCB" w:rsidRDefault="00091397">
            <w:r>
              <w:rPr>
                <w:rFonts w:ascii="Calibri" w:eastAsia="Calibri" w:hAnsi="Calibri" w:cs="Calibri"/>
                <w:b/>
                <w:color w:val="1F3A5F"/>
                <w:sz w:val="20"/>
              </w:rPr>
              <w:t>1.</w:t>
            </w:r>
          </w:p>
        </w:tc>
        <w:tc>
          <w:tcPr>
            <w:tcW w:w="5040" w:type="dxa"/>
            <w:tcMar>
              <w:top w:w="70" w:type="dxa"/>
              <w:left w:w="120" w:type="dxa"/>
              <w:bottom w:w="70" w:type="dxa"/>
              <w:right w:w="120" w:type="dxa"/>
            </w:tcMar>
          </w:tcPr>
          <w:p w14:paraId="075AEA4D" w14:textId="77777777" w:rsidR="000D4DCB" w:rsidRDefault="000D4DCB"/>
        </w:tc>
      </w:tr>
      <w:tr w:rsidR="000D4DCB" w14:paraId="682DF47E" w14:textId="77777777">
        <w:trPr>
          <w:trHeight w:val="2160"/>
        </w:trPr>
        <w:tc>
          <w:tcPr>
            <w:tcW w:w="5040" w:type="dxa"/>
            <w:tcMar>
              <w:top w:w="70" w:type="dxa"/>
              <w:left w:w="120" w:type="dxa"/>
              <w:bottom w:w="70" w:type="dxa"/>
              <w:right w:w="120" w:type="dxa"/>
            </w:tcMar>
          </w:tcPr>
          <w:p w14:paraId="0751AE20" w14:textId="77777777" w:rsidR="000D4DCB" w:rsidRDefault="00091397">
            <w:r>
              <w:rPr>
                <w:rFonts w:ascii="Calibri" w:eastAsia="Calibri" w:hAnsi="Calibri" w:cs="Calibri"/>
                <w:b/>
                <w:color w:val="1F3A5F"/>
                <w:sz w:val="20"/>
              </w:rPr>
              <w:t>2.</w:t>
            </w:r>
          </w:p>
        </w:tc>
        <w:tc>
          <w:tcPr>
            <w:tcW w:w="5040" w:type="dxa"/>
            <w:tcMar>
              <w:top w:w="70" w:type="dxa"/>
              <w:left w:w="120" w:type="dxa"/>
              <w:bottom w:w="70" w:type="dxa"/>
              <w:right w:w="120" w:type="dxa"/>
            </w:tcMar>
          </w:tcPr>
          <w:p w14:paraId="6391B732" w14:textId="77777777" w:rsidR="000D4DCB" w:rsidRDefault="000D4DCB"/>
        </w:tc>
      </w:tr>
    </w:tbl>
    <w:p w14:paraId="4609853A"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0CFCBBFC" w14:textId="77777777">
        <w:tc>
          <w:tcPr>
            <w:tcW w:w="7632" w:type="dxa"/>
            <w:shd w:val="clear" w:color="auto" w:fill="1F3A5F"/>
            <w:tcMar>
              <w:top w:w="90" w:type="dxa"/>
              <w:left w:w="140" w:type="dxa"/>
              <w:bottom w:w="90" w:type="dxa"/>
              <w:right w:w="140" w:type="dxa"/>
            </w:tcMar>
            <w:vAlign w:val="center"/>
          </w:tcPr>
          <w:p w14:paraId="7648DAC8"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13</w:t>
            </w:r>
          </w:p>
          <w:p w14:paraId="63FE2D41" w14:textId="77777777" w:rsidR="000D4DCB" w:rsidRDefault="00091397">
            <w:r>
              <w:rPr>
                <w:rFonts w:ascii="Calibri" w:eastAsia="Calibri" w:hAnsi="Calibri" w:cs="Calibri"/>
                <w:b/>
                <w:color w:val="FFFFFF"/>
                <w:sz w:val="40"/>
              </w:rPr>
              <w:t>Character Chart, Part 2</w:t>
            </w:r>
          </w:p>
        </w:tc>
        <w:tc>
          <w:tcPr>
            <w:tcW w:w="2448" w:type="dxa"/>
            <w:shd w:val="clear" w:color="auto" w:fill="1F3A5F"/>
            <w:tcMar>
              <w:top w:w="90" w:type="dxa"/>
              <w:left w:w="140" w:type="dxa"/>
              <w:bottom w:w="90" w:type="dxa"/>
              <w:right w:w="140" w:type="dxa"/>
            </w:tcMar>
            <w:vAlign w:val="center"/>
          </w:tcPr>
          <w:p w14:paraId="291B0788" w14:textId="77777777" w:rsidR="000D4DCB" w:rsidRDefault="00091397">
            <w:pPr>
              <w:jc w:val="right"/>
            </w:pPr>
            <w:r>
              <w:rPr>
                <w:rFonts w:ascii="Calibri" w:eastAsia="Calibri" w:hAnsi="Calibri" w:cs="Calibri"/>
                <w:color w:val="C8D6E5"/>
                <w:sz w:val="18"/>
              </w:rPr>
              <w:t>About 15–20 minutes</w:t>
            </w:r>
          </w:p>
        </w:tc>
      </w:tr>
    </w:tbl>
    <w:p w14:paraId="56C46246" w14:textId="77777777" w:rsidR="000D4DCB" w:rsidRDefault="000D4DCB">
      <w:pPr>
        <w:spacing w:line="264" w:lineRule="auto"/>
      </w:pPr>
    </w:p>
    <w:p w14:paraId="46FB0C51"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Tell how your hero's good qualities helped them do great things.</w:t>
      </w:r>
    </w:p>
    <w:p w14:paraId="2814670E" w14:textId="77777777" w:rsidR="000D4DCB" w:rsidRDefault="000D4DCB">
      <w:pPr>
        <w:spacing w:line="264" w:lineRule="auto"/>
      </w:pPr>
    </w:p>
    <w:p w14:paraId="31C23F9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76F6571B" w14:textId="77777777">
        <w:tc>
          <w:tcPr>
            <w:tcW w:w="504" w:type="dxa"/>
            <w:tcMar>
              <w:top w:w="20" w:type="dxa"/>
              <w:left w:w="20" w:type="dxa"/>
              <w:bottom w:w="20" w:type="dxa"/>
              <w:right w:w="20" w:type="dxa"/>
            </w:tcMar>
          </w:tcPr>
          <w:p w14:paraId="040DF327"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2635BF3D" w14:textId="77777777" w:rsidR="000D4DCB" w:rsidRDefault="00091397">
            <w:r>
              <w:rPr>
                <w:rFonts w:eastAsia="Georgia" w:cs="Georgia"/>
                <w:color w:val="222222"/>
                <w:sz w:val="21"/>
              </w:rPr>
              <w:t>Look at the two good qualities on your Step 12 Character Chart.</w:t>
            </w:r>
          </w:p>
        </w:tc>
      </w:tr>
      <w:tr w:rsidR="000D4DCB" w14:paraId="646BC5D5" w14:textId="77777777">
        <w:tc>
          <w:tcPr>
            <w:tcW w:w="504" w:type="dxa"/>
            <w:tcMar>
              <w:top w:w="20" w:type="dxa"/>
              <w:left w:w="20" w:type="dxa"/>
              <w:bottom w:w="20" w:type="dxa"/>
              <w:right w:w="20" w:type="dxa"/>
            </w:tcMar>
          </w:tcPr>
          <w:p w14:paraId="63789FBE"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25951C4F" w14:textId="77777777" w:rsidR="000D4DCB" w:rsidRDefault="00091397">
            <w:r>
              <w:rPr>
                <w:rFonts w:eastAsia="Georgia" w:cs="Georgia"/>
                <w:color w:val="222222"/>
                <w:sz w:val="21"/>
              </w:rPr>
              <w:t>Tell how these qualities helped your hero do the great things they did.</w:t>
            </w:r>
          </w:p>
        </w:tc>
      </w:tr>
      <w:tr w:rsidR="000D4DCB" w14:paraId="66FF6CDB" w14:textId="77777777">
        <w:tc>
          <w:tcPr>
            <w:tcW w:w="504" w:type="dxa"/>
            <w:tcMar>
              <w:top w:w="20" w:type="dxa"/>
              <w:left w:w="20" w:type="dxa"/>
              <w:bottom w:w="20" w:type="dxa"/>
              <w:right w:w="20" w:type="dxa"/>
            </w:tcMar>
          </w:tcPr>
          <w:p w14:paraId="159172FE"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07F5425C" w14:textId="77777777" w:rsidR="000D4DCB" w:rsidRDefault="00091397">
            <w:r>
              <w:rPr>
                <w:rFonts w:eastAsia="Georgia" w:cs="Georgia"/>
                <w:color w:val="222222"/>
                <w:sz w:val="21"/>
              </w:rPr>
              <w:t>Think: What if your hero had not chosen to be like Jesus?</w:t>
            </w:r>
          </w:p>
        </w:tc>
      </w:tr>
      <w:tr w:rsidR="000D4DCB" w14:paraId="7BAE42FE" w14:textId="77777777">
        <w:tc>
          <w:tcPr>
            <w:tcW w:w="504" w:type="dxa"/>
            <w:tcMar>
              <w:top w:w="20" w:type="dxa"/>
              <w:left w:w="20" w:type="dxa"/>
              <w:bottom w:w="20" w:type="dxa"/>
              <w:right w:w="20" w:type="dxa"/>
            </w:tcMar>
          </w:tcPr>
          <w:p w14:paraId="6FFFF88E" w14:textId="77777777" w:rsidR="000D4DCB" w:rsidRDefault="00091397">
            <w:r>
              <w:rPr>
                <w:rFonts w:ascii="Calibri" w:eastAsia="Calibri" w:hAnsi="Calibri" w:cs="Calibri"/>
                <w:b/>
                <w:color w:val="1F3A5F"/>
                <w:sz w:val="21"/>
              </w:rPr>
              <w:t>4.</w:t>
            </w:r>
          </w:p>
        </w:tc>
        <w:tc>
          <w:tcPr>
            <w:tcW w:w="9576" w:type="dxa"/>
            <w:tcMar>
              <w:top w:w="20" w:type="dxa"/>
              <w:left w:w="40" w:type="dxa"/>
              <w:bottom w:w="20" w:type="dxa"/>
              <w:right w:w="40" w:type="dxa"/>
            </w:tcMar>
          </w:tcPr>
          <w:p w14:paraId="49EF481C" w14:textId="77777777" w:rsidR="000D4DCB" w:rsidRDefault="00091397">
            <w:r>
              <w:rPr>
                <w:rFonts w:eastAsia="Georgia" w:cs="Georgia"/>
                <w:color w:val="222222"/>
                <w:sz w:val="21"/>
              </w:rPr>
              <w:t>Write what your hero teaches you about choosing the right without being asked.</w:t>
            </w:r>
          </w:p>
        </w:tc>
      </w:tr>
    </w:tbl>
    <w:p w14:paraId="674D0EE5"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6F4E4036" w14:textId="77777777">
        <w:tc>
          <w:tcPr>
            <w:tcW w:w="10080" w:type="dxa"/>
            <w:shd w:val="clear" w:color="auto" w:fill="E8EEF5"/>
            <w:tcMar>
              <w:top w:w="50" w:type="dxa"/>
              <w:left w:w="120" w:type="dxa"/>
              <w:bottom w:w="50" w:type="dxa"/>
              <w:right w:w="120" w:type="dxa"/>
            </w:tcMar>
          </w:tcPr>
          <w:p w14:paraId="1241545D" w14:textId="77777777" w:rsidR="000D4DCB" w:rsidRDefault="00091397">
            <w:r>
              <w:rPr>
                <w:rFonts w:ascii="Calibri" w:eastAsia="Calibri" w:hAnsi="Calibri" w:cs="Calibri"/>
                <w:b/>
                <w:color w:val="1F3A5F"/>
                <w:sz w:val="23"/>
              </w:rPr>
              <w:t>How My Hero's Good Qualities Helped Them</w:t>
            </w:r>
            <w:r w:rsidR="00D53B4F">
              <w:rPr>
                <w:rFonts w:ascii="Calibri" w:eastAsia="Calibri" w:hAnsi="Calibri" w:cs="Calibri"/>
                <w:b/>
                <w:color w:val="1F3A5F"/>
                <w:sz w:val="23"/>
              </w:rPr>
              <w:t xml:space="preserve"> or Others</w:t>
            </w:r>
          </w:p>
        </w:tc>
      </w:tr>
      <w:tr w:rsidR="000D4DCB" w14:paraId="78C29524" w14:textId="77777777">
        <w:trPr>
          <w:trHeight w:val="547"/>
        </w:trPr>
        <w:tc>
          <w:tcPr>
            <w:tcW w:w="10080" w:type="dxa"/>
            <w:tcBorders>
              <w:bottom w:val="single" w:sz="4" w:space="0" w:color="C9D3DD"/>
            </w:tcBorders>
            <w:tcMar>
              <w:top w:w="0" w:type="dxa"/>
              <w:left w:w="120" w:type="dxa"/>
              <w:bottom w:w="0" w:type="dxa"/>
              <w:right w:w="120" w:type="dxa"/>
            </w:tcMar>
          </w:tcPr>
          <w:p w14:paraId="28023BF3" w14:textId="77777777" w:rsidR="000D4DCB" w:rsidRDefault="000D4DCB"/>
        </w:tc>
      </w:tr>
      <w:tr w:rsidR="000D4DCB" w14:paraId="504CE12A" w14:textId="77777777">
        <w:trPr>
          <w:trHeight w:val="547"/>
        </w:trPr>
        <w:tc>
          <w:tcPr>
            <w:tcW w:w="10080" w:type="dxa"/>
            <w:tcBorders>
              <w:bottom w:val="single" w:sz="4" w:space="0" w:color="C9D3DD"/>
            </w:tcBorders>
            <w:tcMar>
              <w:top w:w="0" w:type="dxa"/>
              <w:left w:w="120" w:type="dxa"/>
              <w:bottom w:w="0" w:type="dxa"/>
              <w:right w:w="120" w:type="dxa"/>
            </w:tcMar>
          </w:tcPr>
          <w:p w14:paraId="5BE08B4D" w14:textId="77777777" w:rsidR="000D4DCB" w:rsidRDefault="000D4DCB"/>
        </w:tc>
      </w:tr>
      <w:tr w:rsidR="000D4DCB" w14:paraId="74C91897" w14:textId="77777777">
        <w:trPr>
          <w:trHeight w:val="547"/>
        </w:trPr>
        <w:tc>
          <w:tcPr>
            <w:tcW w:w="10080" w:type="dxa"/>
            <w:tcBorders>
              <w:bottom w:val="single" w:sz="4" w:space="0" w:color="C9D3DD"/>
            </w:tcBorders>
            <w:tcMar>
              <w:top w:w="0" w:type="dxa"/>
              <w:left w:w="120" w:type="dxa"/>
              <w:bottom w:w="0" w:type="dxa"/>
              <w:right w:w="120" w:type="dxa"/>
            </w:tcMar>
          </w:tcPr>
          <w:p w14:paraId="3066DA15" w14:textId="77777777" w:rsidR="000D4DCB" w:rsidRDefault="000D4DCB"/>
        </w:tc>
      </w:tr>
      <w:tr w:rsidR="000D4DCB" w14:paraId="4E88A864" w14:textId="77777777">
        <w:trPr>
          <w:trHeight w:val="547"/>
        </w:trPr>
        <w:tc>
          <w:tcPr>
            <w:tcW w:w="10080" w:type="dxa"/>
            <w:tcMar>
              <w:top w:w="0" w:type="dxa"/>
              <w:left w:w="120" w:type="dxa"/>
              <w:bottom w:w="0" w:type="dxa"/>
              <w:right w:w="120" w:type="dxa"/>
            </w:tcMar>
          </w:tcPr>
          <w:p w14:paraId="61C14533" w14:textId="77777777" w:rsidR="000D4DCB" w:rsidRDefault="000D4DCB"/>
        </w:tc>
      </w:tr>
    </w:tbl>
    <w:p w14:paraId="6BB0EFA0"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6EE41C3C" w14:textId="77777777">
        <w:tc>
          <w:tcPr>
            <w:tcW w:w="10080" w:type="dxa"/>
            <w:shd w:val="clear" w:color="auto" w:fill="E8EEF5"/>
            <w:tcMar>
              <w:top w:w="50" w:type="dxa"/>
              <w:left w:w="120" w:type="dxa"/>
              <w:bottom w:w="50" w:type="dxa"/>
              <w:right w:w="120" w:type="dxa"/>
            </w:tcMar>
          </w:tcPr>
          <w:p w14:paraId="7DE5AB28" w14:textId="77777777" w:rsidR="000D4DCB" w:rsidRDefault="00091397">
            <w:r>
              <w:rPr>
                <w:rFonts w:ascii="Calibri" w:eastAsia="Calibri" w:hAnsi="Calibri" w:cs="Calibri"/>
                <w:b/>
                <w:color w:val="1F3A5F"/>
                <w:sz w:val="23"/>
              </w:rPr>
              <w:t>What If?</w:t>
            </w:r>
            <w:r>
              <w:rPr>
                <w:rFonts w:ascii="Calibri" w:eastAsia="Calibri" w:hAnsi="Calibri" w:cs="Calibri"/>
                <w:i/>
                <w:color w:val="595959"/>
                <w:sz w:val="19"/>
              </w:rPr>
              <w:t xml:space="preserve">   How would things be different if my hero had not chosen to be like Jesus during a hard time?</w:t>
            </w:r>
          </w:p>
        </w:tc>
      </w:tr>
      <w:tr w:rsidR="000D4DCB" w14:paraId="0EAA4B9E" w14:textId="77777777">
        <w:trPr>
          <w:trHeight w:val="547"/>
        </w:trPr>
        <w:tc>
          <w:tcPr>
            <w:tcW w:w="10080" w:type="dxa"/>
            <w:tcBorders>
              <w:bottom w:val="single" w:sz="4" w:space="0" w:color="C9D3DD"/>
            </w:tcBorders>
            <w:tcMar>
              <w:top w:w="0" w:type="dxa"/>
              <w:left w:w="120" w:type="dxa"/>
              <w:bottom w:w="0" w:type="dxa"/>
              <w:right w:w="120" w:type="dxa"/>
            </w:tcMar>
          </w:tcPr>
          <w:p w14:paraId="401C09A1" w14:textId="77777777" w:rsidR="000D4DCB" w:rsidRDefault="000D4DCB"/>
        </w:tc>
      </w:tr>
      <w:tr w:rsidR="000D4DCB" w14:paraId="13091FE6" w14:textId="77777777">
        <w:trPr>
          <w:trHeight w:val="547"/>
        </w:trPr>
        <w:tc>
          <w:tcPr>
            <w:tcW w:w="10080" w:type="dxa"/>
            <w:tcBorders>
              <w:bottom w:val="single" w:sz="4" w:space="0" w:color="C9D3DD"/>
            </w:tcBorders>
            <w:tcMar>
              <w:top w:w="0" w:type="dxa"/>
              <w:left w:w="120" w:type="dxa"/>
              <w:bottom w:w="0" w:type="dxa"/>
              <w:right w:w="120" w:type="dxa"/>
            </w:tcMar>
          </w:tcPr>
          <w:p w14:paraId="3623B5FB" w14:textId="77777777" w:rsidR="000D4DCB" w:rsidRDefault="000D4DCB"/>
        </w:tc>
      </w:tr>
      <w:tr w:rsidR="000D4DCB" w14:paraId="4C56C6CA" w14:textId="77777777">
        <w:trPr>
          <w:trHeight w:val="547"/>
        </w:trPr>
        <w:tc>
          <w:tcPr>
            <w:tcW w:w="10080" w:type="dxa"/>
            <w:tcMar>
              <w:top w:w="0" w:type="dxa"/>
              <w:left w:w="120" w:type="dxa"/>
              <w:bottom w:w="0" w:type="dxa"/>
              <w:right w:w="120" w:type="dxa"/>
            </w:tcMar>
          </w:tcPr>
          <w:p w14:paraId="6019797E" w14:textId="77777777" w:rsidR="000D4DCB" w:rsidRDefault="000D4DCB"/>
        </w:tc>
      </w:tr>
    </w:tbl>
    <w:p w14:paraId="3815226D" w14:textId="77777777" w:rsidR="000D4DCB" w:rsidRDefault="000D4DCB">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51441EA8" w14:textId="77777777">
        <w:tc>
          <w:tcPr>
            <w:tcW w:w="10080" w:type="dxa"/>
            <w:shd w:val="clear" w:color="auto" w:fill="FBF6EC"/>
            <w:tcMar>
              <w:top w:w="70" w:type="dxa"/>
              <w:left w:w="140" w:type="dxa"/>
              <w:bottom w:w="70" w:type="dxa"/>
              <w:right w:w="140" w:type="dxa"/>
            </w:tcMar>
          </w:tcPr>
          <w:p w14:paraId="1DD690C8" w14:textId="77777777" w:rsidR="000D4DCB" w:rsidRDefault="00091397">
            <w:r>
              <w:rPr>
                <w:rFonts w:ascii="Calibri" w:eastAsia="Calibri" w:hAnsi="Calibri" w:cs="Calibri"/>
                <w:b/>
                <w:color w:val="7A551C"/>
                <w:sz w:val="20"/>
              </w:rPr>
              <w:t>SELF-GOVERNMENT means doing what is right without anyone telling us or reminding us. Sentence starters:</w:t>
            </w:r>
          </w:p>
          <w:p w14:paraId="4B7D12AF" w14:textId="77777777" w:rsidR="000D4DCB" w:rsidRDefault="00091397">
            <w:pPr>
              <w:spacing w:after="20"/>
              <w:ind w:left="216"/>
            </w:pPr>
            <w:r>
              <w:rPr>
                <w:rFonts w:ascii="Calibri" w:eastAsia="Calibri" w:hAnsi="Calibri" w:cs="Calibri"/>
                <w:color w:val="3A2E1A"/>
                <w:sz w:val="20"/>
              </w:rPr>
              <w:t>•  My hero chose the right when…</w:t>
            </w:r>
          </w:p>
          <w:p w14:paraId="1842AF19" w14:textId="77777777" w:rsidR="000D4DCB" w:rsidRDefault="00091397">
            <w:pPr>
              <w:spacing w:after="20"/>
              <w:ind w:left="216"/>
            </w:pPr>
            <w:r>
              <w:rPr>
                <w:rFonts w:ascii="Calibri" w:eastAsia="Calibri" w:hAnsi="Calibri" w:cs="Calibri"/>
                <w:color w:val="3A2E1A"/>
                <w:sz w:val="20"/>
              </w:rPr>
              <w:t>•  To choose the right, I will…</w:t>
            </w:r>
          </w:p>
        </w:tc>
      </w:tr>
    </w:tbl>
    <w:p w14:paraId="3D59054C"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2A930352" w14:textId="77777777">
        <w:tc>
          <w:tcPr>
            <w:tcW w:w="10080" w:type="dxa"/>
            <w:shd w:val="clear" w:color="auto" w:fill="E8EEF5"/>
            <w:tcMar>
              <w:top w:w="50" w:type="dxa"/>
              <w:left w:w="120" w:type="dxa"/>
              <w:bottom w:w="50" w:type="dxa"/>
              <w:right w:w="120" w:type="dxa"/>
            </w:tcMar>
          </w:tcPr>
          <w:p w14:paraId="1B2D0E87" w14:textId="77777777" w:rsidR="000D4DCB" w:rsidRDefault="00091397">
            <w:r>
              <w:rPr>
                <w:rFonts w:ascii="Calibri" w:eastAsia="Calibri" w:hAnsi="Calibri" w:cs="Calibri"/>
                <w:b/>
                <w:color w:val="1F3A5F"/>
                <w:sz w:val="23"/>
              </w:rPr>
              <w:t>What My Hero Teaches Me About Choosing the Right Without Being Asked</w:t>
            </w:r>
          </w:p>
        </w:tc>
      </w:tr>
      <w:tr w:rsidR="000D4DCB" w14:paraId="616DAC0C" w14:textId="77777777">
        <w:trPr>
          <w:trHeight w:val="547"/>
        </w:trPr>
        <w:tc>
          <w:tcPr>
            <w:tcW w:w="10080" w:type="dxa"/>
            <w:tcBorders>
              <w:bottom w:val="single" w:sz="4" w:space="0" w:color="C9D3DD"/>
            </w:tcBorders>
            <w:tcMar>
              <w:top w:w="0" w:type="dxa"/>
              <w:left w:w="120" w:type="dxa"/>
              <w:bottom w:w="0" w:type="dxa"/>
              <w:right w:w="120" w:type="dxa"/>
            </w:tcMar>
          </w:tcPr>
          <w:p w14:paraId="64F3360E" w14:textId="77777777" w:rsidR="000D4DCB" w:rsidRDefault="000D4DCB"/>
        </w:tc>
      </w:tr>
      <w:tr w:rsidR="000D4DCB" w14:paraId="6A3F0C60" w14:textId="77777777">
        <w:trPr>
          <w:trHeight w:val="547"/>
        </w:trPr>
        <w:tc>
          <w:tcPr>
            <w:tcW w:w="10080" w:type="dxa"/>
            <w:tcBorders>
              <w:bottom w:val="single" w:sz="4" w:space="0" w:color="C9D3DD"/>
            </w:tcBorders>
            <w:tcMar>
              <w:top w:w="0" w:type="dxa"/>
              <w:left w:w="120" w:type="dxa"/>
              <w:bottom w:w="0" w:type="dxa"/>
              <w:right w:w="120" w:type="dxa"/>
            </w:tcMar>
          </w:tcPr>
          <w:p w14:paraId="476E36F4" w14:textId="77777777" w:rsidR="000D4DCB" w:rsidRDefault="000D4DCB"/>
        </w:tc>
      </w:tr>
      <w:tr w:rsidR="000D4DCB" w14:paraId="6BA786C3" w14:textId="77777777">
        <w:trPr>
          <w:trHeight w:val="547"/>
        </w:trPr>
        <w:tc>
          <w:tcPr>
            <w:tcW w:w="10080" w:type="dxa"/>
            <w:tcMar>
              <w:top w:w="0" w:type="dxa"/>
              <w:left w:w="120" w:type="dxa"/>
              <w:bottom w:w="0" w:type="dxa"/>
              <w:right w:w="120" w:type="dxa"/>
            </w:tcMar>
          </w:tcPr>
          <w:p w14:paraId="0FCAA1A2" w14:textId="77777777" w:rsidR="000D4DCB" w:rsidRDefault="000D4DCB"/>
        </w:tc>
      </w:tr>
    </w:tbl>
    <w:p w14:paraId="14E9C88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468F480" w14:textId="77777777">
        <w:tc>
          <w:tcPr>
            <w:tcW w:w="7632" w:type="dxa"/>
            <w:shd w:val="clear" w:color="auto" w:fill="1F3A5F"/>
            <w:tcMar>
              <w:top w:w="90" w:type="dxa"/>
              <w:left w:w="140" w:type="dxa"/>
              <w:bottom w:w="90" w:type="dxa"/>
              <w:right w:w="140" w:type="dxa"/>
            </w:tcMar>
            <w:vAlign w:val="center"/>
          </w:tcPr>
          <w:p w14:paraId="67BF774D"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14</w:t>
            </w:r>
          </w:p>
          <w:p w14:paraId="3750BA03" w14:textId="77777777" w:rsidR="000D4DCB" w:rsidRDefault="00091397">
            <w:r>
              <w:rPr>
                <w:rFonts w:ascii="Calibri" w:eastAsia="Calibri" w:hAnsi="Calibri" w:cs="Calibri"/>
                <w:b/>
                <w:color w:val="FFFFFF"/>
                <w:sz w:val="40"/>
              </w:rPr>
              <w:t>My Hero's Christlike Attribute</w:t>
            </w:r>
          </w:p>
        </w:tc>
        <w:tc>
          <w:tcPr>
            <w:tcW w:w="2448" w:type="dxa"/>
            <w:shd w:val="clear" w:color="auto" w:fill="1F3A5F"/>
            <w:tcMar>
              <w:top w:w="90" w:type="dxa"/>
              <w:left w:w="140" w:type="dxa"/>
              <w:bottom w:w="90" w:type="dxa"/>
              <w:right w:w="140" w:type="dxa"/>
            </w:tcMar>
            <w:vAlign w:val="center"/>
          </w:tcPr>
          <w:p w14:paraId="2EFCD44A" w14:textId="77777777" w:rsidR="000D4DCB" w:rsidRDefault="00091397">
            <w:pPr>
              <w:jc w:val="right"/>
            </w:pPr>
            <w:r>
              <w:rPr>
                <w:rFonts w:ascii="Calibri" w:eastAsia="Calibri" w:hAnsi="Calibri" w:cs="Calibri"/>
                <w:color w:val="C8D6E5"/>
                <w:sz w:val="18"/>
              </w:rPr>
              <w:t>About 15–20 minutes</w:t>
            </w:r>
          </w:p>
        </w:tc>
      </w:tr>
    </w:tbl>
    <w:p w14:paraId="39788F44" w14:textId="77777777" w:rsidR="000D4DCB" w:rsidRDefault="000D4DCB">
      <w:pPr>
        <w:spacing w:line="264" w:lineRule="auto"/>
      </w:pPr>
    </w:p>
    <w:p w14:paraId="611D0974"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See how your hero was like Jesus.</w:t>
      </w:r>
    </w:p>
    <w:p w14:paraId="32009A9B" w14:textId="77777777" w:rsidR="000D4DCB" w:rsidRDefault="000D4DCB">
      <w:pPr>
        <w:spacing w:line="264" w:lineRule="auto"/>
      </w:pPr>
    </w:p>
    <w:p w14:paraId="5C3802A0"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266250D0" w14:textId="77777777">
        <w:tc>
          <w:tcPr>
            <w:tcW w:w="504" w:type="dxa"/>
            <w:tcMar>
              <w:top w:w="20" w:type="dxa"/>
              <w:left w:w="20" w:type="dxa"/>
              <w:bottom w:w="20" w:type="dxa"/>
              <w:right w:w="20" w:type="dxa"/>
            </w:tcMar>
          </w:tcPr>
          <w:p w14:paraId="6BC9978D"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2FC7FDDA" w14:textId="77777777" w:rsidR="000D4DCB" w:rsidRDefault="00091397">
            <w:r>
              <w:rPr>
                <w:rFonts w:eastAsia="Georgia" w:cs="Georgia"/>
                <w:color w:val="222222"/>
                <w:sz w:val="21"/>
              </w:rPr>
              <w:t>Look at your Character Chart. Choose the one Christlike attribute that fits your hero best.</w:t>
            </w:r>
          </w:p>
        </w:tc>
      </w:tr>
      <w:tr w:rsidR="000D4DCB" w14:paraId="13393AB3" w14:textId="77777777">
        <w:tc>
          <w:tcPr>
            <w:tcW w:w="504" w:type="dxa"/>
            <w:tcMar>
              <w:top w:w="20" w:type="dxa"/>
              <w:left w:w="20" w:type="dxa"/>
              <w:bottom w:w="20" w:type="dxa"/>
              <w:right w:w="20" w:type="dxa"/>
            </w:tcMar>
          </w:tcPr>
          <w:p w14:paraId="24C31361"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6ACB4594" w14:textId="77777777" w:rsidR="000D4DCB" w:rsidRDefault="00091397">
            <w:r>
              <w:rPr>
                <w:rFonts w:eastAsia="Georgia" w:cs="Georgia"/>
                <w:color w:val="222222"/>
                <w:sz w:val="21"/>
              </w:rPr>
              <w:t>With a parent, find a scripture or quote that shows Jesus with that same attribute.</w:t>
            </w:r>
          </w:p>
        </w:tc>
      </w:tr>
      <w:tr w:rsidR="000D4DCB" w14:paraId="39E75AE3" w14:textId="77777777">
        <w:tc>
          <w:tcPr>
            <w:tcW w:w="504" w:type="dxa"/>
            <w:tcMar>
              <w:top w:w="20" w:type="dxa"/>
              <w:left w:w="20" w:type="dxa"/>
              <w:bottom w:w="20" w:type="dxa"/>
              <w:right w:w="20" w:type="dxa"/>
            </w:tcMar>
          </w:tcPr>
          <w:p w14:paraId="158DA924"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769E81D2" w14:textId="77777777" w:rsidR="000D4DCB" w:rsidRDefault="00091397">
            <w:r>
              <w:rPr>
                <w:rFonts w:eastAsia="Georgia" w:cs="Georgia"/>
                <w:color w:val="222222"/>
                <w:sz w:val="21"/>
              </w:rPr>
              <w:t>Write 2–3 sentences about how your hero and Jesus both show this attribute.</w:t>
            </w:r>
          </w:p>
        </w:tc>
      </w:tr>
    </w:tbl>
    <w:p w14:paraId="7B968B35"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6D134F8C" w14:textId="77777777">
        <w:tc>
          <w:tcPr>
            <w:tcW w:w="10080" w:type="dxa"/>
            <w:shd w:val="clear" w:color="auto" w:fill="FBF6EC"/>
            <w:tcMar>
              <w:top w:w="70" w:type="dxa"/>
              <w:left w:w="140" w:type="dxa"/>
              <w:bottom w:w="70" w:type="dxa"/>
              <w:right w:w="140" w:type="dxa"/>
            </w:tcMar>
          </w:tcPr>
          <w:p w14:paraId="59675ACD" w14:textId="77777777" w:rsidR="000D4DCB" w:rsidRDefault="00091397">
            <w:r>
              <w:rPr>
                <w:rFonts w:ascii="Calibri" w:eastAsia="Calibri" w:hAnsi="Calibri" w:cs="Calibri"/>
                <w:b/>
                <w:color w:val="7A551C"/>
                <w:sz w:val="20"/>
              </w:rPr>
              <w:t xml:space="preserve">WHAT IS A CHRISTLIKE ATTRIBUTE? </w:t>
            </w:r>
            <w:r>
              <w:rPr>
                <w:rFonts w:ascii="Calibri" w:eastAsia="Calibri" w:hAnsi="Calibri" w:cs="Calibri"/>
                <w:color w:val="3A2E1A"/>
                <w:sz w:val="20"/>
              </w:rPr>
              <w:t>It is a good quality that Jesus has, like love, faith, kindness, or courage.</w:t>
            </w:r>
          </w:p>
        </w:tc>
      </w:tr>
    </w:tbl>
    <w:p w14:paraId="18DFAF57" w14:textId="77777777" w:rsidR="000D4DCB" w:rsidRDefault="000D4DCB">
      <w:pPr>
        <w:spacing w:after="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01930F95" w14:textId="77777777">
        <w:tc>
          <w:tcPr>
            <w:tcW w:w="10080" w:type="dxa"/>
            <w:shd w:val="clear" w:color="auto" w:fill="FBF6EC"/>
            <w:tcMar>
              <w:top w:w="70" w:type="dxa"/>
              <w:left w:w="140" w:type="dxa"/>
              <w:bottom w:w="70" w:type="dxa"/>
              <w:right w:w="140" w:type="dxa"/>
            </w:tcMar>
          </w:tcPr>
          <w:p w14:paraId="58564B49" w14:textId="77777777" w:rsidR="000D4DCB" w:rsidRDefault="00091397">
            <w:r>
              <w:rPr>
                <w:rFonts w:ascii="Calibri" w:eastAsia="Calibri" w:hAnsi="Calibri" w:cs="Calibri"/>
                <w:b/>
                <w:color w:val="7A551C"/>
                <w:sz w:val="20"/>
              </w:rPr>
              <w:t xml:space="preserve">WHERE TO LOOK: </w:t>
            </w:r>
            <w:r>
              <w:rPr>
                <w:rFonts w:ascii="Calibri" w:eastAsia="Calibri" w:hAnsi="Calibri" w:cs="Calibri"/>
                <w:color w:val="3A2E1A"/>
                <w:sz w:val="20"/>
              </w:rPr>
              <w:t>Look up the word in the Topical Guide in Gospel Library, or ask a parent to help you find a verse.</w:t>
            </w:r>
          </w:p>
        </w:tc>
      </w:tr>
    </w:tbl>
    <w:p w14:paraId="01C9755D"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0D4DCB" w14:paraId="55EE56BA" w14:textId="77777777">
        <w:tc>
          <w:tcPr>
            <w:tcW w:w="10080" w:type="dxa"/>
            <w:gridSpan w:val="4"/>
            <w:shd w:val="clear" w:color="auto" w:fill="E8EEF5"/>
            <w:tcMar>
              <w:top w:w="50" w:type="dxa"/>
              <w:left w:w="120" w:type="dxa"/>
              <w:bottom w:w="50" w:type="dxa"/>
              <w:right w:w="120" w:type="dxa"/>
            </w:tcMar>
          </w:tcPr>
          <w:p w14:paraId="28A82709" w14:textId="77777777" w:rsidR="000D4DCB" w:rsidRDefault="00091397">
            <w:r>
              <w:rPr>
                <w:rFonts w:ascii="Calibri" w:eastAsia="Calibri" w:hAnsi="Calibri" w:cs="Calibri"/>
                <w:b/>
                <w:color w:val="1F3A5F"/>
                <w:sz w:val="23"/>
              </w:rPr>
              <w:t>My Hero's Attribute and Jesus's Example</w:t>
            </w:r>
          </w:p>
        </w:tc>
      </w:tr>
      <w:tr w:rsidR="000D4DCB" w14:paraId="7E98C875" w14:textId="77777777">
        <w:trPr>
          <w:trHeight w:val="518"/>
        </w:trPr>
        <w:tc>
          <w:tcPr>
            <w:tcW w:w="2520" w:type="dxa"/>
            <w:shd w:val="clear" w:color="auto" w:fill="F4F7FA"/>
            <w:tcMar>
              <w:top w:w="50" w:type="dxa"/>
              <w:left w:w="100" w:type="dxa"/>
              <w:bottom w:w="50" w:type="dxa"/>
              <w:right w:w="80" w:type="dxa"/>
            </w:tcMar>
          </w:tcPr>
          <w:p w14:paraId="3381EF95" w14:textId="77777777" w:rsidR="000D4DCB" w:rsidRDefault="00091397">
            <w:r>
              <w:rPr>
                <w:rFonts w:ascii="Calibri" w:eastAsia="Calibri" w:hAnsi="Calibri" w:cs="Calibri"/>
                <w:b/>
                <w:color w:val="1F3A5F"/>
                <w:sz w:val="20"/>
              </w:rPr>
              <w:t>Attribute:</w:t>
            </w:r>
          </w:p>
        </w:tc>
        <w:tc>
          <w:tcPr>
            <w:tcW w:w="2520" w:type="dxa"/>
            <w:tcMar>
              <w:top w:w="50" w:type="dxa"/>
              <w:left w:w="100" w:type="dxa"/>
              <w:bottom w:w="50" w:type="dxa"/>
              <w:right w:w="100" w:type="dxa"/>
            </w:tcMar>
          </w:tcPr>
          <w:p w14:paraId="1AD0E65F" w14:textId="77777777" w:rsidR="000D4DCB" w:rsidRDefault="000D4DCB"/>
        </w:tc>
        <w:tc>
          <w:tcPr>
            <w:tcW w:w="2520" w:type="dxa"/>
            <w:shd w:val="clear" w:color="auto" w:fill="F4F7FA"/>
            <w:tcMar>
              <w:top w:w="50" w:type="dxa"/>
              <w:left w:w="100" w:type="dxa"/>
              <w:bottom w:w="50" w:type="dxa"/>
              <w:right w:w="80" w:type="dxa"/>
            </w:tcMar>
          </w:tcPr>
          <w:p w14:paraId="5B2289AD" w14:textId="77777777" w:rsidR="000D4DCB" w:rsidRDefault="00091397">
            <w:r>
              <w:rPr>
                <w:rFonts w:ascii="Calibri" w:eastAsia="Calibri" w:hAnsi="Calibri" w:cs="Calibri"/>
                <w:b/>
                <w:color w:val="1F3A5F"/>
                <w:sz w:val="20"/>
              </w:rPr>
              <w:t>Scripture or quote:</w:t>
            </w:r>
          </w:p>
        </w:tc>
        <w:tc>
          <w:tcPr>
            <w:tcW w:w="2520" w:type="dxa"/>
            <w:tcMar>
              <w:top w:w="50" w:type="dxa"/>
              <w:left w:w="100" w:type="dxa"/>
              <w:bottom w:w="50" w:type="dxa"/>
              <w:right w:w="100" w:type="dxa"/>
            </w:tcMar>
          </w:tcPr>
          <w:p w14:paraId="57089068" w14:textId="77777777" w:rsidR="000D4DCB" w:rsidRDefault="000D4DCB"/>
        </w:tc>
      </w:tr>
    </w:tbl>
    <w:p w14:paraId="464F392C" w14:textId="77777777" w:rsidR="000D4DCB" w:rsidRDefault="000D4DCB">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39B2F62A" w14:textId="77777777">
        <w:tc>
          <w:tcPr>
            <w:tcW w:w="10080" w:type="dxa"/>
            <w:shd w:val="clear" w:color="auto" w:fill="FBF6EC"/>
            <w:tcMar>
              <w:top w:w="70" w:type="dxa"/>
              <w:left w:w="140" w:type="dxa"/>
              <w:bottom w:w="70" w:type="dxa"/>
              <w:right w:w="140" w:type="dxa"/>
            </w:tcMar>
          </w:tcPr>
          <w:p w14:paraId="685132CF" w14:textId="77777777" w:rsidR="000D4DCB" w:rsidRDefault="00091397">
            <w:r>
              <w:rPr>
                <w:rFonts w:ascii="Calibri" w:eastAsia="Calibri" w:hAnsi="Calibri" w:cs="Calibri"/>
                <w:b/>
                <w:color w:val="7A551C"/>
                <w:sz w:val="20"/>
              </w:rPr>
              <w:t>Sentence starters</w:t>
            </w:r>
          </w:p>
          <w:p w14:paraId="0E1729A3" w14:textId="77777777" w:rsidR="000D4DCB" w:rsidRDefault="00091397">
            <w:pPr>
              <w:spacing w:after="20"/>
              <w:ind w:left="216"/>
            </w:pPr>
            <w:r>
              <w:rPr>
                <w:rFonts w:ascii="Calibri" w:eastAsia="Calibri" w:hAnsi="Calibri" w:cs="Calibri"/>
                <w:color w:val="3A2E1A"/>
                <w:sz w:val="20"/>
              </w:rPr>
              <w:t>•  Like Jesus, my hero showed ____ when…</w:t>
            </w:r>
          </w:p>
          <w:p w14:paraId="29A4FE0D" w14:textId="77777777" w:rsidR="000D4DCB" w:rsidRDefault="00091397">
            <w:pPr>
              <w:spacing w:after="20"/>
              <w:ind w:left="216"/>
            </w:pPr>
            <w:r>
              <w:rPr>
                <w:rFonts w:ascii="Calibri" w:eastAsia="Calibri" w:hAnsi="Calibri" w:cs="Calibri"/>
                <w:color w:val="3A2E1A"/>
                <w:sz w:val="20"/>
              </w:rPr>
              <w:t>•  This scripture teaches me that Jesus…</w:t>
            </w:r>
          </w:p>
        </w:tc>
      </w:tr>
    </w:tbl>
    <w:p w14:paraId="219A8100"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07E25B91" w14:textId="77777777">
        <w:tc>
          <w:tcPr>
            <w:tcW w:w="10080" w:type="dxa"/>
            <w:shd w:val="clear" w:color="auto" w:fill="E8EEF5"/>
            <w:tcMar>
              <w:top w:w="50" w:type="dxa"/>
              <w:left w:w="120" w:type="dxa"/>
              <w:bottom w:w="50" w:type="dxa"/>
              <w:right w:w="120" w:type="dxa"/>
            </w:tcMar>
          </w:tcPr>
          <w:p w14:paraId="3F53AB60" w14:textId="77777777" w:rsidR="000D4DCB" w:rsidRDefault="00091397">
            <w:r>
              <w:rPr>
                <w:rFonts w:ascii="Calibri" w:eastAsia="Calibri" w:hAnsi="Calibri" w:cs="Calibri"/>
                <w:b/>
                <w:color w:val="1F3A5F"/>
                <w:sz w:val="23"/>
              </w:rPr>
              <w:t xml:space="preserve">How My Hero </w:t>
            </w:r>
            <w:r w:rsidR="004711AF">
              <w:rPr>
                <w:rFonts w:ascii="Calibri" w:eastAsia="Calibri" w:hAnsi="Calibri" w:cs="Calibri"/>
                <w:b/>
                <w:color w:val="1F3A5F"/>
                <w:sz w:val="23"/>
              </w:rPr>
              <w:t>Lived Like Jesus</w:t>
            </w:r>
          </w:p>
        </w:tc>
      </w:tr>
      <w:tr w:rsidR="000D4DCB" w14:paraId="4840D6C7" w14:textId="77777777">
        <w:trPr>
          <w:trHeight w:val="547"/>
        </w:trPr>
        <w:tc>
          <w:tcPr>
            <w:tcW w:w="10080" w:type="dxa"/>
            <w:tcBorders>
              <w:bottom w:val="single" w:sz="4" w:space="0" w:color="C9D3DD"/>
            </w:tcBorders>
            <w:tcMar>
              <w:top w:w="0" w:type="dxa"/>
              <w:left w:w="120" w:type="dxa"/>
              <w:bottom w:w="0" w:type="dxa"/>
              <w:right w:w="120" w:type="dxa"/>
            </w:tcMar>
          </w:tcPr>
          <w:p w14:paraId="11DF8D6A" w14:textId="77777777" w:rsidR="000D4DCB" w:rsidRDefault="000D4DCB"/>
        </w:tc>
      </w:tr>
      <w:tr w:rsidR="000D4DCB" w14:paraId="1026215E" w14:textId="77777777">
        <w:trPr>
          <w:trHeight w:val="547"/>
        </w:trPr>
        <w:tc>
          <w:tcPr>
            <w:tcW w:w="10080" w:type="dxa"/>
            <w:tcBorders>
              <w:bottom w:val="single" w:sz="4" w:space="0" w:color="C9D3DD"/>
            </w:tcBorders>
            <w:tcMar>
              <w:top w:w="0" w:type="dxa"/>
              <w:left w:w="120" w:type="dxa"/>
              <w:bottom w:w="0" w:type="dxa"/>
              <w:right w:w="120" w:type="dxa"/>
            </w:tcMar>
          </w:tcPr>
          <w:p w14:paraId="7A7C5DC4" w14:textId="77777777" w:rsidR="000D4DCB" w:rsidRDefault="000D4DCB"/>
        </w:tc>
      </w:tr>
      <w:tr w:rsidR="000D4DCB" w14:paraId="5F5F0CAD" w14:textId="77777777">
        <w:trPr>
          <w:trHeight w:val="547"/>
        </w:trPr>
        <w:tc>
          <w:tcPr>
            <w:tcW w:w="10080" w:type="dxa"/>
            <w:tcBorders>
              <w:bottom w:val="single" w:sz="4" w:space="0" w:color="C9D3DD"/>
            </w:tcBorders>
            <w:tcMar>
              <w:top w:w="0" w:type="dxa"/>
              <w:left w:w="120" w:type="dxa"/>
              <w:bottom w:w="0" w:type="dxa"/>
              <w:right w:w="120" w:type="dxa"/>
            </w:tcMar>
          </w:tcPr>
          <w:p w14:paraId="21DABBB0" w14:textId="77777777" w:rsidR="000D4DCB" w:rsidRDefault="000D4DCB"/>
        </w:tc>
      </w:tr>
      <w:tr w:rsidR="000D4DCB" w14:paraId="3EFA5F1F" w14:textId="77777777">
        <w:trPr>
          <w:trHeight w:val="547"/>
        </w:trPr>
        <w:tc>
          <w:tcPr>
            <w:tcW w:w="10080" w:type="dxa"/>
            <w:tcBorders>
              <w:bottom w:val="single" w:sz="4" w:space="0" w:color="C9D3DD"/>
            </w:tcBorders>
            <w:tcMar>
              <w:top w:w="0" w:type="dxa"/>
              <w:left w:w="120" w:type="dxa"/>
              <w:bottom w:w="0" w:type="dxa"/>
              <w:right w:w="120" w:type="dxa"/>
            </w:tcMar>
          </w:tcPr>
          <w:p w14:paraId="5C763C76" w14:textId="77777777" w:rsidR="000D4DCB" w:rsidRDefault="000D4DCB"/>
        </w:tc>
      </w:tr>
      <w:tr w:rsidR="000D4DCB" w14:paraId="35312ECA" w14:textId="77777777">
        <w:trPr>
          <w:trHeight w:val="547"/>
        </w:trPr>
        <w:tc>
          <w:tcPr>
            <w:tcW w:w="10080" w:type="dxa"/>
            <w:tcBorders>
              <w:bottom w:val="single" w:sz="4" w:space="0" w:color="C9D3DD"/>
            </w:tcBorders>
            <w:tcMar>
              <w:top w:w="0" w:type="dxa"/>
              <w:left w:w="120" w:type="dxa"/>
              <w:bottom w:w="0" w:type="dxa"/>
              <w:right w:w="120" w:type="dxa"/>
            </w:tcMar>
          </w:tcPr>
          <w:p w14:paraId="26200374" w14:textId="77777777" w:rsidR="000D4DCB" w:rsidRDefault="000D4DCB"/>
        </w:tc>
      </w:tr>
      <w:tr w:rsidR="000D4DCB" w14:paraId="453D39C2" w14:textId="77777777">
        <w:trPr>
          <w:trHeight w:val="547"/>
        </w:trPr>
        <w:tc>
          <w:tcPr>
            <w:tcW w:w="10080" w:type="dxa"/>
            <w:tcBorders>
              <w:bottom w:val="single" w:sz="4" w:space="0" w:color="C9D3DD"/>
            </w:tcBorders>
            <w:tcMar>
              <w:top w:w="0" w:type="dxa"/>
              <w:left w:w="120" w:type="dxa"/>
              <w:bottom w:w="0" w:type="dxa"/>
              <w:right w:w="120" w:type="dxa"/>
            </w:tcMar>
          </w:tcPr>
          <w:p w14:paraId="3ADCD752" w14:textId="77777777" w:rsidR="000D4DCB" w:rsidRDefault="000D4DCB"/>
        </w:tc>
      </w:tr>
      <w:tr w:rsidR="000D4DCB" w14:paraId="4965B364" w14:textId="77777777">
        <w:trPr>
          <w:trHeight w:val="547"/>
        </w:trPr>
        <w:tc>
          <w:tcPr>
            <w:tcW w:w="10080" w:type="dxa"/>
            <w:tcBorders>
              <w:bottom w:val="single" w:sz="4" w:space="0" w:color="C9D3DD"/>
            </w:tcBorders>
            <w:tcMar>
              <w:top w:w="0" w:type="dxa"/>
              <w:left w:w="120" w:type="dxa"/>
              <w:bottom w:w="0" w:type="dxa"/>
              <w:right w:w="120" w:type="dxa"/>
            </w:tcMar>
          </w:tcPr>
          <w:p w14:paraId="58DDA091" w14:textId="77777777" w:rsidR="000D4DCB" w:rsidRDefault="000D4DCB"/>
        </w:tc>
      </w:tr>
      <w:tr w:rsidR="000D4DCB" w14:paraId="59508827" w14:textId="77777777">
        <w:trPr>
          <w:trHeight w:val="547"/>
        </w:trPr>
        <w:tc>
          <w:tcPr>
            <w:tcW w:w="10080" w:type="dxa"/>
            <w:tcMar>
              <w:top w:w="0" w:type="dxa"/>
              <w:left w:w="120" w:type="dxa"/>
              <w:bottom w:w="0" w:type="dxa"/>
              <w:right w:w="120" w:type="dxa"/>
            </w:tcMar>
          </w:tcPr>
          <w:p w14:paraId="5D9FDF90" w14:textId="77777777" w:rsidR="000D4DCB" w:rsidRDefault="000D4DCB"/>
        </w:tc>
      </w:tr>
    </w:tbl>
    <w:p w14:paraId="01842F24"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43C962AD" w14:textId="77777777">
        <w:tc>
          <w:tcPr>
            <w:tcW w:w="7632" w:type="dxa"/>
            <w:shd w:val="clear" w:color="auto" w:fill="1F3A5F"/>
            <w:tcMar>
              <w:top w:w="90" w:type="dxa"/>
              <w:left w:w="140" w:type="dxa"/>
              <w:bottom w:w="90" w:type="dxa"/>
              <w:right w:w="140" w:type="dxa"/>
            </w:tcMar>
            <w:vAlign w:val="center"/>
          </w:tcPr>
          <w:p w14:paraId="47112BEE"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15</w:t>
            </w:r>
          </w:p>
          <w:p w14:paraId="78CF179C" w14:textId="77777777" w:rsidR="000D4DCB" w:rsidRDefault="00091397">
            <w:r>
              <w:rPr>
                <w:rFonts w:ascii="Calibri" w:eastAsia="Calibri" w:hAnsi="Calibri" w:cs="Calibri"/>
                <w:b/>
                <w:color w:val="FFFFFF"/>
                <w:sz w:val="40"/>
              </w:rPr>
              <w:t>Favorite Story</w:t>
            </w:r>
          </w:p>
        </w:tc>
        <w:tc>
          <w:tcPr>
            <w:tcW w:w="2448" w:type="dxa"/>
            <w:shd w:val="clear" w:color="auto" w:fill="1F3A5F"/>
            <w:tcMar>
              <w:top w:w="90" w:type="dxa"/>
              <w:left w:w="140" w:type="dxa"/>
              <w:bottom w:w="90" w:type="dxa"/>
              <w:right w:w="140" w:type="dxa"/>
            </w:tcMar>
            <w:vAlign w:val="center"/>
          </w:tcPr>
          <w:p w14:paraId="3BC9B249" w14:textId="77777777" w:rsidR="000D4DCB" w:rsidRDefault="00091397">
            <w:pPr>
              <w:jc w:val="right"/>
            </w:pPr>
            <w:r>
              <w:rPr>
                <w:rFonts w:ascii="Calibri" w:eastAsia="Calibri" w:hAnsi="Calibri" w:cs="Calibri"/>
                <w:color w:val="C8D6E5"/>
                <w:sz w:val="18"/>
              </w:rPr>
              <w:t>About 15–20 minutes</w:t>
            </w:r>
          </w:p>
        </w:tc>
      </w:tr>
    </w:tbl>
    <w:p w14:paraId="1FDB5D9E" w14:textId="77777777" w:rsidR="000D4DCB" w:rsidRDefault="000D4DCB">
      <w:pPr>
        <w:spacing w:line="264" w:lineRule="auto"/>
      </w:pPr>
    </w:p>
    <w:p w14:paraId="3DA336EA"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Tell your favorite story about your hero.</w:t>
      </w:r>
    </w:p>
    <w:p w14:paraId="397E718B" w14:textId="77777777" w:rsidR="000D4DCB" w:rsidRDefault="000D4DCB">
      <w:pPr>
        <w:spacing w:line="264" w:lineRule="auto"/>
      </w:pPr>
    </w:p>
    <w:p w14:paraId="42D6C6B9"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BEBB31A" w14:textId="77777777">
        <w:tc>
          <w:tcPr>
            <w:tcW w:w="504" w:type="dxa"/>
            <w:tcMar>
              <w:top w:w="20" w:type="dxa"/>
              <w:left w:w="20" w:type="dxa"/>
              <w:bottom w:w="20" w:type="dxa"/>
              <w:right w:w="20" w:type="dxa"/>
            </w:tcMar>
          </w:tcPr>
          <w:p w14:paraId="4492904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45B500C7" w14:textId="77777777" w:rsidR="000D4DCB" w:rsidRDefault="00091397">
            <w:r>
              <w:rPr>
                <w:rFonts w:eastAsia="Georgia" w:cs="Georgia"/>
                <w:color w:val="222222"/>
                <w:sz w:val="21"/>
              </w:rPr>
              <w:t>Look at your Hero Notes. Choose your favorite story about your hero.</w:t>
            </w:r>
          </w:p>
        </w:tc>
      </w:tr>
      <w:tr w:rsidR="000D4DCB" w14:paraId="1B014B20" w14:textId="77777777">
        <w:tc>
          <w:tcPr>
            <w:tcW w:w="504" w:type="dxa"/>
            <w:tcMar>
              <w:top w:w="20" w:type="dxa"/>
              <w:left w:w="20" w:type="dxa"/>
              <w:bottom w:w="20" w:type="dxa"/>
              <w:right w:w="20" w:type="dxa"/>
            </w:tcMar>
          </w:tcPr>
          <w:p w14:paraId="2C42B9FF"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6E64567" w14:textId="77777777" w:rsidR="000D4DCB" w:rsidRDefault="00091397">
            <w:r>
              <w:rPr>
                <w:rFonts w:eastAsia="Georgia" w:cs="Georgia"/>
                <w:color w:val="222222"/>
                <w:sz w:val="21"/>
              </w:rPr>
              <w:t>Tell the story in your own words (3–5 sentences).</w:t>
            </w:r>
          </w:p>
        </w:tc>
      </w:tr>
      <w:tr w:rsidR="000D4DCB" w14:paraId="4DE645EE" w14:textId="77777777">
        <w:tc>
          <w:tcPr>
            <w:tcW w:w="504" w:type="dxa"/>
            <w:tcMar>
              <w:top w:w="20" w:type="dxa"/>
              <w:left w:w="20" w:type="dxa"/>
              <w:bottom w:w="20" w:type="dxa"/>
              <w:right w:w="20" w:type="dxa"/>
            </w:tcMar>
          </w:tcPr>
          <w:p w14:paraId="1BABC1C6"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273596C8" w14:textId="77777777" w:rsidR="000D4DCB" w:rsidRDefault="00091397">
            <w:r>
              <w:rPr>
                <w:rFonts w:eastAsia="Georgia" w:cs="Georgia"/>
                <w:color w:val="222222"/>
                <w:sz w:val="21"/>
              </w:rPr>
              <w:t>Tell why this story is special to you.</w:t>
            </w:r>
          </w:p>
        </w:tc>
      </w:tr>
    </w:tbl>
    <w:p w14:paraId="16159C0C"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728"/>
        <w:gridCol w:w="8344"/>
        <w:gridCol w:w="8"/>
      </w:tblGrid>
      <w:tr w:rsidR="000D4DCB" w14:paraId="4634D97E" w14:textId="77777777">
        <w:tc>
          <w:tcPr>
            <w:tcW w:w="10080" w:type="dxa"/>
            <w:gridSpan w:val="3"/>
            <w:shd w:val="clear" w:color="auto" w:fill="E8EEF5"/>
            <w:tcMar>
              <w:top w:w="50" w:type="dxa"/>
              <w:left w:w="120" w:type="dxa"/>
              <w:bottom w:w="50" w:type="dxa"/>
              <w:right w:w="120" w:type="dxa"/>
            </w:tcMar>
          </w:tcPr>
          <w:p w14:paraId="56103101" w14:textId="77777777" w:rsidR="000D4DCB" w:rsidRDefault="00091397">
            <w:r>
              <w:rPr>
                <w:rFonts w:ascii="Calibri" w:eastAsia="Calibri" w:hAnsi="Calibri" w:cs="Calibri"/>
                <w:b/>
                <w:color w:val="1F3A5F"/>
                <w:sz w:val="23"/>
              </w:rPr>
              <w:t>About the Story</w:t>
            </w:r>
          </w:p>
        </w:tc>
      </w:tr>
      <w:tr w:rsidR="000F6447" w14:paraId="24453EF2" w14:textId="77777777" w:rsidTr="000F6447">
        <w:trPr>
          <w:gridAfter w:val="1"/>
          <w:wAfter w:w="8" w:type="dxa"/>
          <w:trHeight w:val="518"/>
        </w:trPr>
        <w:tc>
          <w:tcPr>
            <w:tcW w:w="1728" w:type="dxa"/>
            <w:shd w:val="clear" w:color="auto" w:fill="F4F7FA"/>
            <w:tcMar>
              <w:top w:w="50" w:type="dxa"/>
              <w:left w:w="100" w:type="dxa"/>
              <w:bottom w:w="50" w:type="dxa"/>
              <w:right w:w="80" w:type="dxa"/>
            </w:tcMar>
          </w:tcPr>
          <w:p w14:paraId="7488805A" w14:textId="77777777" w:rsidR="000F6447" w:rsidRDefault="000F6447">
            <w:r>
              <w:rPr>
                <w:rFonts w:ascii="Calibri" w:eastAsia="Calibri" w:hAnsi="Calibri" w:cs="Calibri"/>
                <w:b/>
                <w:color w:val="1F3A5F"/>
                <w:sz w:val="20"/>
              </w:rPr>
              <w:t>Story title:</w:t>
            </w:r>
          </w:p>
        </w:tc>
        <w:tc>
          <w:tcPr>
            <w:tcW w:w="8344" w:type="dxa"/>
            <w:tcMar>
              <w:top w:w="50" w:type="dxa"/>
              <w:left w:w="100" w:type="dxa"/>
              <w:bottom w:w="50" w:type="dxa"/>
              <w:right w:w="100" w:type="dxa"/>
            </w:tcMar>
          </w:tcPr>
          <w:p w14:paraId="33B0E4C6" w14:textId="77777777" w:rsidR="000F6447" w:rsidRDefault="000F6447"/>
        </w:tc>
      </w:tr>
    </w:tbl>
    <w:p w14:paraId="0F8C9A8A"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5650BBDB" w14:textId="77777777">
        <w:tc>
          <w:tcPr>
            <w:tcW w:w="10080" w:type="dxa"/>
            <w:shd w:val="clear" w:color="auto" w:fill="E8EEF5"/>
            <w:tcMar>
              <w:top w:w="50" w:type="dxa"/>
              <w:left w:w="120" w:type="dxa"/>
              <w:bottom w:w="50" w:type="dxa"/>
              <w:right w:w="120" w:type="dxa"/>
            </w:tcMar>
          </w:tcPr>
          <w:p w14:paraId="201164B2" w14:textId="77777777" w:rsidR="000D4DCB" w:rsidRDefault="00091397">
            <w:r>
              <w:rPr>
                <w:rFonts w:ascii="Calibri" w:eastAsia="Calibri" w:hAnsi="Calibri" w:cs="Calibri"/>
                <w:b/>
                <w:color w:val="1F3A5F"/>
                <w:sz w:val="23"/>
              </w:rPr>
              <w:t>The Story in My Own Words</w:t>
            </w:r>
          </w:p>
        </w:tc>
      </w:tr>
      <w:tr w:rsidR="000D4DCB" w14:paraId="29612BE1" w14:textId="77777777">
        <w:trPr>
          <w:trHeight w:val="547"/>
        </w:trPr>
        <w:tc>
          <w:tcPr>
            <w:tcW w:w="10080" w:type="dxa"/>
            <w:tcBorders>
              <w:bottom w:val="single" w:sz="4" w:space="0" w:color="C9D3DD"/>
            </w:tcBorders>
            <w:tcMar>
              <w:top w:w="0" w:type="dxa"/>
              <w:left w:w="120" w:type="dxa"/>
              <w:bottom w:w="0" w:type="dxa"/>
              <w:right w:w="120" w:type="dxa"/>
            </w:tcMar>
          </w:tcPr>
          <w:p w14:paraId="7243AD6D" w14:textId="77777777" w:rsidR="000D4DCB" w:rsidRDefault="000D4DCB"/>
        </w:tc>
      </w:tr>
      <w:tr w:rsidR="000D4DCB" w14:paraId="31E88319" w14:textId="77777777">
        <w:trPr>
          <w:trHeight w:val="547"/>
        </w:trPr>
        <w:tc>
          <w:tcPr>
            <w:tcW w:w="10080" w:type="dxa"/>
            <w:tcBorders>
              <w:bottom w:val="single" w:sz="4" w:space="0" w:color="C9D3DD"/>
            </w:tcBorders>
            <w:tcMar>
              <w:top w:w="0" w:type="dxa"/>
              <w:left w:w="120" w:type="dxa"/>
              <w:bottom w:w="0" w:type="dxa"/>
              <w:right w:w="120" w:type="dxa"/>
            </w:tcMar>
          </w:tcPr>
          <w:p w14:paraId="0FDD2531" w14:textId="77777777" w:rsidR="000D4DCB" w:rsidRDefault="000D4DCB"/>
        </w:tc>
      </w:tr>
      <w:tr w:rsidR="000D4DCB" w14:paraId="781F2FAB" w14:textId="77777777">
        <w:trPr>
          <w:trHeight w:val="547"/>
        </w:trPr>
        <w:tc>
          <w:tcPr>
            <w:tcW w:w="10080" w:type="dxa"/>
            <w:tcBorders>
              <w:bottom w:val="single" w:sz="4" w:space="0" w:color="C9D3DD"/>
            </w:tcBorders>
            <w:tcMar>
              <w:top w:w="0" w:type="dxa"/>
              <w:left w:w="120" w:type="dxa"/>
              <w:bottom w:w="0" w:type="dxa"/>
              <w:right w:w="120" w:type="dxa"/>
            </w:tcMar>
          </w:tcPr>
          <w:p w14:paraId="3FFA15B2" w14:textId="77777777" w:rsidR="000D4DCB" w:rsidRDefault="000D4DCB"/>
        </w:tc>
      </w:tr>
      <w:tr w:rsidR="000D4DCB" w14:paraId="18AEE452" w14:textId="77777777">
        <w:trPr>
          <w:trHeight w:val="547"/>
        </w:trPr>
        <w:tc>
          <w:tcPr>
            <w:tcW w:w="10080" w:type="dxa"/>
            <w:tcBorders>
              <w:bottom w:val="single" w:sz="4" w:space="0" w:color="C9D3DD"/>
            </w:tcBorders>
            <w:tcMar>
              <w:top w:w="0" w:type="dxa"/>
              <w:left w:w="120" w:type="dxa"/>
              <w:bottom w:w="0" w:type="dxa"/>
              <w:right w:w="120" w:type="dxa"/>
            </w:tcMar>
          </w:tcPr>
          <w:p w14:paraId="5F74A370" w14:textId="77777777" w:rsidR="000D4DCB" w:rsidRDefault="000D4DCB"/>
        </w:tc>
      </w:tr>
      <w:tr w:rsidR="000D4DCB" w14:paraId="440A9320" w14:textId="77777777">
        <w:trPr>
          <w:trHeight w:val="547"/>
        </w:trPr>
        <w:tc>
          <w:tcPr>
            <w:tcW w:w="10080" w:type="dxa"/>
            <w:tcBorders>
              <w:bottom w:val="single" w:sz="4" w:space="0" w:color="C9D3DD"/>
            </w:tcBorders>
            <w:tcMar>
              <w:top w:w="0" w:type="dxa"/>
              <w:left w:w="120" w:type="dxa"/>
              <w:bottom w:w="0" w:type="dxa"/>
              <w:right w:w="120" w:type="dxa"/>
            </w:tcMar>
          </w:tcPr>
          <w:p w14:paraId="0879CF18" w14:textId="77777777" w:rsidR="000D4DCB" w:rsidRDefault="000D4DCB"/>
        </w:tc>
      </w:tr>
      <w:tr w:rsidR="000D4DCB" w14:paraId="77725C0C" w14:textId="77777777">
        <w:trPr>
          <w:trHeight w:val="547"/>
        </w:trPr>
        <w:tc>
          <w:tcPr>
            <w:tcW w:w="10080" w:type="dxa"/>
            <w:tcBorders>
              <w:bottom w:val="single" w:sz="4" w:space="0" w:color="C9D3DD"/>
            </w:tcBorders>
            <w:tcMar>
              <w:top w:w="0" w:type="dxa"/>
              <w:left w:w="120" w:type="dxa"/>
              <w:bottom w:w="0" w:type="dxa"/>
              <w:right w:w="120" w:type="dxa"/>
            </w:tcMar>
          </w:tcPr>
          <w:p w14:paraId="64BB106F" w14:textId="77777777" w:rsidR="000D4DCB" w:rsidRDefault="000D4DCB"/>
        </w:tc>
      </w:tr>
      <w:tr w:rsidR="000D4DCB" w14:paraId="78730CAB" w14:textId="77777777">
        <w:trPr>
          <w:trHeight w:val="547"/>
        </w:trPr>
        <w:tc>
          <w:tcPr>
            <w:tcW w:w="10080" w:type="dxa"/>
            <w:tcBorders>
              <w:bottom w:val="single" w:sz="4" w:space="0" w:color="C9D3DD"/>
            </w:tcBorders>
            <w:tcMar>
              <w:top w:w="0" w:type="dxa"/>
              <w:left w:w="120" w:type="dxa"/>
              <w:bottom w:w="0" w:type="dxa"/>
              <w:right w:w="120" w:type="dxa"/>
            </w:tcMar>
          </w:tcPr>
          <w:p w14:paraId="79421D82" w14:textId="77777777" w:rsidR="000D4DCB" w:rsidRDefault="000D4DCB"/>
        </w:tc>
      </w:tr>
      <w:tr w:rsidR="000D4DCB" w14:paraId="28BE9D29" w14:textId="77777777">
        <w:trPr>
          <w:trHeight w:val="547"/>
        </w:trPr>
        <w:tc>
          <w:tcPr>
            <w:tcW w:w="10080" w:type="dxa"/>
            <w:tcBorders>
              <w:bottom w:val="single" w:sz="4" w:space="0" w:color="C9D3DD"/>
            </w:tcBorders>
            <w:tcMar>
              <w:top w:w="0" w:type="dxa"/>
              <w:left w:w="120" w:type="dxa"/>
              <w:bottom w:w="0" w:type="dxa"/>
              <w:right w:w="120" w:type="dxa"/>
            </w:tcMar>
          </w:tcPr>
          <w:p w14:paraId="70B9F37B" w14:textId="77777777" w:rsidR="000D4DCB" w:rsidRDefault="000D4DCB"/>
        </w:tc>
      </w:tr>
      <w:tr w:rsidR="000D4DCB" w14:paraId="1C75530F" w14:textId="77777777">
        <w:trPr>
          <w:trHeight w:val="547"/>
        </w:trPr>
        <w:tc>
          <w:tcPr>
            <w:tcW w:w="10080" w:type="dxa"/>
            <w:tcMar>
              <w:top w:w="0" w:type="dxa"/>
              <w:left w:w="120" w:type="dxa"/>
              <w:bottom w:w="0" w:type="dxa"/>
              <w:right w:w="120" w:type="dxa"/>
            </w:tcMar>
          </w:tcPr>
          <w:p w14:paraId="33A001E4" w14:textId="77777777" w:rsidR="000D4DCB" w:rsidRDefault="000D4DCB"/>
        </w:tc>
      </w:tr>
    </w:tbl>
    <w:p w14:paraId="5C002803"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0D4DCB" w14:paraId="1995A467" w14:textId="77777777">
        <w:tc>
          <w:tcPr>
            <w:tcW w:w="10080" w:type="dxa"/>
            <w:gridSpan w:val="2"/>
            <w:shd w:val="clear" w:color="auto" w:fill="E8EEF5"/>
            <w:tcMar>
              <w:top w:w="50" w:type="dxa"/>
              <w:left w:w="120" w:type="dxa"/>
              <w:bottom w:w="50" w:type="dxa"/>
              <w:right w:w="120" w:type="dxa"/>
            </w:tcMar>
          </w:tcPr>
          <w:p w14:paraId="0D0BD276" w14:textId="77777777" w:rsidR="000D4DCB" w:rsidRDefault="00091397">
            <w:r>
              <w:rPr>
                <w:rFonts w:ascii="Calibri" w:eastAsia="Calibri" w:hAnsi="Calibri" w:cs="Calibri"/>
                <w:b/>
                <w:color w:val="1F3A5F"/>
                <w:sz w:val="23"/>
              </w:rPr>
              <w:t>Why This Story Is Special</w:t>
            </w:r>
          </w:p>
        </w:tc>
      </w:tr>
      <w:tr w:rsidR="000D4DCB" w14:paraId="13AD23D4" w14:textId="77777777">
        <w:trPr>
          <w:trHeight w:val="1728"/>
        </w:trPr>
        <w:tc>
          <w:tcPr>
            <w:tcW w:w="2520" w:type="dxa"/>
            <w:shd w:val="clear" w:color="auto" w:fill="F4F7FA"/>
            <w:tcMar>
              <w:top w:w="50" w:type="dxa"/>
              <w:left w:w="100" w:type="dxa"/>
              <w:bottom w:w="50" w:type="dxa"/>
              <w:right w:w="80" w:type="dxa"/>
            </w:tcMar>
          </w:tcPr>
          <w:p w14:paraId="1CD0CB5A" w14:textId="77777777" w:rsidR="000D4DCB" w:rsidRDefault="00091397">
            <w:r>
              <w:rPr>
                <w:rFonts w:ascii="Calibri" w:eastAsia="Calibri" w:hAnsi="Calibri" w:cs="Calibri"/>
                <w:b/>
                <w:color w:val="1F3A5F"/>
                <w:sz w:val="20"/>
              </w:rPr>
              <w:t>Why it is special to me:</w:t>
            </w:r>
          </w:p>
        </w:tc>
        <w:tc>
          <w:tcPr>
            <w:tcW w:w="7560" w:type="dxa"/>
            <w:tcMar>
              <w:top w:w="50" w:type="dxa"/>
              <w:left w:w="100" w:type="dxa"/>
              <w:bottom w:w="50" w:type="dxa"/>
              <w:right w:w="100" w:type="dxa"/>
            </w:tcMar>
          </w:tcPr>
          <w:p w14:paraId="1115FD8F" w14:textId="77777777" w:rsidR="000D4DCB" w:rsidRDefault="000D4DCB"/>
        </w:tc>
      </w:tr>
    </w:tbl>
    <w:p w14:paraId="74443D6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4ABA2125" w14:textId="77777777">
        <w:tc>
          <w:tcPr>
            <w:tcW w:w="7632" w:type="dxa"/>
            <w:shd w:val="clear" w:color="auto" w:fill="1F3A5F"/>
            <w:tcMar>
              <w:top w:w="90" w:type="dxa"/>
              <w:left w:w="140" w:type="dxa"/>
              <w:bottom w:w="90" w:type="dxa"/>
              <w:right w:w="140" w:type="dxa"/>
            </w:tcMar>
            <w:vAlign w:val="center"/>
          </w:tcPr>
          <w:p w14:paraId="78F56E63"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16</w:t>
            </w:r>
          </w:p>
          <w:p w14:paraId="7A98CC77" w14:textId="77777777" w:rsidR="000D4DCB" w:rsidRDefault="00091397">
            <w:r>
              <w:rPr>
                <w:rFonts w:ascii="Calibri" w:eastAsia="Calibri" w:hAnsi="Calibri" w:cs="Calibri"/>
                <w:b/>
                <w:color w:val="FFFFFF"/>
                <w:sz w:val="40"/>
              </w:rPr>
              <w:t>Most Important Truths</w:t>
            </w:r>
          </w:p>
        </w:tc>
        <w:tc>
          <w:tcPr>
            <w:tcW w:w="2448" w:type="dxa"/>
            <w:shd w:val="clear" w:color="auto" w:fill="1F3A5F"/>
            <w:tcMar>
              <w:top w:w="90" w:type="dxa"/>
              <w:left w:w="140" w:type="dxa"/>
              <w:bottom w:w="90" w:type="dxa"/>
              <w:right w:w="140" w:type="dxa"/>
            </w:tcMar>
            <w:vAlign w:val="center"/>
          </w:tcPr>
          <w:p w14:paraId="52E8DEDA" w14:textId="77777777" w:rsidR="000D4DCB" w:rsidRDefault="00091397">
            <w:pPr>
              <w:jc w:val="right"/>
            </w:pPr>
            <w:r>
              <w:rPr>
                <w:rFonts w:ascii="Calibri" w:eastAsia="Calibri" w:hAnsi="Calibri" w:cs="Calibri"/>
                <w:color w:val="C8D6E5"/>
                <w:sz w:val="18"/>
              </w:rPr>
              <w:t>About 15–20 minutes</w:t>
            </w:r>
          </w:p>
        </w:tc>
      </w:tr>
    </w:tbl>
    <w:p w14:paraId="61965B03" w14:textId="77777777" w:rsidR="000D4DCB" w:rsidRDefault="000D4DCB">
      <w:pPr>
        <w:spacing w:line="264" w:lineRule="auto"/>
      </w:pPr>
    </w:p>
    <w:p w14:paraId="602E625F"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Find the lessons your hero's life teaches.</w:t>
      </w:r>
    </w:p>
    <w:p w14:paraId="6E80C002" w14:textId="77777777" w:rsidR="000D4DCB" w:rsidRDefault="000D4DCB">
      <w:pPr>
        <w:spacing w:line="264" w:lineRule="auto"/>
      </w:pPr>
    </w:p>
    <w:p w14:paraId="5C530356"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1E2EBC30" w14:textId="77777777">
        <w:tc>
          <w:tcPr>
            <w:tcW w:w="504" w:type="dxa"/>
            <w:tcMar>
              <w:top w:w="20" w:type="dxa"/>
              <w:left w:w="20" w:type="dxa"/>
              <w:bottom w:w="20" w:type="dxa"/>
              <w:right w:w="20" w:type="dxa"/>
            </w:tcMar>
          </w:tcPr>
          <w:p w14:paraId="77B3E8C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4BF5579B" w14:textId="77777777" w:rsidR="000D4DCB" w:rsidRDefault="00091397">
            <w:r>
              <w:rPr>
                <w:rFonts w:eastAsia="Georgia" w:cs="Georgia"/>
                <w:color w:val="222222"/>
                <w:sz w:val="21"/>
              </w:rPr>
              <w:t>Look back at your Hero Notes, Character Chart, and Favorite Story.</w:t>
            </w:r>
          </w:p>
        </w:tc>
      </w:tr>
      <w:tr w:rsidR="000D4DCB" w14:paraId="481CDAA0" w14:textId="77777777">
        <w:tc>
          <w:tcPr>
            <w:tcW w:w="504" w:type="dxa"/>
            <w:tcMar>
              <w:top w:w="20" w:type="dxa"/>
              <w:left w:w="20" w:type="dxa"/>
              <w:bottom w:w="20" w:type="dxa"/>
              <w:right w:w="20" w:type="dxa"/>
            </w:tcMar>
          </w:tcPr>
          <w:p w14:paraId="01F63FFA"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5F0118AF" w14:textId="77777777" w:rsidR="000D4DCB" w:rsidRDefault="00091397">
            <w:r>
              <w:rPr>
                <w:rFonts w:eastAsia="Georgia" w:cs="Georgia"/>
                <w:color w:val="222222"/>
                <w:sz w:val="21"/>
              </w:rPr>
              <w:t>Find two truths your hero's life teaches.</w:t>
            </w:r>
          </w:p>
        </w:tc>
      </w:tr>
      <w:tr w:rsidR="000D4DCB" w14:paraId="39FA9A44" w14:textId="77777777">
        <w:tc>
          <w:tcPr>
            <w:tcW w:w="504" w:type="dxa"/>
            <w:tcMar>
              <w:top w:w="20" w:type="dxa"/>
              <w:left w:w="20" w:type="dxa"/>
              <w:bottom w:w="20" w:type="dxa"/>
              <w:right w:w="20" w:type="dxa"/>
            </w:tcMar>
          </w:tcPr>
          <w:p w14:paraId="15FC0FEF"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01FBF535" w14:textId="77777777" w:rsidR="000D4DCB" w:rsidRDefault="00091397">
            <w:r>
              <w:rPr>
                <w:rFonts w:eastAsia="Georgia" w:cs="Georgia"/>
                <w:color w:val="222222"/>
                <w:sz w:val="21"/>
              </w:rPr>
              <w:t>Write each truth as a full sentence. Then tell where you saw it in your hero's life.</w:t>
            </w:r>
          </w:p>
        </w:tc>
      </w:tr>
    </w:tbl>
    <w:p w14:paraId="5DFCFC65"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31841987" w14:textId="77777777">
        <w:tc>
          <w:tcPr>
            <w:tcW w:w="10080" w:type="dxa"/>
            <w:shd w:val="clear" w:color="auto" w:fill="FBF6EC"/>
            <w:tcMar>
              <w:top w:w="70" w:type="dxa"/>
              <w:left w:w="140" w:type="dxa"/>
              <w:bottom w:w="70" w:type="dxa"/>
              <w:right w:w="140" w:type="dxa"/>
            </w:tcMar>
          </w:tcPr>
          <w:p w14:paraId="4D6B896E" w14:textId="77777777" w:rsidR="000D4DCB" w:rsidRDefault="00091397">
            <w:r>
              <w:rPr>
                <w:rFonts w:ascii="Calibri" w:eastAsia="Calibri" w:hAnsi="Calibri" w:cs="Calibri"/>
                <w:b/>
                <w:color w:val="7A551C"/>
                <w:sz w:val="20"/>
              </w:rPr>
              <w:t xml:space="preserve">WHAT IS A TRUTH? </w:t>
            </w:r>
            <w:r>
              <w:rPr>
                <w:rFonts w:ascii="Calibri" w:eastAsia="Calibri" w:hAnsi="Calibri" w:cs="Calibri"/>
                <w:color w:val="3A2E1A"/>
                <w:sz w:val="20"/>
              </w:rPr>
              <w:t>A truth is a lesson that is true for everyone, not just for your hero. Here is one from Corrie ten Boom's life: "When we forgive others, the Lord can heal our hearts."</w:t>
            </w:r>
          </w:p>
        </w:tc>
      </w:tr>
    </w:tbl>
    <w:p w14:paraId="33D41E58"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4176"/>
        <w:gridCol w:w="5400"/>
      </w:tblGrid>
      <w:tr w:rsidR="000D4DCB" w14:paraId="7D979627" w14:textId="77777777">
        <w:tc>
          <w:tcPr>
            <w:tcW w:w="10080" w:type="dxa"/>
            <w:gridSpan w:val="3"/>
            <w:shd w:val="clear" w:color="auto" w:fill="E8EEF5"/>
            <w:tcMar>
              <w:top w:w="50" w:type="dxa"/>
              <w:left w:w="120" w:type="dxa"/>
              <w:bottom w:w="50" w:type="dxa"/>
              <w:right w:w="120" w:type="dxa"/>
            </w:tcMar>
          </w:tcPr>
          <w:p w14:paraId="6B9CE8B0" w14:textId="77777777" w:rsidR="000D4DCB" w:rsidRDefault="00091397">
            <w:r>
              <w:rPr>
                <w:rFonts w:ascii="Calibri" w:eastAsia="Calibri" w:hAnsi="Calibri" w:cs="Calibri"/>
                <w:b/>
                <w:color w:val="1F3A5F"/>
                <w:sz w:val="23"/>
              </w:rPr>
              <w:t>Truths I Learned From My Hero</w:t>
            </w:r>
          </w:p>
        </w:tc>
      </w:tr>
      <w:tr w:rsidR="000D4DCB" w14:paraId="5F13E19F" w14:textId="77777777">
        <w:tc>
          <w:tcPr>
            <w:tcW w:w="504" w:type="dxa"/>
            <w:shd w:val="clear" w:color="auto" w:fill="F4F7FA"/>
            <w:tcMar>
              <w:top w:w="40" w:type="dxa"/>
              <w:left w:w="100" w:type="dxa"/>
              <w:bottom w:w="40" w:type="dxa"/>
              <w:right w:w="80" w:type="dxa"/>
            </w:tcMar>
          </w:tcPr>
          <w:p w14:paraId="3B685DDD" w14:textId="77777777" w:rsidR="000D4DCB" w:rsidRDefault="00091397">
            <w:r>
              <w:rPr>
                <w:rFonts w:ascii="Calibri" w:eastAsia="Calibri" w:hAnsi="Calibri" w:cs="Calibri"/>
                <w:b/>
                <w:color w:val="1F3A5F"/>
                <w:sz w:val="20"/>
              </w:rPr>
              <w:t>#</w:t>
            </w:r>
          </w:p>
        </w:tc>
        <w:tc>
          <w:tcPr>
            <w:tcW w:w="4176" w:type="dxa"/>
            <w:shd w:val="clear" w:color="auto" w:fill="F4F7FA"/>
            <w:tcMar>
              <w:top w:w="40" w:type="dxa"/>
              <w:left w:w="100" w:type="dxa"/>
              <w:bottom w:w="40" w:type="dxa"/>
              <w:right w:w="80" w:type="dxa"/>
            </w:tcMar>
          </w:tcPr>
          <w:p w14:paraId="2DE5BF54" w14:textId="77777777" w:rsidR="000D4DCB" w:rsidRDefault="00091397">
            <w:r>
              <w:rPr>
                <w:rFonts w:ascii="Calibri" w:eastAsia="Calibri" w:hAnsi="Calibri" w:cs="Calibri"/>
                <w:b/>
                <w:color w:val="1F3A5F"/>
                <w:sz w:val="20"/>
              </w:rPr>
              <w:t>The truth</w:t>
            </w:r>
          </w:p>
        </w:tc>
        <w:tc>
          <w:tcPr>
            <w:tcW w:w="5400" w:type="dxa"/>
            <w:shd w:val="clear" w:color="auto" w:fill="F4F7FA"/>
            <w:tcMar>
              <w:top w:w="40" w:type="dxa"/>
              <w:left w:w="100" w:type="dxa"/>
              <w:bottom w:w="40" w:type="dxa"/>
              <w:right w:w="80" w:type="dxa"/>
            </w:tcMar>
          </w:tcPr>
          <w:p w14:paraId="61E9BD66" w14:textId="77777777" w:rsidR="000D4DCB" w:rsidRDefault="00091397">
            <w:r>
              <w:rPr>
                <w:rFonts w:ascii="Calibri" w:eastAsia="Calibri" w:hAnsi="Calibri" w:cs="Calibri"/>
                <w:b/>
                <w:color w:val="1F3A5F"/>
                <w:sz w:val="20"/>
              </w:rPr>
              <w:t>Where I saw it in my hero's life</w:t>
            </w:r>
          </w:p>
        </w:tc>
      </w:tr>
      <w:tr w:rsidR="000D4DCB" w14:paraId="1FDAE0AA" w14:textId="77777777">
        <w:trPr>
          <w:trHeight w:val="3744"/>
        </w:trPr>
        <w:tc>
          <w:tcPr>
            <w:tcW w:w="504" w:type="dxa"/>
            <w:shd w:val="clear" w:color="auto" w:fill="F4F7FA"/>
            <w:tcMar>
              <w:top w:w="50" w:type="dxa"/>
              <w:left w:w="100" w:type="dxa"/>
              <w:bottom w:w="50" w:type="dxa"/>
              <w:right w:w="100" w:type="dxa"/>
            </w:tcMar>
          </w:tcPr>
          <w:p w14:paraId="18C37C5D" w14:textId="77777777" w:rsidR="000D4DCB" w:rsidRDefault="00091397">
            <w:r>
              <w:rPr>
                <w:rFonts w:ascii="Calibri" w:eastAsia="Calibri" w:hAnsi="Calibri" w:cs="Calibri"/>
                <w:b/>
                <w:color w:val="1F3A5F"/>
                <w:sz w:val="20"/>
              </w:rPr>
              <w:t>1</w:t>
            </w:r>
          </w:p>
        </w:tc>
        <w:tc>
          <w:tcPr>
            <w:tcW w:w="4176" w:type="dxa"/>
            <w:tcMar>
              <w:top w:w="50" w:type="dxa"/>
              <w:left w:w="100" w:type="dxa"/>
              <w:bottom w:w="50" w:type="dxa"/>
              <w:right w:w="100" w:type="dxa"/>
            </w:tcMar>
          </w:tcPr>
          <w:p w14:paraId="1E86A8F8" w14:textId="77777777" w:rsidR="000D4DCB" w:rsidRDefault="000D4DCB"/>
        </w:tc>
        <w:tc>
          <w:tcPr>
            <w:tcW w:w="5400" w:type="dxa"/>
            <w:tcMar>
              <w:top w:w="50" w:type="dxa"/>
              <w:left w:w="100" w:type="dxa"/>
              <w:bottom w:w="50" w:type="dxa"/>
              <w:right w:w="100" w:type="dxa"/>
            </w:tcMar>
          </w:tcPr>
          <w:p w14:paraId="2F0CF9E0" w14:textId="77777777" w:rsidR="000D4DCB" w:rsidRDefault="000D4DCB"/>
        </w:tc>
      </w:tr>
      <w:tr w:rsidR="000D4DCB" w14:paraId="246088D1" w14:textId="77777777">
        <w:trPr>
          <w:trHeight w:val="3744"/>
        </w:trPr>
        <w:tc>
          <w:tcPr>
            <w:tcW w:w="504" w:type="dxa"/>
            <w:shd w:val="clear" w:color="auto" w:fill="F4F7FA"/>
            <w:tcMar>
              <w:top w:w="50" w:type="dxa"/>
              <w:left w:w="100" w:type="dxa"/>
              <w:bottom w:w="50" w:type="dxa"/>
              <w:right w:w="100" w:type="dxa"/>
            </w:tcMar>
          </w:tcPr>
          <w:p w14:paraId="2AE9AEE1" w14:textId="77777777" w:rsidR="000D4DCB" w:rsidRDefault="00091397">
            <w:r>
              <w:rPr>
                <w:rFonts w:ascii="Calibri" w:eastAsia="Calibri" w:hAnsi="Calibri" w:cs="Calibri"/>
                <w:b/>
                <w:color w:val="1F3A5F"/>
                <w:sz w:val="20"/>
              </w:rPr>
              <w:t>2</w:t>
            </w:r>
          </w:p>
        </w:tc>
        <w:tc>
          <w:tcPr>
            <w:tcW w:w="4176" w:type="dxa"/>
            <w:tcMar>
              <w:top w:w="50" w:type="dxa"/>
              <w:left w:w="100" w:type="dxa"/>
              <w:bottom w:w="50" w:type="dxa"/>
              <w:right w:w="100" w:type="dxa"/>
            </w:tcMar>
          </w:tcPr>
          <w:p w14:paraId="61E6AE66" w14:textId="77777777" w:rsidR="000D4DCB" w:rsidRDefault="000D4DCB"/>
        </w:tc>
        <w:tc>
          <w:tcPr>
            <w:tcW w:w="5400" w:type="dxa"/>
            <w:tcMar>
              <w:top w:w="50" w:type="dxa"/>
              <w:left w:w="100" w:type="dxa"/>
              <w:bottom w:w="50" w:type="dxa"/>
              <w:right w:w="100" w:type="dxa"/>
            </w:tcMar>
          </w:tcPr>
          <w:p w14:paraId="69BD75E4" w14:textId="77777777" w:rsidR="000D4DCB" w:rsidRDefault="000D4DCB"/>
        </w:tc>
      </w:tr>
    </w:tbl>
    <w:p w14:paraId="266D7D5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12E24263" w14:textId="77777777">
        <w:tc>
          <w:tcPr>
            <w:tcW w:w="7632" w:type="dxa"/>
            <w:shd w:val="clear" w:color="auto" w:fill="1F3A5F"/>
            <w:tcMar>
              <w:top w:w="90" w:type="dxa"/>
              <w:left w:w="140" w:type="dxa"/>
              <w:bottom w:w="90" w:type="dxa"/>
              <w:right w:w="140" w:type="dxa"/>
            </w:tcMar>
            <w:vAlign w:val="center"/>
          </w:tcPr>
          <w:p w14:paraId="516F1E8B" w14:textId="77777777" w:rsidR="000D4DCB" w:rsidRDefault="00091397">
            <w:proofErr w:type="gramStart"/>
            <w:r>
              <w:rPr>
                <w:rFonts w:ascii="Calibri" w:eastAsia="Calibri" w:hAnsi="Calibri" w:cs="Calibri"/>
                <w:b/>
                <w:color w:val="C8D6E5"/>
                <w:sz w:val="18"/>
              </w:rPr>
              <w:t>REASON  ·</w:t>
            </w:r>
            <w:proofErr w:type="gramEnd"/>
            <w:r>
              <w:rPr>
                <w:rFonts w:ascii="Calibri" w:eastAsia="Calibri" w:hAnsi="Calibri" w:cs="Calibri"/>
                <w:b/>
                <w:color w:val="C8D6E5"/>
                <w:sz w:val="18"/>
              </w:rPr>
              <w:t xml:space="preserve">  STEP 17</w:t>
            </w:r>
          </w:p>
          <w:p w14:paraId="2EF39875" w14:textId="77777777" w:rsidR="000D4DCB" w:rsidRDefault="00091397">
            <w:r>
              <w:rPr>
                <w:rFonts w:ascii="Calibri" w:eastAsia="Calibri" w:hAnsi="Calibri" w:cs="Calibri"/>
                <w:b/>
                <w:color w:val="FFFFFF"/>
                <w:sz w:val="33"/>
              </w:rPr>
              <w:t>How My Hero Moved Forward the Cause of Christ</w:t>
            </w:r>
          </w:p>
        </w:tc>
        <w:tc>
          <w:tcPr>
            <w:tcW w:w="2448" w:type="dxa"/>
            <w:shd w:val="clear" w:color="auto" w:fill="1F3A5F"/>
            <w:tcMar>
              <w:top w:w="90" w:type="dxa"/>
              <w:left w:w="140" w:type="dxa"/>
              <w:bottom w:w="90" w:type="dxa"/>
              <w:right w:w="140" w:type="dxa"/>
            </w:tcMar>
            <w:vAlign w:val="center"/>
          </w:tcPr>
          <w:p w14:paraId="522C91CD" w14:textId="77777777" w:rsidR="000D4DCB" w:rsidRDefault="00091397">
            <w:pPr>
              <w:jc w:val="right"/>
            </w:pPr>
            <w:r>
              <w:rPr>
                <w:rFonts w:ascii="Calibri" w:eastAsia="Calibri" w:hAnsi="Calibri" w:cs="Calibri"/>
                <w:color w:val="C8D6E5"/>
                <w:sz w:val="18"/>
              </w:rPr>
              <w:t>About 15–20 minutes</w:t>
            </w:r>
          </w:p>
        </w:tc>
      </w:tr>
    </w:tbl>
    <w:p w14:paraId="0D198C6F" w14:textId="77777777" w:rsidR="000D4DCB" w:rsidRDefault="000D4DCB">
      <w:pPr>
        <w:spacing w:line="264" w:lineRule="auto"/>
      </w:pPr>
    </w:p>
    <w:p w14:paraId="282D4835"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 xml:space="preserve">Tell how your hero </w:t>
      </w:r>
      <w:r w:rsidR="0075343D">
        <w:rPr>
          <w:rFonts w:eastAsia="Georgia" w:cs="Georgia"/>
          <w:color w:val="222222"/>
        </w:rPr>
        <w:t xml:space="preserve">helped to </w:t>
      </w:r>
      <w:r w:rsidR="00E63C90">
        <w:rPr>
          <w:rFonts w:eastAsia="Georgia" w:cs="Georgia"/>
          <w:color w:val="222222"/>
        </w:rPr>
        <w:t xml:space="preserve">do </w:t>
      </w:r>
      <w:r w:rsidR="0075343D">
        <w:rPr>
          <w:rFonts w:eastAsia="Georgia" w:cs="Georgia"/>
          <w:color w:val="222222"/>
        </w:rPr>
        <w:t>the Lord’s work</w:t>
      </w:r>
      <w:r>
        <w:rPr>
          <w:rFonts w:eastAsia="Georgia" w:cs="Georgia"/>
          <w:color w:val="222222"/>
        </w:rPr>
        <w:t>.</w:t>
      </w:r>
    </w:p>
    <w:p w14:paraId="6C37D079" w14:textId="77777777" w:rsidR="000D4DCB" w:rsidRDefault="000D4DCB">
      <w:pPr>
        <w:spacing w:line="264" w:lineRule="auto"/>
      </w:pPr>
    </w:p>
    <w:p w14:paraId="3445AD24"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358BC0D1" w14:textId="77777777">
        <w:tc>
          <w:tcPr>
            <w:tcW w:w="504" w:type="dxa"/>
            <w:tcMar>
              <w:top w:w="20" w:type="dxa"/>
              <w:left w:w="20" w:type="dxa"/>
              <w:bottom w:w="20" w:type="dxa"/>
              <w:right w:w="20" w:type="dxa"/>
            </w:tcMar>
          </w:tcPr>
          <w:p w14:paraId="7010093B"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323EFD64" w14:textId="77777777" w:rsidR="000D4DCB" w:rsidRDefault="00091397">
            <w:r>
              <w:rPr>
                <w:rFonts w:eastAsia="Georgia" w:cs="Georgia"/>
                <w:color w:val="222222"/>
                <w:sz w:val="21"/>
              </w:rPr>
              <w:t>Look at your Hero Notes from Step 8 (Faith and Legacy).</w:t>
            </w:r>
          </w:p>
        </w:tc>
      </w:tr>
      <w:tr w:rsidR="000D4DCB" w14:paraId="6C4173E6" w14:textId="77777777">
        <w:tc>
          <w:tcPr>
            <w:tcW w:w="504" w:type="dxa"/>
            <w:tcMar>
              <w:top w:w="20" w:type="dxa"/>
              <w:left w:w="20" w:type="dxa"/>
              <w:bottom w:w="20" w:type="dxa"/>
              <w:right w:w="20" w:type="dxa"/>
            </w:tcMar>
          </w:tcPr>
          <w:p w14:paraId="4D70E373"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7ED27E3A" w14:textId="77777777" w:rsidR="000D4DCB" w:rsidRDefault="00091397">
            <w:r>
              <w:rPr>
                <w:rFonts w:eastAsia="Georgia" w:cs="Georgia"/>
                <w:color w:val="222222"/>
                <w:sz w:val="21"/>
              </w:rPr>
              <w:t>Write 3–4 sentences. Use the sentence starters to help you.</w:t>
            </w:r>
          </w:p>
        </w:tc>
      </w:tr>
    </w:tbl>
    <w:p w14:paraId="26082FEC"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1AEE06B7" w14:textId="77777777">
        <w:tc>
          <w:tcPr>
            <w:tcW w:w="10080" w:type="dxa"/>
            <w:shd w:val="clear" w:color="auto" w:fill="FBF6EC"/>
            <w:tcMar>
              <w:top w:w="70" w:type="dxa"/>
              <w:left w:w="140" w:type="dxa"/>
              <w:bottom w:w="70" w:type="dxa"/>
              <w:right w:w="140" w:type="dxa"/>
            </w:tcMar>
          </w:tcPr>
          <w:p w14:paraId="232343D5" w14:textId="77777777" w:rsidR="000D4DCB" w:rsidRDefault="00091397">
            <w:r>
              <w:rPr>
                <w:rFonts w:ascii="Calibri" w:eastAsia="Calibri" w:hAnsi="Calibri" w:cs="Calibri"/>
                <w:b/>
                <w:color w:val="7A551C"/>
                <w:sz w:val="20"/>
              </w:rPr>
              <w:t xml:space="preserve">WHAT IS THE CAUSE OF CHRIST? </w:t>
            </w:r>
            <w:r>
              <w:rPr>
                <w:rFonts w:ascii="Calibri" w:eastAsia="Calibri" w:hAnsi="Calibri" w:cs="Calibri"/>
                <w:color w:val="3A2E1A"/>
                <w:sz w:val="20"/>
              </w:rPr>
              <w:t>It is the work of helping people come to Jesus. We do this when we live and teach His truth, serve others like He did, stand for what is right, and help others feel His love.</w:t>
            </w:r>
          </w:p>
        </w:tc>
      </w:tr>
    </w:tbl>
    <w:p w14:paraId="38846722" w14:textId="77777777" w:rsidR="000D4DCB" w:rsidRDefault="000D4DCB">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10D5DD63" w14:textId="77777777">
        <w:tc>
          <w:tcPr>
            <w:tcW w:w="10080" w:type="dxa"/>
            <w:shd w:val="clear" w:color="auto" w:fill="FBF6EC"/>
            <w:tcMar>
              <w:top w:w="70" w:type="dxa"/>
              <w:left w:w="140" w:type="dxa"/>
              <w:bottom w:w="70" w:type="dxa"/>
              <w:right w:w="140" w:type="dxa"/>
            </w:tcMar>
          </w:tcPr>
          <w:p w14:paraId="4A755639" w14:textId="77777777" w:rsidR="000D4DCB" w:rsidRDefault="00091397">
            <w:r>
              <w:rPr>
                <w:rFonts w:ascii="Calibri" w:eastAsia="Calibri" w:hAnsi="Calibri" w:cs="Calibri"/>
                <w:b/>
                <w:color w:val="7A551C"/>
                <w:sz w:val="20"/>
              </w:rPr>
              <w:t>Sentence starters</w:t>
            </w:r>
          </w:p>
          <w:p w14:paraId="12799E81" w14:textId="77777777" w:rsidR="000D4DCB" w:rsidRDefault="00091397">
            <w:pPr>
              <w:spacing w:after="20"/>
              <w:ind w:left="216"/>
            </w:pPr>
            <w:r>
              <w:rPr>
                <w:rFonts w:ascii="Calibri" w:eastAsia="Calibri" w:hAnsi="Calibri" w:cs="Calibri"/>
                <w:color w:val="3A2E1A"/>
                <w:sz w:val="20"/>
              </w:rPr>
              <w:t>•  My hero helped move forward the Cause of Christ by…</w:t>
            </w:r>
          </w:p>
          <w:p w14:paraId="5EC26D83" w14:textId="77777777" w:rsidR="000D4DCB" w:rsidRDefault="00091397">
            <w:pPr>
              <w:spacing w:after="20"/>
              <w:ind w:left="216"/>
            </w:pPr>
            <w:r>
              <w:rPr>
                <w:rFonts w:ascii="Calibri" w:eastAsia="Calibri" w:hAnsi="Calibri" w:cs="Calibri"/>
                <w:color w:val="3A2E1A"/>
                <w:sz w:val="20"/>
              </w:rPr>
              <w:t>•  For example, my hero…</w:t>
            </w:r>
          </w:p>
          <w:p w14:paraId="63F032B3" w14:textId="77777777" w:rsidR="000D4DCB" w:rsidRDefault="00091397">
            <w:pPr>
              <w:spacing w:after="20"/>
              <w:ind w:left="216"/>
            </w:pPr>
            <w:r>
              <w:rPr>
                <w:rFonts w:ascii="Calibri" w:eastAsia="Calibri" w:hAnsi="Calibri" w:cs="Calibri"/>
                <w:color w:val="3A2E1A"/>
                <w:sz w:val="20"/>
              </w:rPr>
              <w:t>•  Because of my hero, people today…</w:t>
            </w:r>
          </w:p>
        </w:tc>
      </w:tr>
    </w:tbl>
    <w:p w14:paraId="779AE911"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5A211F93" w14:textId="77777777">
        <w:tc>
          <w:tcPr>
            <w:tcW w:w="10080" w:type="dxa"/>
            <w:shd w:val="clear" w:color="auto" w:fill="E8EEF5"/>
            <w:tcMar>
              <w:top w:w="50" w:type="dxa"/>
              <w:left w:w="120" w:type="dxa"/>
              <w:bottom w:w="50" w:type="dxa"/>
              <w:right w:w="120" w:type="dxa"/>
            </w:tcMar>
          </w:tcPr>
          <w:p w14:paraId="0CEC23AB" w14:textId="77777777" w:rsidR="000D4DCB" w:rsidRDefault="00E63C90">
            <w:r>
              <w:rPr>
                <w:rFonts w:ascii="Calibri" w:eastAsia="Calibri" w:hAnsi="Calibri" w:cs="Calibri"/>
                <w:b/>
                <w:color w:val="1F3A5F"/>
                <w:sz w:val="23"/>
              </w:rPr>
              <w:t>How My Hero Helped to Do the Lord’s Work</w:t>
            </w:r>
          </w:p>
        </w:tc>
      </w:tr>
      <w:tr w:rsidR="000D4DCB" w14:paraId="00C3A565" w14:textId="77777777">
        <w:trPr>
          <w:trHeight w:val="547"/>
        </w:trPr>
        <w:tc>
          <w:tcPr>
            <w:tcW w:w="10080" w:type="dxa"/>
            <w:tcBorders>
              <w:bottom w:val="single" w:sz="4" w:space="0" w:color="C9D3DD"/>
            </w:tcBorders>
            <w:tcMar>
              <w:top w:w="0" w:type="dxa"/>
              <w:left w:w="120" w:type="dxa"/>
              <w:bottom w:w="0" w:type="dxa"/>
              <w:right w:w="120" w:type="dxa"/>
            </w:tcMar>
          </w:tcPr>
          <w:p w14:paraId="43C53D0B" w14:textId="77777777" w:rsidR="000D4DCB" w:rsidRDefault="000D4DCB"/>
        </w:tc>
      </w:tr>
      <w:tr w:rsidR="000D4DCB" w14:paraId="381D13EE" w14:textId="77777777">
        <w:trPr>
          <w:trHeight w:val="547"/>
        </w:trPr>
        <w:tc>
          <w:tcPr>
            <w:tcW w:w="10080" w:type="dxa"/>
            <w:tcBorders>
              <w:bottom w:val="single" w:sz="4" w:space="0" w:color="C9D3DD"/>
            </w:tcBorders>
            <w:tcMar>
              <w:top w:w="0" w:type="dxa"/>
              <w:left w:w="120" w:type="dxa"/>
              <w:bottom w:w="0" w:type="dxa"/>
              <w:right w:w="120" w:type="dxa"/>
            </w:tcMar>
          </w:tcPr>
          <w:p w14:paraId="6CACB15C" w14:textId="77777777" w:rsidR="000D4DCB" w:rsidRDefault="000D4DCB"/>
        </w:tc>
      </w:tr>
      <w:tr w:rsidR="000D4DCB" w14:paraId="5F9058A6" w14:textId="77777777">
        <w:trPr>
          <w:trHeight w:val="547"/>
        </w:trPr>
        <w:tc>
          <w:tcPr>
            <w:tcW w:w="10080" w:type="dxa"/>
            <w:tcBorders>
              <w:bottom w:val="single" w:sz="4" w:space="0" w:color="C9D3DD"/>
            </w:tcBorders>
            <w:tcMar>
              <w:top w:w="0" w:type="dxa"/>
              <w:left w:w="120" w:type="dxa"/>
              <w:bottom w:w="0" w:type="dxa"/>
              <w:right w:w="120" w:type="dxa"/>
            </w:tcMar>
          </w:tcPr>
          <w:p w14:paraId="4E9259EB" w14:textId="77777777" w:rsidR="000D4DCB" w:rsidRDefault="000D4DCB"/>
        </w:tc>
      </w:tr>
      <w:tr w:rsidR="000D4DCB" w14:paraId="522BCD10" w14:textId="77777777">
        <w:trPr>
          <w:trHeight w:val="547"/>
        </w:trPr>
        <w:tc>
          <w:tcPr>
            <w:tcW w:w="10080" w:type="dxa"/>
            <w:tcBorders>
              <w:bottom w:val="single" w:sz="4" w:space="0" w:color="C9D3DD"/>
            </w:tcBorders>
            <w:tcMar>
              <w:top w:w="0" w:type="dxa"/>
              <w:left w:w="120" w:type="dxa"/>
              <w:bottom w:w="0" w:type="dxa"/>
              <w:right w:w="120" w:type="dxa"/>
            </w:tcMar>
          </w:tcPr>
          <w:p w14:paraId="3FA5AEB3" w14:textId="77777777" w:rsidR="000D4DCB" w:rsidRDefault="000D4DCB"/>
        </w:tc>
      </w:tr>
      <w:tr w:rsidR="000D4DCB" w14:paraId="005F3500" w14:textId="77777777">
        <w:trPr>
          <w:trHeight w:val="547"/>
        </w:trPr>
        <w:tc>
          <w:tcPr>
            <w:tcW w:w="10080" w:type="dxa"/>
            <w:tcBorders>
              <w:bottom w:val="single" w:sz="4" w:space="0" w:color="C9D3DD"/>
            </w:tcBorders>
            <w:tcMar>
              <w:top w:w="0" w:type="dxa"/>
              <w:left w:w="120" w:type="dxa"/>
              <w:bottom w:w="0" w:type="dxa"/>
              <w:right w:w="120" w:type="dxa"/>
            </w:tcMar>
          </w:tcPr>
          <w:p w14:paraId="7566B5F3" w14:textId="77777777" w:rsidR="000D4DCB" w:rsidRDefault="000D4DCB"/>
        </w:tc>
      </w:tr>
      <w:tr w:rsidR="000D4DCB" w14:paraId="705B0790" w14:textId="77777777">
        <w:trPr>
          <w:trHeight w:val="547"/>
        </w:trPr>
        <w:tc>
          <w:tcPr>
            <w:tcW w:w="10080" w:type="dxa"/>
            <w:tcBorders>
              <w:bottom w:val="single" w:sz="4" w:space="0" w:color="C9D3DD"/>
            </w:tcBorders>
            <w:tcMar>
              <w:top w:w="0" w:type="dxa"/>
              <w:left w:w="120" w:type="dxa"/>
              <w:bottom w:w="0" w:type="dxa"/>
              <w:right w:w="120" w:type="dxa"/>
            </w:tcMar>
          </w:tcPr>
          <w:p w14:paraId="5F80EEEE" w14:textId="77777777" w:rsidR="000D4DCB" w:rsidRDefault="000D4DCB"/>
        </w:tc>
      </w:tr>
      <w:tr w:rsidR="000D4DCB" w14:paraId="39580A39" w14:textId="77777777">
        <w:trPr>
          <w:trHeight w:val="547"/>
        </w:trPr>
        <w:tc>
          <w:tcPr>
            <w:tcW w:w="10080" w:type="dxa"/>
            <w:tcBorders>
              <w:bottom w:val="single" w:sz="4" w:space="0" w:color="C9D3DD"/>
            </w:tcBorders>
            <w:tcMar>
              <w:top w:w="0" w:type="dxa"/>
              <w:left w:w="120" w:type="dxa"/>
              <w:bottom w:w="0" w:type="dxa"/>
              <w:right w:w="120" w:type="dxa"/>
            </w:tcMar>
          </w:tcPr>
          <w:p w14:paraId="6F3E0523" w14:textId="77777777" w:rsidR="000D4DCB" w:rsidRDefault="000D4DCB"/>
        </w:tc>
      </w:tr>
      <w:tr w:rsidR="000D4DCB" w14:paraId="1A29FB92" w14:textId="77777777">
        <w:trPr>
          <w:trHeight w:val="547"/>
        </w:trPr>
        <w:tc>
          <w:tcPr>
            <w:tcW w:w="10080" w:type="dxa"/>
            <w:tcBorders>
              <w:bottom w:val="single" w:sz="4" w:space="0" w:color="C9D3DD"/>
            </w:tcBorders>
            <w:tcMar>
              <w:top w:w="0" w:type="dxa"/>
              <w:left w:w="120" w:type="dxa"/>
              <w:bottom w:w="0" w:type="dxa"/>
              <w:right w:w="120" w:type="dxa"/>
            </w:tcMar>
          </w:tcPr>
          <w:p w14:paraId="018D05F3" w14:textId="77777777" w:rsidR="000D4DCB" w:rsidRDefault="000D4DCB"/>
        </w:tc>
      </w:tr>
      <w:tr w:rsidR="000D4DCB" w14:paraId="660D4636" w14:textId="77777777">
        <w:trPr>
          <w:trHeight w:val="547"/>
        </w:trPr>
        <w:tc>
          <w:tcPr>
            <w:tcW w:w="10080" w:type="dxa"/>
            <w:tcBorders>
              <w:bottom w:val="single" w:sz="4" w:space="0" w:color="C9D3DD"/>
            </w:tcBorders>
            <w:tcMar>
              <w:top w:w="0" w:type="dxa"/>
              <w:left w:w="120" w:type="dxa"/>
              <w:bottom w:w="0" w:type="dxa"/>
              <w:right w:w="120" w:type="dxa"/>
            </w:tcMar>
          </w:tcPr>
          <w:p w14:paraId="57A4BDAC" w14:textId="77777777" w:rsidR="000D4DCB" w:rsidRDefault="000D4DCB"/>
        </w:tc>
      </w:tr>
      <w:tr w:rsidR="000D4DCB" w14:paraId="38E9AB84" w14:textId="77777777">
        <w:trPr>
          <w:trHeight w:val="547"/>
        </w:trPr>
        <w:tc>
          <w:tcPr>
            <w:tcW w:w="10080" w:type="dxa"/>
            <w:tcBorders>
              <w:bottom w:val="single" w:sz="4" w:space="0" w:color="C9D3DD"/>
            </w:tcBorders>
            <w:tcMar>
              <w:top w:w="0" w:type="dxa"/>
              <w:left w:w="120" w:type="dxa"/>
              <w:bottom w:w="0" w:type="dxa"/>
              <w:right w:w="120" w:type="dxa"/>
            </w:tcMar>
          </w:tcPr>
          <w:p w14:paraId="264B7C3B" w14:textId="77777777" w:rsidR="000D4DCB" w:rsidRDefault="000D4DCB"/>
        </w:tc>
      </w:tr>
      <w:tr w:rsidR="000D4DCB" w14:paraId="1420CEC0" w14:textId="77777777">
        <w:trPr>
          <w:trHeight w:val="547"/>
        </w:trPr>
        <w:tc>
          <w:tcPr>
            <w:tcW w:w="10080" w:type="dxa"/>
            <w:tcBorders>
              <w:bottom w:val="single" w:sz="4" w:space="0" w:color="C9D3DD"/>
            </w:tcBorders>
            <w:tcMar>
              <w:top w:w="0" w:type="dxa"/>
              <w:left w:w="120" w:type="dxa"/>
              <w:bottom w:w="0" w:type="dxa"/>
              <w:right w:w="120" w:type="dxa"/>
            </w:tcMar>
          </w:tcPr>
          <w:p w14:paraId="7765B6C0" w14:textId="77777777" w:rsidR="000D4DCB" w:rsidRDefault="000D4DCB"/>
        </w:tc>
      </w:tr>
      <w:tr w:rsidR="000D4DCB" w14:paraId="5B279C65" w14:textId="77777777">
        <w:trPr>
          <w:trHeight w:val="547"/>
        </w:trPr>
        <w:tc>
          <w:tcPr>
            <w:tcW w:w="10080" w:type="dxa"/>
            <w:tcMar>
              <w:top w:w="0" w:type="dxa"/>
              <w:left w:w="120" w:type="dxa"/>
              <w:bottom w:w="0" w:type="dxa"/>
              <w:right w:w="120" w:type="dxa"/>
            </w:tcMar>
          </w:tcPr>
          <w:p w14:paraId="49A85DE9" w14:textId="77777777" w:rsidR="000D4DCB" w:rsidRDefault="000D4DCB"/>
        </w:tc>
      </w:tr>
    </w:tbl>
    <w:p w14:paraId="19A7A5FC"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AA70330" w14:textId="77777777">
        <w:tc>
          <w:tcPr>
            <w:tcW w:w="7632" w:type="dxa"/>
            <w:shd w:val="clear" w:color="auto" w:fill="1F3A5F"/>
            <w:tcMar>
              <w:top w:w="90" w:type="dxa"/>
              <w:left w:w="140" w:type="dxa"/>
              <w:bottom w:w="90" w:type="dxa"/>
              <w:right w:w="140" w:type="dxa"/>
            </w:tcMar>
            <w:vAlign w:val="center"/>
          </w:tcPr>
          <w:p w14:paraId="4F977F79" w14:textId="77777777" w:rsidR="000D4DCB" w:rsidRDefault="00091397">
            <w:proofErr w:type="gramStart"/>
            <w:r>
              <w:rPr>
                <w:rFonts w:ascii="Calibri" w:eastAsia="Calibri" w:hAnsi="Calibri" w:cs="Calibri"/>
                <w:b/>
                <w:color w:val="C8D6E5"/>
                <w:sz w:val="18"/>
              </w:rPr>
              <w:t>RELATE  ·</w:t>
            </w:r>
            <w:proofErr w:type="gramEnd"/>
            <w:r>
              <w:rPr>
                <w:rFonts w:ascii="Calibri" w:eastAsia="Calibri" w:hAnsi="Calibri" w:cs="Calibri"/>
                <w:b/>
                <w:color w:val="C8D6E5"/>
                <w:sz w:val="18"/>
              </w:rPr>
              <w:t xml:space="preserve">  STEP 18</w:t>
            </w:r>
          </w:p>
          <w:p w14:paraId="02023760" w14:textId="77777777" w:rsidR="000D4DCB" w:rsidRDefault="00091397">
            <w:r>
              <w:rPr>
                <w:rFonts w:ascii="Calibri" w:eastAsia="Calibri" w:hAnsi="Calibri" w:cs="Calibri"/>
                <w:b/>
                <w:color w:val="FFFFFF"/>
                <w:sz w:val="40"/>
              </w:rPr>
              <w:t>Favorite Quotes, Part 1</w:t>
            </w:r>
          </w:p>
        </w:tc>
        <w:tc>
          <w:tcPr>
            <w:tcW w:w="2448" w:type="dxa"/>
            <w:shd w:val="clear" w:color="auto" w:fill="1F3A5F"/>
            <w:tcMar>
              <w:top w:w="90" w:type="dxa"/>
              <w:left w:w="140" w:type="dxa"/>
              <w:bottom w:w="90" w:type="dxa"/>
              <w:right w:w="140" w:type="dxa"/>
            </w:tcMar>
            <w:vAlign w:val="center"/>
          </w:tcPr>
          <w:p w14:paraId="2A131F5D" w14:textId="77777777" w:rsidR="000D4DCB" w:rsidRDefault="00091397">
            <w:pPr>
              <w:jc w:val="right"/>
            </w:pPr>
            <w:r>
              <w:rPr>
                <w:rFonts w:ascii="Calibri" w:eastAsia="Calibri" w:hAnsi="Calibri" w:cs="Calibri"/>
                <w:color w:val="C8D6E5"/>
                <w:sz w:val="18"/>
              </w:rPr>
              <w:t>About 15–20 minutes</w:t>
            </w:r>
          </w:p>
        </w:tc>
      </w:tr>
    </w:tbl>
    <w:p w14:paraId="34320F19" w14:textId="77777777" w:rsidR="000D4DCB" w:rsidRDefault="000D4DCB">
      <w:pPr>
        <w:spacing w:line="264" w:lineRule="auto"/>
      </w:pPr>
    </w:p>
    <w:p w14:paraId="7F79F092"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Find words from or about your hero that you love.</w:t>
      </w:r>
    </w:p>
    <w:p w14:paraId="040EFD9D" w14:textId="77777777" w:rsidR="000D4DCB" w:rsidRDefault="000D4DCB">
      <w:pPr>
        <w:spacing w:line="264" w:lineRule="auto"/>
      </w:pPr>
    </w:p>
    <w:p w14:paraId="4E242B27"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20139D7" w14:textId="77777777">
        <w:tc>
          <w:tcPr>
            <w:tcW w:w="504" w:type="dxa"/>
            <w:tcMar>
              <w:top w:w="20" w:type="dxa"/>
              <w:left w:w="20" w:type="dxa"/>
              <w:bottom w:w="20" w:type="dxa"/>
              <w:right w:w="20" w:type="dxa"/>
            </w:tcMar>
          </w:tcPr>
          <w:p w14:paraId="5C985D1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C375693" w14:textId="77777777" w:rsidR="000D4DCB" w:rsidRDefault="00091397">
            <w:r>
              <w:rPr>
                <w:rFonts w:eastAsia="Georgia" w:cs="Georgia"/>
                <w:color w:val="222222"/>
                <w:sz w:val="21"/>
              </w:rPr>
              <w:t>Look at your Hero Notes and sources for quotes by or about your hero.</w:t>
            </w:r>
          </w:p>
        </w:tc>
      </w:tr>
      <w:tr w:rsidR="000D4DCB" w14:paraId="0B887FCC" w14:textId="77777777">
        <w:tc>
          <w:tcPr>
            <w:tcW w:w="504" w:type="dxa"/>
            <w:tcMar>
              <w:top w:w="20" w:type="dxa"/>
              <w:left w:w="20" w:type="dxa"/>
              <w:bottom w:w="20" w:type="dxa"/>
              <w:right w:w="20" w:type="dxa"/>
            </w:tcMar>
          </w:tcPr>
          <w:p w14:paraId="1414D14A"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7DADB1BC" w14:textId="77777777" w:rsidR="000D4DCB" w:rsidRDefault="00091397">
            <w:r>
              <w:rPr>
                <w:rFonts w:eastAsia="Georgia" w:cs="Georgia"/>
                <w:color w:val="222222"/>
                <w:sz w:val="21"/>
              </w:rPr>
              <w:t xml:space="preserve">Choose </w:t>
            </w:r>
            <w:r w:rsidR="00E63C90">
              <w:rPr>
                <w:rFonts w:eastAsia="Georgia" w:cs="Georgia"/>
                <w:color w:val="222222"/>
                <w:sz w:val="21"/>
              </w:rPr>
              <w:t>your favorite</w:t>
            </w:r>
            <w:r>
              <w:rPr>
                <w:rFonts w:eastAsia="Georgia" w:cs="Georgia"/>
                <w:color w:val="222222"/>
                <w:sz w:val="21"/>
              </w:rPr>
              <w:t xml:space="preserve"> quotes. Write </w:t>
            </w:r>
            <w:r w:rsidR="00E63C90">
              <w:rPr>
                <w:rFonts w:eastAsia="Georgia" w:cs="Georgia"/>
                <w:color w:val="222222"/>
                <w:sz w:val="21"/>
              </w:rPr>
              <w:t>the</w:t>
            </w:r>
            <w:r>
              <w:rPr>
                <w:rFonts w:eastAsia="Georgia" w:cs="Georgia"/>
                <w:color w:val="222222"/>
                <w:sz w:val="21"/>
              </w:rPr>
              <w:t xml:space="preserve"> quote and who said it.</w:t>
            </w:r>
          </w:p>
        </w:tc>
      </w:tr>
    </w:tbl>
    <w:p w14:paraId="0E9B6A63"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56945606" w14:textId="77777777">
        <w:tc>
          <w:tcPr>
            <w:tcW w:w="10080" w:type="dxa"/>
            <w:shd w:val="clear" w:color="auto" w:fill="FBF6EC"/>
            <w:tcMar>
              <w:top w:w="70" w:type="dxa"/>
              <w:left w:w="140" w:type="dxa"/>
              <w:bottom w:w="70" w:type="dxa"/>
              <w:right w:w="140" w:type="dxa"/>
            </w:tcMar>
          </w:tcPr>
          <w:p w14:paraId="7B4D110F" w14:textId="77777777" w:rsidR="000D4DCB" w:rsidRDefault="00091397">
            <w:r>
              <w:rPr>
                <w:rFonts w:ascii="Calibri" w:eastAsia="Calibri" w:hAnsi="Calibri" w:cs="Calibri"/>
                <w:b/>
                <w:color w:val="7A551C"/>
                <w:sz w:val="20"/>
              </w:rPr>
              <w:t xml:space="preserve">WHAT IS A QUOTE? </w:t>
            </w:r>
            <w:r>
              <w:rPr>
                <w:rFonts w:ascii="Calibri" w:eastAsia="Calibri" w:hAnsi="Calibri" w:cs="Calibri"/>
                <w:color w:val="3A2E1A"/>
                <w:sz w:val="20"/>
              </w:rPr>
              <w:t>A quote is the exact words someone said or wrote. Choose words that touch your heart or teach a truth. Your favorite may become your memorization in Step 24.</w:t>
            </w:r>
          </w:p>
        </w:tc>
      </w:tr>
    </w:tbl>
    <w:p w14:paraId="13B4FB79"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584"/>
        <w:gridCol w:w="8488"/>
        <w:gridCol w:w="8"/>
      </w:tblGrid>
      <w:tr w:rsidR="000D4DCB" w14:paraId="67DA9F84" w14:textId="77777777">
        <w:tc>
          <w:tcPr>
            <w:tcW w:w="10080" w:type="dxa"/>
            <w:gridSpan w:val="3"/>
            <w:shd w:val="clear" w:color="auto" w:fill="E8EEF5"/>
            <w:tcMar>
              <w:top w:w="50" w:type="dxa"/>
              <w:left w:w="120" w:type="dxa"/>
              <w:bottom w:w="50" w:type="dxa"/>
              <w:right w:w="120" w:type="dxa"/>
            </w:tcMar>
          </w:tcPr>
          <w:p w14:paraId="21201BE3" w14:textId="77777777" w:rsidR="000D4DCB" w:rsidRDefault="00091397">
            <w:r>
              <w:rPr>
                <w:rFonts w:ascii="Calibri" w:eastAsia="Calibri" w:hAnsi="Calibri" w:cs="Calibri"/>
                <w:b/>
                <w:color w:val="1F3A5F"/>
                <w:sz w:val="23"/>
              </w:rPr>
              <w:t>My Favorite Quote</w:t>
            </w:r>
          </w:p>
        </w:tc>
      </w:tr>
      <w:tr w:rsidR="000D4DCB" w14:paraId="5547E8D0" w14:textId="77777777" w:rsidTr="00753CD0">
        <w:trPr>
          <w:trHeight w:val="3625"/>
        </w:trPr>
        <w:tc>
          <w:tcPr>
            <w:tcW w:w="1584" w:type="dxa"/>
            <w:shd w:val="clear" w:color="auto" w:fill="F4F7FA"/>
            <w:tcMar>
              <w:top w:w="50" w:type="dxa"/>
              <w:left w:w="100" w:type="dxa"/>
              <w:bottom w:w="50" w:type="dxa"/>
              <w:right w:w="80" w:type="dxa"/>
            </w:tcMar>
          </w:tcPr>
          <w:p w14:paraId="492672CE" w14:textId="77777777" w:rsidR="000D4DCB" w:rsidRDefault="00091397">
            <w:r>
              <w:rPr>
                <w:rFonts w:ascii="Calibri" w:eastAsia="Calibri" w:hAnsi="Calibri" w:cs="Calibri"/>
                <w:b/>
                <w:color w:val="1F3A5F"/>
                <w:sz w:val="20"/>
              </w:rPr>
              <w:t>Quote 1:</w:t>
            </w:r>
          </w:p>
        </w:tc>
        <w:tc>
          <w:tcPr>
            <w:tcW w:w="8496" w:type="dxa"/>
            <w:gridSpan w:val="2"/>
            <w:tcMar>
              <w:top w:w="50" w:type="dxa"/>
              <w:left w:w="100" w:type="dxa"/>
              <w:bottom w:w="50" w:type="dxa"/>
              <w:right w:w="100" w:type="dxa"/>
            </w:tcMar>
          </w:tcPr>
          <w:p w14:paraId="630F193B" w14:textId="77777777" w:rsidR="000D4DCB" w:rsidRDefault="000D4DCB"/>
        </w:tc>
      </w:tr>
      <w:tr w:rsidR="000F6447" w14:paraId="37993872" w14:textId="77777777" w:rsidTr="000F6447">
        <w:trPr>
          <w:gridAfter w:val="1"/>
          <w:wAfter w:w="8" w:type="dxa"/>
          <w:trHeight w:val="518"/>
        </w:trPr>
        <w:tc>
          <w:tcPr>
            <w:tcW w:w="1584" w:type="dxa"/>
            <w:shd w:val="clear" w:color="auto" w:fill="F4F7FA"/>
            <w:tcMar>
              <w:top w:w="50" w:type="dxa"/>
              <w:left w:w="100" w:type="dxa"/>
              <w:bottom w:w="50" w:type="dxa"/>
              <w:right w:w="80" w:type="dxa"/>
            </w:tcMar>
          </w:tcPr>
          <w:p w14:paraId="42BB617C" w14:textId="77777777" w:rsidR="000F6447" w:rsidRDefault="000F6447">
            <w:r>
              <w:rPr>
                <w:rFonts w:ascii="Calibri" w:eastAsia="Calibri" w:hAnsi="Calibri" w:cs="Calibri"/>
                <w:b/>
                <w:color w:val="1F3A5F"/>
                <w:sz w:val="20"/>
              </w:rPr>
              <w:t>Said by:</w:t>
            </w:r>
          </w:p>
        </w:tc>
        <w:tc>
          <w:tcPr>
            <w:tcW w:w="8488" w:type="dxa"/>
            <w:tcMar>
              <w:top w:w="50" w:type="dxa"/>
              <w:left w:w="100" w:type="dxa"/>
              <w:bottom w:w="50" w:type="dxa"/>
              <w:right w:w="100" w:type="dxa"/>
            </w:tcMar>
          </w:tcPr>
          <w:p w14:paraId="2997976F" w14:textId="77777777" w:rsidR="000F6447" w:rsidRDefault="000F6447"/>
        </w:tc>
      </w:tr>
    </w:tbl>
    <w:p w14:paraId="0C172CF5" w14:textId="77777777" w:rsidR="000D4DCB" w:rsidRDefault="000D4DCB">
      <w:pPr>
        <w:spacing w:line="20" w:lineRule="exact"/>
      </w:pPr>
    </w:p>
    <w:p w14:paraId="702467AD"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5234EC05" w14:textId="77777777">
        <w:tc>
          <w:tcPr>
            <w:tcW w:w="7632" w:type="dxa"/>
            <w:shd w:val="clear" w:color="auto" w:fill="1F3A5F"/>
            <w:tcMar>
              <w:top w:w="90" w:type="dxa"/>
              <w:left w:w="140" w:type="dxa"/>
              <w:bottom w:w="90" w:type="dxa"/>
              <w:right w:w="140" w:type="dxa"/>
            </w:tcMar>
            <w:vAlign w:val="center"/>
          </w:tcPr>
          <w:p w14:paraId="3FAA4C49" w14:textId="77777777" w:rsidR="000D4DCB" w:rsidRDefault="00091397">
            <w:proofErr w:type="gramStart"/>
            <w:r>
              <w:rPr>
                <w:rFonts w:ascii="Calibri" w:eastAsia="Calibri" w:hAnsi="Calibri" w:cs="Calibri"/>
                <w:b/>
                <w:color w:val="C8D6E5"/>
                <w:sz w:val="18"/>
              </w:rPr>
              <w:t>RELATE  ·</w:t>
            </w:r>
            <w:proofErr w:type="gramEnd"/>
            <w:r>
              <w:rPr>
                <w:rFonts w:ascii="Calibri" w:eastAsia="Calibri" w:hAnsi="Calibri" w:cs="Calibri"/>
                <w:b/>
                <w:color w:val="C8D6E5"/>
                <w:sz w:val="18"/>
              </w:rPr>
              <w:t xml:space="preserve">  STEP 19</w:t>
            </w:r>
          </w:p>
          <w:p w14:paraId="033D70B4" w14:textId="77777777" w:rsidR="000D4DCB" w:rsidRDefault="00091397">
            <w:r>
              <w:rPr>
                <w:rFonts w:ascii="Calibri" w:eastAsia="Calibri" w:hAnsi="Calibri" w:cs="Calibri"/>
                <w:b/>
                <w:color w:val="FFFFFF"/>
                <w:sz w:val="40"/>
              </w:rPr>
              <w:t>Favorite Quotes, Part 2</w:t>
            </w:r>
          </w:p>
        </w:tc>
        <w:tc>
          <w:tcPr>
            <w:tcW w:w="2448" w:type="dxa"/>
            <w:shd w:val="clear" w:color="auto" w:fill="1F3A5F"/>
            <w:tcMar>
              <w:top w:w="90" w:type="dxa"/>
              <w:left w:w="140" w:type="dxa"/>
              <w:bottom w:w="90" w:type="dxa"/>
              <w:right w:w="140" w:type="dxa"/>
            </w:tcMar>
            <w:vAlign w:val="center"/>
          </w:tcPr>
          <w:p w14:paraId="6719573F" w14:textId="77777777" w:rsidR="000D4DCB" w:rsidRDefault="00091397">
            <w:pPr>
              <w:jc w:val="right"/>
            </w:pPr>
            <w:r>
              <w:rPr>
                <w:rFonts w:ascii="Calibri" w:eastAsia="Calibri" w:hAnsi="Calibri" w:cs="Calibri"/>
                <w:color w:val="C8D6E5"/>
                <w:sz w:val="18"/>
              </w:rPr>
              <w:t>About 15–20 minutes</w:t>
            </w:r>
          </w:p>
        </w:tc>
      </w:tr>
    </w:tbl>
    <w:p w14:paraId="534F6E62" w14:textId="77777777" w:rsidR="000D4DCB" w:rsidRDefault="000D4DCB">
      <w:pPr>
        <w:spacing w:line="264" w:lineRule="auto"/>
      </w:pPr>
    </w:p>
    <w:p w14:paraId="294A7507"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Finish thinking about your favorite quotes.</w:t>
      </w:r>
    </w:p>
    <w:p w14:paraId="287855B3" w14:textId="77777777" w:rsidR="000D4DCB" w:rsidRDefault="000D4DCB">
      <w:pPr>
        <w:spacing w:line="264" w:lineRule="auto"/>
      </w:pPr>
    </w:p>
    <w:p w14:paraId="2B7C8ACC"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D32989F" w14:textId="77777777">
        <w:tc>
          <w:tcPr>
            <w:tcW w:w="504" w:type="dxa"/>
            <w:tcMar>
              <w:top w:w="20" w:type="dxa"/>
              <w:left w:w="20" w:type="dxa"/>
              <w:bottom w:w="20" w:type="dxa"/>
              <w:right w:w="20" w:type="dxa"/>
            </w:tcMar>
          </w:tcPr>
          <w:p w14:paraId="63E5749F"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74B7E0A9" w14:textId="77777777" w:rsidR="000D4DCB" w:rsidRDefault="00091397">
            <w:r>
              <w:rPr>
                <w:rFonts w:eastAsia="Georgia" w:cs="Georgia"/>
                <w:color w:val="222222"/>
                <w:sz w:val="21"/>
              </w:rPr>
              <w:t>Copy your favorite quote from your Step 18 page into the box below.</w:t>
            </w:r>
          </w:p>
        </w:tc>
      </w:tr>
      <w:tr w:rsidR="000D4DCB" w14:paraId="728AE67B" w14:textId="77777777">
        <w:tc>
          <w:tcPr>
            <w:tcW w:w="504" w:type="dxa"/>
            <w:tcMar>
              <w:top w:w="20" w:type="dxa"/>
              <w:left w:w="20" w:type="dxa"/>
              <w:bottom w:w="20" w:type="dxa"/>
              <w:right w:w="20" w:type="dxa"/>
            </w:tcMar>
          </w:tcPr>
          <w:p w14:paraId="2915F4E3"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4A607C3C" w14:textId="77777777" w:rsidR="000D4DCB" w:rsidRDefault="00091397">
            <w:r>
              <w:rPr>
                <w:rFonts w:eastAsia="Georgia" w:cs="Georgia"/>
                <w:color w:val="222222"/>
                <w:sz w:val="21"/>
              </w:rPr>
              <w:t>Write 2–3 sentences about why it is special to you.</w:t>
            </w:r>
          </w:p>
        </w:tc>
      </w:tr>
    </w:tbl>
    <w:p w14:paraId="55B8F0F9"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4214555A" w14:textId="77777777">
        <w:tc>
          <w:tcPr>
            <w:tcW w:w="10080" w:type="dxa"/>
            <w:shd w:val="clear" w:color="auto" w:fill="FBF6EC"/>
            <w:tcMar>
              <w:top w:w="70" w:type="dxa"/>
              <w:left w:w="140" w:type="dxa"/>
              <w:bottom w:w="70" w:type="dxa"/>
              <w:right w:w="140" w:type="dxa"/>
            </w:tcMar>
          </w:tcPr>
          <w:p w14:paraId="330156B3" w14:textId="77777777" w:rsidR="000D4DCB" w:rsidRDefault="00091397">
            <w:r>
              <w:rPr>
                <w:rFonts w:ascii="Calibri" w:eastAsia="Calibri" w:hAnsi="Calibri" w:cs="Calibri"/>
                <w:b/>
                <w:color w:val="7A551C"/>
                <w:sz w:val="20"/>
              </w:rPr>
              <w:t>Sentence starters</w:t>
            </w:r>
          </w:p>
          <w:p w14:paraId="5567ED7D" w14:textId="77777777" w:rsidR="000D4DCB" w:rsidRDefault="00091397">
            <w:pPr>
              <w:spacing w:after="20"/>
              <w:ind w:left="216"/>
            </w:pPr>
            <w:r>
              <w:rPr>
                <w:rFonts w:ascii="Calibri" w:eastAsia="Calibri" w:hAnsi="Calibri" w:cs="Calibri"/>
                <w:color w:val="3A2E1A"/>
                <w:sz w:val="20"/>
              </w:rPr>
              <w:t>•  This quote is special to me because…</w:t>
            </w:r>
          </w:p>
          <w:p w14:paraId="0F0EB3CC" w14:textId="77777777" w:rsidR="000D4DCB" w:rsidRDefault="00091397">
            <w:pPr>
              <w:spacing w:after="20"/>
              <w:ind w:left="216"/>
            </w:pPr>
            <w:r>
              <w:rPr>
                <w:rFonts w:ascii="Calibri" w:eastAsia="Calibri" w:hAnsi="Calibri" w:cs="Calibri"/>
                <w:color w:val="3A2E1A"/>
                <w:sz w:val="20"/>
              </w:rPr>
              <w:t>•  It reminds me that…</w:t>
            </w:r>
          </w:p>
        </w:tc>
      </w:tr>
    </w:tbl>
    <w:p w14:paraId="211B3909"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8208"/>
      </w:tblGrid>
      <w:tr w:rsidR="000D4DCB" w14:paraId="32F99D55" w14:textId="77777777">
        <w:trPr>
          <w:trHeight w:val="1224"/>
        </w:trPr>
        <w:tc>
          <w:tcPr>
            <w:tcW w:w="1872" w:type="dxa"/>
            <w:shd w:val="clear" w:color="auto" w:fill="E8EEF5"/>
            <w:tcMar>
              <w:top w:w="50" w:type="dxa"/>
              <w:left w:w="100" w:type="dxa"/>
              <w:bottom w:w="50" w:type="dxa"/>
              <w:right w:w="80" w:type="dxa"/>
            </w:tcMar>
            <w:vAlign w:val="center"/>
          </w:tcPr>
          <w:p w14:paraId="2C67D1DB" w14:textId="77777777" w:rsidR="000D4DCB" w:rsidRDefault="00091397">
            <w:r>
              <w:rPr>
                <w:rFonts w:ascii="Calibri" w:eastAsia="Calibri" w:hAnsi="Calibri" w:cs="Calibri"/>
                <w:b/>
                <w:color w:val="1F3A5F"/>
                <w:sz w:val="23"/>
              </w:rPr>
              <w:t>Favorite Quote:</w:t>
            </w:r>
          </w:p>
        </w:tc>
        <w:tc>
          <w:tcPr>
            <w:tcW w:w="8208" w:type="dxa"/>
            <w:tcMar>
              <w:top w:w="50" w:type="dxa"/>
              <w:left w:w="100" w:type="dxa"/>
              <w:bottom w:w="50" w:type="dxa"/>
              <w:right w:w="100" w:type="dxa"/>
            </w:tcMar>
          </w:tcPr>
          <w:p w14:paraId="25EA9241" w14:textId="77777777" w:rsidR="000D4DCB" w:rsidRDefault="000D4DCB"/>
        </w:tc>
      </w:tr>
    </w:tbl>
    <w:p w14:paraId="2D1597ED" w14:textId="77777777" w:rsidR="000D4DCB" w:rsidRDefault="000D4DCB">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2866C7B7" w14:textId="77777777">
        <w:tc>
          <w:tcPr>
            <w:tcW w:w="10080" w:type="dxa"/>
            <w:shd w:val="clear" w:color="auto" w:fill="E8EEF5"/>
            <w:tcMar>
              <w:top w:w="50" w:type="dxa"/>
              <w:left w:w="120" w:type="dxa"/>
              <w:bottom w:w="50" w:type="dxa"/>
              <w:right w:w="120" w:type="dxa"/>
            </w:tcMar>
          </w:tcPr>
          <w:p w14:paraId="307234F7" w14:textId="77777777" w:rsidR="000D4DCB" w:rsidRDefault="00091397">
            <w:r>
              <w:rPr>
                <w:rFonts w:ascii="Calibri" w:eastAsia="Calibri" w:hAnsi="Calibri" w:cs="Calibri"/>
                <w:b/>
                <w:color w:val="1F3A5F"/>
                <w:sz w:val="23"/>
              </w:rPr>
              <w:t>Why This Quote Is Special to Me</w:t>
            </w:r>
          </w:p>
        </w:tc>
      </w:tr>
      <w:tr w:rsidR="000D4DCB" w14:paraId="03E73D8C" w14:textId="77777777">
        <w:trPr>
          <w:trHeight w:val="547"/>
        </w:trPr>
        <w:tc>
          <w:tcPr>
            <w:tcW w:w="10080" w:type="dxa"/>
            <w:tcBorders>
              <w:bottom w:val="single" w:sz="4" w:space="0" w:color="C9D3DD"/>
            </w:tcBorders>
            <w:tcMar>
              <w:top w:w="0" w:type="dxa"/>
              <w:left w:w="120" w:type="dxa"/>
              <w:bottom w:w="0" w:type="dxa"/>
              <w:right w:w="120" w:type="dxa"/>
            </w:tcMar>
          </w:tcPr>
          <w:p w14:paraId="0A08851C" w14:textId="77777777" w:rsidR="000D4DCB" w:rsidRDefault="000D4DCB"/>
        </w:tc>
      </w:tr>
      <w:tr w:rsidR="000D4DCB" w14:paraId="3EDF1127" w14:textId="77777777">
        <w:trPr>
          <w:trHeight w:val="547"/>
        </w:trPr>
        <w:tc>
          <w:tcPr>
            <w:tcW w:w="10080" w:type="dxa"/>
            <w:tcBorders>
              <w:bottom w:val="single" w:sz="4" w:space="0" w:color="C9D3DD"/>
            </w:tcBorders>
            <w:tcMar>
              <w:top w:w="0" w:type="dxa"/>
              <w:left w:w="120" w:type="dxa"/>
              <w:bottom w:w="0" w:type="dxa"/>
              <w:right w:w="120" w:type="dxa"/>
            </w:tcMar>
          </w:tcPr>
          <w:p w14:paraId="5930C414" w14:textId="77777777" w:rsidR="000D4DCB" w:rsidRDefault="000D4DCB"/>
        </w:tc>
      </w:tr>
      <w:tr w:rsidR="00E63C90" w14:paraId="70A21C2B" w14:textId="77777777">
        <w:trPr>
          <w:trHeight w:val="547"/>
        </w:trPr>
        <w:tc>
          <w:tcPr>
            <w:tcW w:w="10080" w:type="dxa"/>
            <w:tcBorders>
              <w:bottom w:val="single" w:sz="4" w:space="0" w:color="C9D3DD"/>
            </w:tcBorders>
            <w:tcMar>
              <w:top w:w="0" w:type="dxa"/>
              <w:left w:w="120" w:type="dxa"/>
              <w:bottom w:w="0" w:type="dxa"/>
              <w:right w:w="120" w:type="dxa"/>
            </w:tcMar>
          </w:tcPr>
          <w:p w14:paraId="0EA1CF80" w14:textId="77777777" w:rsidR="00E63C90" w:rsidRDefault="00E63C90"/>
        </w:tc>
      </w:tr>
      <w:tr w:rsidR="00E63C90" w14:paraId="51814CAA" w14:textId="77777777">
        <w:trPr>
          <w:trHeight w:val="547"/>
        </w:trPr>
        <w:tc>
          <w:tcPr>
            <w:tcW w:w="10080" w:type="dxa"/>
            <w:tcBorders>
              <w:bottom w:val="single" w:sz="4" w:space="0" w:color="C9D3DD"/>
            </w:tcBorders>
            <w:tcMar>
              <w:top w:w="0" w:type="dxa"/>
              <w:left w:w="120" w:type="dxa"/>
              <w:bottom w:w="0" w:type="dxa"/>
              <w:right w:w="120" w:type="dxa"/>
            </w:tcMar>
          </w:tcPr>
          <w:p w14:paraId="161F8014" w14:textId="77777777" w:rsidR="00E63C90" w:rsidRDefault="00E63C90"/>
        </w:tc>
      </w:tr>
      <w:tr w:rsidR="00E63C90" w14:paraId="53A8C839" w14:textId="77777777">
        <w:trPr>
          <w:trHeight w:val="547"/>
        </w:trPr>
        <w:tc>
          <w:tcPr>
            <w:tcW w:w="10080" w:type="dxa"/>
            <w:tcBorders>
              <w:bottom w:val="single" w:sz="4" w:space="0" w:color="C9D3DD"/>
            </w:tcBorders>
            <w:tcMar>
              <w:top w:w="0" w:type="dxa"/>
              <w:left w:w="120" w:type="dxa"/>
              <w:bottom w:w="0" w:type="dxa"/>
              <w:right w:w="120" w:type="dxa"/>
            </w:tcMar>
          </w:tcPr>
          <w:p w14:paraId="686707F2" w14:textId="77777777" w:rsidR="00E63C90" w:rsidRDefault="00E63C90"/>
        </w:tc>
      </w:tr>
      <w:tr w:rsidR="00E63C90" w14:paraId="225C437D" w14:textId="77777777">
        <w:trPr>
          <w:trHeight w:val="547"/>
        </w:trPr>
        <w:tc>
          <w:tcPr>
            <w:tcW w:w="10080" w:type="dxa"/>
            <w:tcBorders>
              <w:bottom w:val="single" w:sz="4" w:space="0" w:color="C9D3DD"/>
            </w:tcBorders>
            <w:tcMar>
              <w:top w:w="0" w:type="dxa"/>
              <w:left w:w="120" w:type="dxa"/>
              <w:bottom w:w="0" w:type="dxa"/>
              <w:right w:w="120" w:type="dxa"/>
            </w:tcMar>
          </w:tcPr>
          <w:p w14:paraId="0D160F79" w14:textId="77777777" w:rsidR="00E63C90" w:rsidRDefault="00E63C90"/>
        </w:tc>
      </w:tr>
      <w:tr w:rsidR="000D4DCB" w14:paraId="396D123E" w14:textId="77777777">
        <w:trPr>
          <w:trHeight w:val="547"/>
        </w:trPr>
        <w:tc>
          <w:tcPr>
            <w:tcW w:w="10080" w:type="dxa"/>
            <w:tcBorders>
              <w:bottom w:val="single" w:sz="4" w:space="0" w:color="C9D3DD"/>
            </w:tcBorders>
            <w:tcMar>
              <w:top w:w="0" w:type="dxa"/>
              <w:left w:w="120" w:type="dxa"/>
              <w:bottom w:w="0" w:type="dxa"/>
              <w:right w:w="120" w:type="dxa"/>
            </w:tcMar>
          </w:tcPr>
          <w:p w14:paraId="4895E488" w14:textId="77777777" w:rsidR="000D4DCB" w:rsidRDefault="000D4DCB"/>
        </w:tc>
      </w:tr>
      <w:tr w:rsidR="000D4DCB" w14:paraId="46B893F7" w14:textId="77777777">
        <w:trPr>
          <w:trHeight w:val="547"/>
        </w:trPr>
        <w:tc>
          <w:tcPr>
            <w:tcW w:w="10080" w:type="dxa"/>
            <w:tcMar>
              <w:top w:w="0" w:type="dxa"/>
              <w:left w:w="120" w:type="dxa"/>
              <w:bottom w:w="0" w:type="dxa"/>
              <w:right w:w="120" w:type="dxa"/>
            </w:tcMar>
          </w:tcPr>
          <w:p w14:paraId="2861B063" w14:textId="77777777" w:rsidR="000D4DCB" w:rsidRDefault="000D4DCB"/>
        </w:tc>
      </w:tr>
    </w:tbl>
    <w:p w14:paraId="321147F1" w14:textId="77777777" w:rsidR="000D4DCB" w:rsidRDefault="000D4DCB">
      <w:pPr>
        <w:spacing w:after="160" w:line="264" w:lineRule="auto"/>
      </w:pPr>
    </w:p>
    <w:p w14:paraId="5C01C0E4"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4CE96AF5" w14:textId="77777777">
        <w:tc>
          <w:tcPr>
            <w:tcW w:w="7632" w:type="dxa"/>
            <w:shd w:val="clear" w:color="auto" w:fill="1F3A5F"/>
            <w:tcMar>
              <w:top w:w="90" w:type="dxa"/>
              <w:left w:w="140" w:type="dxa"/>
              <w:bottom w:w="90" w:type="dxa"/>
              <w:right w:w="140" w:type="dxa"/>
            </w:tcMar>
            <w:vAlign w:val="center"/>
          </w:tcPr>
          <w:p w14:paraId="4A51CA96" w14:textId="77777777" w:rsidR="000D4DCB" w:rsidRDefault="00091397">
            <w:proofErr w:type="gramStart"/>
            <w:r>
              <w:rPr>
                <w:rFonts w:ascii="Calibri" w:eastAsia="Calibri" w:hAnsi="Calibri" w:cs="Calibri"/>
                <w:b/>
                <w:color w:val="C8D6E5"/>
                <w:sz w:val="18"/>
              </w:rPr>
              <w:t>RELATE  ·</w:t>
            </w:r>
            <w:proofErr w:type="gramEnd"/>
            <w:r>
              <w:rPr>
                <w:rFonts w:ascii="Calibri" w:eastAsia="Calibri" w:hAnsi="Calibri" w:cs="Calibri"/>
                <w:b/>
                <w:color w:val="C8D6E5"/>
                <w:sz w:val="18"/>
              </w:rPr>
              <w:t xml:space="preserve">  STEP 20</w:t>
            </w:r>
          </w:p>
          <w:p w14:paraId="3ED5BB94" w14:textId="77777777" w:rsidR="000D4DCB" w:rsidRDefault="00091397">
            <w:r>
              <w:rPr>
                <w:rFonts w:ascii="Calibri" w:eastAsia="Calibri" w:hAnsi="Calibri" w:cs="Calibri"/>
                <w:b/>
                <w:color w:val="FFFFFF"/>
                <w:sz w:val="40"/>
              </w:rPr>
              <w:t>An Attribute I Will Develop</w:t>
            </w:r>
          </w:p>
        </w:tc>
        <w:tc>
          <w:tcPr>
            <w:tcW w:w="2448" w:type="dxa"/>
            <w:shd w:val="clear" w:color="auto" w:fill="1F3A5F"/>
            <w:tcMar>
              <w:top w:w="90" w:type="dxa"/>
              <w:left w:w="140" w:type="dxa"/>
              <w:bottom w:w="90" w:type="dxa"/>
              <w:right w:w="140" w:type="dxa"/>
            </w:tcMar>
            <w:vAlign w:val="center"/>
          </w:tcPr>
          <w:p w14:paraId="2889E380" w14:textId="77777777" w:rsidR="000D4DCB" w:rsidRDefault="00091397">
            <w:pPr>
              <w:jc w:val="right"/>
            </w:pPr>
            <w:r>
              <w:rPr>
                <w:rFonts w:ascii="Calibri" w:eastAsia="Calibri" w:hAnsi="Calibri" w:cs="Calibri"/>
                <w:color w:val="C8D6E5"/>
                <w:sz w:val="18"/>
              </w:rPr>
              <w:t>About 15–20 minutes</w:t>
            </w:r>
          </w:p>
        </w:tc>
      </w:tr>
    </w:tbl>
    <w:p w14:paraId="31B92175" w14:textId="77777777" w:rsidR="000D4DCB" w:rsidRDefault="000D4DCB">
      <w:pPr>
        <w:spacing w:line="264" w:lineRule="auto"/>
      </w:pPr>
    </w:p>
    <w:p w14:paraId="264540ED"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Start being more like your hero.</w:t>
      </w:r>
    </w:p>
    <w:p w14:paraId="49D87926" w14:textId="77777777" w:rsidR="000D4DCB" w:rsidRDefault="000D4DCB">
      <w:pPr>
        <w:spacing w:line="264" w:lineRule="auto"/>
      </w:pPr>
    </w:p>
    <w:p w14:paraId="10AC715D"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113BBD76" w14:textId="77777777">
        <w:tc>
          <w:tcPr>
            <w:tcW w:w="504" w:type="dxa"/>
            <w:tcMar>
              <w:top w:w="20" w:type="dxa"/>
              <w:left w:w="20" w:type="dxa"/>
              <w:bottom w:w="20" w:type="dxa"/>
              <w:right w:w="20" w:type="dxa"/>
            </w:tcMar>
          </w:tcPr>
          <w:p w14:paraId="4285A5FF"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1C3DFDBB" w14:textId="77777777" w:rsidR="000D4DCB" w:rsidRDefault="00091397">
            <w:r>
              <w:rPr>
                <w:rFonts w:eastAsia="Georgia" w:cs="Georgia"/>
                <w:color w:val="222222"/>
                <w:sz w:val="21"/>
              </w:rPr>
              <w:t>Choose one of your hero's Christlike attributes (good qualities) that you want to grow in yourself.</w:t>
            </w:r>
          </w:p>
        </w:tc>
      </w:tr>
      <w:tr w:rsidR="000D4DCB" w14:paraId="326188DA" w14:textId="77777777">
        <w:tc>
          <w:tcPr>
            <w:tcW w:w="504" w:type="dxa"/>
            <w:tcMar>
              <w:top w:w="20" w:type="dxa"/>
              <w:left w:w="20" w:type="dxa"/>
              <w:bottom w:w="20" w:type="dxa"/>
              <w:right w:w="20" w:type="dxa"/>
            </w:tcMar>
          </w:tcPr>
          <w:p w14:paraId="3BE01921"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F30E8D9" w14:textId="77777777" w:rsidR="000D4DCB" w:rsidRDefault="00091397">
            <w:r>
              <w:rPr>
                <w:rFonts w:eastAsia="Georgia" w:cs="Georgia"/>
                <w:color w:val="222222"/>
                <w:sz w:val="21"/>
              </w:rPr>
              <w:t>Write a goal to practice it every week for the next 12 weeks.</w:t>
            </w:r>
          </w:p>
        </w:tc>
      </w:tr>
      <w:tr w:rsidR="000D4DCB" w14:paraId="6B6B2C42" w14:textId="77777777">
        <w:tc>
          <w:tcPr>
            <w:tcW w:w="504" w:type="dxa"/>
            <w:tcMar>
              <w:top w:w="20" w:type="dxa"/>
              <w:left w:w="20" w:type="dxa"/>
              <w:bottom w:w="20" w:type="dxa"/>
              <w:right w:w="20" w:type="dxa"/>
            </w:tcMar>
          </w:tcPr>
          <w:p w14:paraId="62CBD9A0"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4168C570" w14:textId="77777777" w:rsidR="000D4DCB" w:rsidRDefault="00091397">
            <w:r>
              <w:rPr>
                <w:rFonts w:eastAsia="Georgia" w:cs="Georgia"/>
                <w:color w:val="222222"/>
                <w:sz w:val="21"/>
              </w:rPr>
              <w:t>Check off each week you work on your goal. You will look back on it in Step 29.</w:t>
            </w:r>
          </w:p>
        </w:tc>
      </w:tr>
    </w:tbl>
    <w:p w14:paraId="098DC043"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3BE43171" w14:textId="77777777">
        <w:tc>
          <w:tcPr>
            <w:tcW w:w="10080" w:type="dxa"/>
            <w:shd w:val="clear" w:color="auto" w:fill="FBF6EC"/>
            <w:tcMar>
              <w:top w:w="70" w:type="dxa"/>
              <w:left w:w="140" w:type="dxa"/>
              <w:bottom w:w="70" w:type="dxa"/>
              <w:right w:w="140" w:type="dxa"/>
            </w:tcMar>
          </w:tcPr>
          <w:p w14:paraId="1E158D8E" w14:textId="77777777" w:rsidR="000D4DCB" w:rsidRDefault="00091397">
            <w:r>
              <w:rPr>
                <w:rFonts w:ascii="Calibri" w:eastAsia="Calibri" w:hAnsi="Calibri" w:cs="Calibri"/>
                <w:b/>
                <w:color w:val="7A551C"/>
                <w:sz w:val="20"/>
              </w:rPr>
              <w:t xml:space="preserve">A GOOD GOAL TELLS EXACTLY WHAT YOU WILL DO: </w:t>
            </w:r>
            <w:r>
              <w:rPr>
                <w:rFonts w:ascii="Calibri" w:eastAsia="Calibri" w:hAnsi="Calibri" w:cs="Calibri"/>
                <w:color w:val="3A2E1A"/>
                <w:sz w:val="20"/>
              </w:rPr>
              <w:t>Instead of "I will be kinder," try "I will write a kind note to someone in my family every Sunday."</w:t>
            </w:r>
          </w:p>
        </w:tc>
      </w:tr>
    </w:tbl>
    <w:p w14:paraId="3C498003"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0D4DCB" w14:paraId="000FC8D2" w14:textId="77777777">
        <w:tc>
          <w:tcPr>
            <w:tcW w:w="10080" w:type="dxa"/>
            <w:gridSpan w:val="2"/>
            <w:shd w:val="clear" w:color="auto" w:fill="E8EEF5"/>
            <w:tcMar>
              <w:top w:w="50" w:type="dxa"/>
              <w:left w:w="120" w:type="dxa"/>
              <w:bottom w:w="50" w:type="dxa"/>
              <w:right w:w="120" w:type="dxa"/>
            </w:tcMar>
          </w:tcPr>
          <w:p w14:paraId="6AC0C343" w14:textId="77777777" w:rsidR="000D4DCB" w:rsidRDefault="00091397">
            <w:r>
              <w:rPr>
                <w:rFonts w:ascii="Calibri" w:eastAsia="Calibri" w:hAnsi="Calibri" w:cs="Calibri"/>
                <w:b/>
                <w:color w:val="1F3A5F"/>
                <w:sz w:val="23"/>
              </w:rPr>
              <w:t>The Attribute I Will Develop</w:t>
            </w:r>
          </w:p>
        </w:tc>
      </w:tr>
      <w:tr w:rsidR="000D4DCB" w14:paraId="67E2E61D" w14:textId="77777777">
        <w:trPr>
          <w:trHeight w:val="648"/>
        </w:trPr>
        <w:tc>
          <w:tcPr>
            <w:tcW w:w="2520" w:type="dxa"/>
            <w:shd w:val="clear" w:color="auto" w:fill="F4F7FA"/>
            <w:tcMar>
              <w:top w:w="50" w:type="dxa"/>
              <w:left w:w="100" w:type="dxa"/>
              <w:bottom w:w="50" w:type="dxa"/>
              <w:right w:w="80" w:type="dxa"/>
            </w:tcMar>
          </w:tcPr>
          <w:p w14:paraId="7897CDD8" w14:textId="77777777" w:rsidR="000D4DCB" w:rsidRDefault="00091397">
            <w:r>
              <w:rPr>
                <w:rFonts w:ascii="Calibri" w:eastAsia="Calibri" w:hAnsi="Calibri" w:cs="Calibri"/>
                <w:b/>
                <w:color w:val="1F3A5F"/>
                <w:sz w:val="20"/>
              </w:rPr>
              <w:t>Attribute:</w:t>
            </w:r>
          </w:p>
        </w:tc>
        <w:tc>
          <w:tcPr>
            <w:tcW w:w="7560" w:type="dxa"/>
            <w:tcMar>
              <w:top w:w="50" w:type="dxa"/>
              <w:left w:w="100" w:type="dxa"/>
              <w:bottom w:w="50" w:type="dxa"/>
              <w:right w:w="100" w:type="dxa"/>
            </w:tcMar>
          </w:tcPr>
          <w:p w14:paraId="72C0C217" w14:textId="77777777" w:rsidR="000D4DCB" w:rsidRDefault="000D4DCB"/>
        </w:tc>
      </w:tr>
      <w:tr w:rsidR="000D4DCB" w14:paraId="26EC0AD9" w14:textId="77777777">
        <w:trPr>
          <w:trHeight w:val="1440"/>
        </w:trPr>
        <w:tc>
          <w:tcPr>
            <w:tcW w:w="2520" w:type="dxa"/>
            <w:shd w:val="clear" w:color="auto" w:fill="F4F7FA"/>
            <w:tcMar>
              <w:top w:w="50" w:type="dxa"/>
              <w:left w:w="100" w:type="dxa"/>
              <w:bottom w:w="50" w:type="dxa"/>
              <w:right w:w="80" w:type="dxa"/>
            </w:tcMar>
          </w:tcPr>
          <w:p w14:paraId="06A2C6D2" w14:textId="77777777" w:rsidR="000D4DCB" w:rsidRDefault="00091397">
            <w:r>
              <w:rPr>
                <w:rFonts w:ascii="Calibri" w:eastAsia="Calibri" w:hAnsi="Calibri" w:cs="Calibri"/>
                <w:b/>
                <w:color w:val="1F3A5F"/>
                <w:sz w:val="20"/>
              </w:rPr>
              <w:t>Why I want to become better with this attribute:</w:t>
            </w:r>
          </w:p>
        </w:tc>
        <w:tc>
          <w:tcPr>
            <w:tcW w:w="7560" w:type="dxa"/>
            <w:tcMar>
              <w:top w:w="50" w:type="dxa"/>
              <w:left w:w="100" w:type="dxa"/>
              <w:bottom w:w="50" w:type="dxa"/>
              <w:right w:w="100" w:type="dxa"/>
            </w:tcMar>
          </w:tcPr>
          <w:p w14:paraId="2DB2296D" w14:textId="77777777" w:rsidR="000D4DCB" w:rsidRDefault="000D4DCB"/>
        </w:tc>
      </w:tr>
    </w:tbl>
    <w:p w14:paraId="4868EEEA"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0D4DCB" w14:paraId="7AE907D5" w14:textId="77777777">
        <w:tc>
          <w:tcPr>
            <w:tcW w:w="10080" w:type="dxa"/>
            <w:gridSpan w:val="2"/>
            <w:shd w:val="clear" w:color="auto" w:fill="E8EEF5"/>
            <w:tcMar>
              <w:top w:w="50" w:type="dxa"/>
              <w:left w:w="120" w:type="dxa"/>
              <w:bottom w:w="50" w:type="dxa"/>
              <w:right w:w="120" w:type="dxa"/>
            </w:tcMar>
          </w:tcPr>
          <w:p w14:paraId="7CA256CE" w14:textId="77777777" w:rsidR="000D4DCB" w:rsidRDefault="00091397">
            <w:r>
              <w:rPr>
                <w:rFonts w:ascii="Calibri" w:eastAsia="Calibri" w:hAnsi="Calibri" w:cs="Calibri"/>
                <w:b/>
                <w:color w:val="1F3A5F"/>
                <w:sz w:val="23"/>
              </w:rPr>
              <w:t>My 12-Week Goal</w:t>
            </w:r>
          </w:p>
        </w:tc>
      </w:tr>
      <w:tr w:rsidR="000D4DCB" w14:paraId="1D4ED349" w14:textId="77777777">
        <w:trPr>
          <w:trHeight w:val="1800"/>
        </w:trPr>
        <w:tc>
          <w:tcPr>
            <w:tcW w:w="2520" w:type="dxa"/>
            <w:shd w:val="clear" w:color="auto" w:fill="F4F7FA"/>
            <w:tcMar>
              <w:top w:w="50" w:type="dxa"/>
              <w:left w:w="100" w:type="dxa"/>
              <w:bottom w:w="50" w:type="dxa"/>
              <w:right w:w="80" w:type="dxa"/>
            </w:tcMar>
          </w:tcPr>
          <w:p w14:paraId="58DE5EE7" w14:textId="77777777" w:rsidR="000D4DCB" w:rsidRDefault="00091397">
            <w:r>
              <w:rPr>
                <w:rFonts w:ascii="Calibri" w:eastAsia="Calibri" w:hAnsi="Calibri" w:cs="Calibri"/>
                <w:b/>
                <w:color w:val="1F3A5F"/>
                <w:sz w:val="20"/>
              </w:rPr>
              <w:t>What I will do:</w:t>
            </w:r>
          </w:p>
        </w:tc>
        <w:tc>
          <w:tcPr>
            <w:tcW w:w="7560" w:type="dxa"/>
            <w:tcMar>
              <w:top w:w="50" w:type="dxa"/>
              <w:left w:w="100" w:type="dxa"/>
              <w:bottom w:w="50" w:type="dxa"/>
              <w:right w:w="100" w:type="dxa"/>
            </w:tcMar>
          </w:tcPr>
          <w:p w14:paraId="65EBACBE" w14:textId="77777777" w:rsidR="000D4DCB" w:rsidRDefault="000D4DCB"/>
        </w:tc>
      </w:tr>
      <w:tr w:rsidR="000D4DCB" w14:paraId="191169E2" w14:textId="77777777">
        <w:trPr>
          <w:trHeight w:val="864"/>
        </w:trPr>
        <w:tc>
          <w:tcPr>
            <w:tcW w:w="2520" w:type="dxa"/>
            <w:shd w:val="clear" w:color="auto" w:fill="F4F7FA"/>
            <w:tcMar>
              <w:top w:w="50" w:type="dxa"/>
              <w:left w:w="100" w:type="dxa"/>
              <w:bottom w:w="50" w:type="dxa"/>
              <w:right w:w="80" w:type="dxa"/>
            </w:tcMar>
          </w:tcPr>
          <w:p w14:paraId="740C5E53" w14:textId="77777777" w:rsidR="000D4DCB" w:rsidRDefault="00091397">
            <w:r>
              <w:rPr>
                <w:rFonts w:ascii="Calibri" w:eastAsia="Calibri" w:hAnsi="Calibri" w:cs="Calibri"/>
                <w:b/>
                <w:color w:val="1F3A5F"/>
                <w:sz w:val="20"/>
              </w:rPr>
              <w:t>When I will do it:</w:t>
            </w:r>
          </w:p>
        </w:tc>
        <w:tc>
          <w:tcPr>
            <w:tcW w:w="7560" w:type="dxa"/>
            <w:tcMar>
              <w:top w:w="50" w:type="dxa"/>
              <w:left w:w="100" w:type="dxa"/>
              <w:bottom w:w="50" w:type="dxa"/>
              <w:right w:w="100" w:type="dxa"/>
            </w:tcMar>
          </w:tcPr>
          <w:p w14:paraId="198B88F2" w14:textId="77777777" w:rsidR="000D4DCB" w:rsidRDefault="000D4DCB"/>
        </w:tc>
      </w:tr>
    </w:tbl>
    <w:p w14:paraId="4C17BEE5" w14:textId="77777777" w:rsidR="000D4DCB" w:rsidRDefault="000D4DCB">
      <w:pPr>
        <w:spacing w:after="160" w:line="264" w:lineRule="auto"/>
      </w:pPr>
    </w:p>
    <w:tbl>
      <w:tblPr>
        <w:tblW w:w="10079"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839"/>
        <w:gridCol w:w="840"/>
        <w:gridCol w:w="840"/>
        <w:gridCol w:w="840"/>
        <w:gridCol w:w="840"/>
        <w:gridCol w:w="840"/>
        <w:gridCol w:w="840"/>
        <w:gridCol w:w="840"/>
        <w:gridCol w:w="840"/>
        <w:gridCol w:w="840"/>
        <w:gridCol w:w="840"/>
        <w:gridCol w:w="840"/>
      </w:tblGrid>
      <w:tr w:rsidR="000D4DCB" w14:paraId="033214F2" w14:textId="77777777">
        <w:tc>
          <w:tcPr>
            <w:tcW w:w="10080" w:type="dxa"/>
            <w:gridSpan w:val="12"/>
            <w:shd w:val="clear" w:color="auto" w:fill="E8EEF5"/>
            <w:tcMar>
              <w:top w:w="50" w:type="dxa"/>
              <w:left w:w="120" w:type="dxa"/>
              <w:bottom w:w="50" w:type="dxa"/>
              <w:right w:w="120" w:type="dxa"/>
            </w:tcMar>
          </w:tcPr>
          <w:p w14:paraId="46032F15" w14:textId="77777777" w:rsidR="000D4DCB" w:rsidRDefault="00091397">
            <w:r>
              <w:rPr>
                <w:rFonts w:ascii="Calibri" w:eastAsia="Calibri" w:hAnsi="Calibri" w:cs="Calibri"/>
                <w:b/>
                <w:color w:val="1F3A5F"/>
                <w:sz w:val="23"/>
              </w:rPr>
              <w:t>Weekly Tracker</w:t>
            </w:r>
            <w:r>
              <w:rPr>
                <w:rFonts w:ascii="Calibri" w:eastAsia="Calibri" w:hAnsi="Calibri" w:cs="Calibri"/>
                <w:i/>
                <w:color w:val="595959"/>
                <w:sz w:val="19"/>
              </w:rPr>
              <w:t xml:space="preserve">   Check off each week you work on your goal.</w:t>
            </w:r>
          </w:p>
        </w:tc>
      </w:tr>
      <w:tr w:rsidR="000D4DCB" w14:paraId="55614CE3" w14:textId="77777777">
        <w:tc>
          <w:tcPr>
            <w:tcW w:w="840" w:type="dxa"/>
            <w:shd w:val="clear" w:color="auto" w:fill="F4F7FA"/>
            <w:tcMar>
              <w:top w:w="30" w:type="dxa"/>
              <w:left w:w="20" w:type="dxa"/>
              <w:bottom w:w="30" w:type="dxa"/>
              <w:right w:w="20" w:type="dxa"/>
            </w:tcMar>
          </w:tcPr>
          <w:p w14:paraId="335A3300"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w:t>
            </w:r>
          </w:p>
        </w:tc>
        <w:tc>
          <w:tcPr>
            <w:tcW w:w="840" w:type="dxa"/>
            <w:shd w:val="clear" w:color="auto" w:fill="F4F7FA"/>
            <w:tcMar>
              <w:top w:w="30" w:type="dxa"/>
              <w:left w:w="20" w:type="dxa"/>
              <w:bottom w:w="30" w:type="dxa"/>
              <w:right w:w="20" w:type="dxa"/>
            </w:tcMar>
          </w:tcPr>
          <w:p w14:paraId="26634B7D"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2</w:t>
            </w:r>
          </w:p>
        </w:tc>
        <w:tc>
          <w:tcPr>
            <w:tcW w:w="840" w:type="dxa"/>
            <w:shd w:val="clear" w:color="auto" w:fill="F4F7FA"/>
            <w:tcMar>
              <w:top w:w="30" w:type="dxa"/>
              <w:left w:w="20" w:type="dxa"/>
              <w:bottom w:w="30" w:type="dxa"/>
              <w:right w:w="20" w:type="dxa"/>
            </w:tcMar>
          </w:tcPr>
          <w:p w14:paraId="4A53C5A3"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3</w:t>
            </w:r>
          </w:p>
        </w:tc>
        <w:tc>
          <w:tcPr>
            <w:tcW w:w="840" w:type="dxa"/>
            <w:shd w:val="clear" w:color="auto" w:fill="F4F7FA"/>
            <w:tcMar>
              <w:top w:w="30" w:type="dxa"/>
              <w:left w:w="20" w:type="dxa"/>
              <w:bottom w:w="30" w:type="dxa"/>
              <w:right w:w="20" w:type="dxa"/>
            </w:tcMar>
          </w:tcPr>
          <w:p w14:paraId="0AD1E625"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4</w:t>
            </w:r>
          </w:p>
        </w:tc>
        <w:tc>
          <w:tcPr>
            <w:tcW w:w="840" w:type="dxa"/>
            <w:shd w:val="clear" w:color="auto" w:fill="F4F7FA"/>
            <w:tcMar>
              <w:top w:w="30" w:type="dxa"/>
              <w:left w:w="20" w:type="dxa"/>
              <w:bottom w:w="30" w:type="dxa"/>
              <w:right w:w="20" w:type="dxa"/>
            </w:tcMar>
          </w:tcPr>
          <w:p w14:paraId="3176CA72"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5</w:t>
            </w:r>
          </w:p>
        </w:tc>
        <w:tc>
          <w:tcPr>
            <w:tcW w:w="840" w:type="dxa"/>
            <w:shd w:val="clear" w:color="auto" w:fill="F4F7FA"/>
            <w:tcMar>
              <w:top w:w="30" w:type="dxa"/>
              <w:left w:w="20" w:type="dxa"/>
              <w:bottom w:w="30" w:type="dxa"/>
              <w:right w:w="20" w:type="dxa"/>
            </w:tcMar>
          </w:tcPr>
          <w:p w14:paraId="35414950"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6</w:t>
            </w:r>
          </w:p>
        </w:tc>
        <w:tc>
          <w:tcPr>
            <w:tcW w:w="840" w:type="dxa"/>
            <w:shd w:val="clear" w:color="auto" w:fill="F4F7FA"/>
            <w:tcMar>
              <w:top w:w="30" w:type="dxa"/>
              <w:left w:w="20" w:type="dxa"/>
              <w:bottom w:w="30" w:type="dxa"/>
              <w:right w:w="20" w:type="dxa"/>
            </w:tcMar>
          </w:tcPr>
          <w:p w14:paraId="24A649FF"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7</w:t>
            </w:r>
          </w:p>
        </w:tc>
        <w:tc>
          <w:tcPr>
            <w:tcW w:w="840" w:type="dxa"/>
            <w:shd w:val="clear" w:color="auto" w:fill="F4F7FA"/>
            <w:tcMar>
              <w:top w:w="30" w:type="dxa"/>
              <w:left w:w="20" w:type="dxa"/>
              <w:bottom w:w="30" w:type="dxa"/>
              <w:right w:w="20" w:type="dxa"/>
            </w:tcMar>
          </w:tcPr>
          <w:p w14:paraId="1A717D80"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8</w:t>
            </w:r>
          </w:p>
        </w:tc>
        <w:tc>
          <w:tcPr>
            <w:tcW w:w="840" w:type="dxa"/>
            <w:shd w:val="clear" w:color="auto" w:fill="F4F7FA"/>
            <w:tcMar>
              <w:top w:w="30" w:type="dxa"/>
              <w:left w:w="20" w:type="dxa"/>
              <w:bottom w:w="30" w:type="dxa"/>
              <w:right w:w="20" w:type="dxa"/>
            </w:tcMar>
          </w:tcPr>
          <w:p w14:paraId="0EE86461"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9</w:t>
            </w:r>
          </w:p>
        </w:tc>
        <w:tc>
          <w:tcPr>
            <w:tcW w:w="840" w:type="dxa"/>
            <w:shd w:val="clear" w:color="auto" w:fill="F4F7FA"/>
            <w:tcMar>
              <w:top w:w="30" w:type="dxa"/>
              <w:left w:w="20" w:type="dxa"/>
              <w:bottom w:w="30" w:type="dxa"/>
              <w:right w:w="20" w:type="dxa"/>
            </w:tcMar>
          </w:tcPr>
          <w:p w14:paraId="045F9EA8"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10</w:t>
            </w:r>
          </w:p>
        </w:tc>
        <w:tc>
          <w:tcPr>
            <w:tcW w:w="840" w:type="dxa"/>
            <w:shd w:val="clear" w:color="auto" w:fill="F4F7FA"/>
            <w:tcMar>
              <w:top w:w="30" w:type="dxa"/>
              <w:left w:w="20" w:type="dxa"/>
              <w:bottom w:w="30" w:type="dxa"/>
              <w:right w:w="20" w:type="dxa"/>
            </w:tcMar>
          </w:tcPr>
          <w:p w14:paraId="63563619"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11</w:t>
            </w:r>
          </w:p>
        </w:tc>
        <w:tc>
          <w:tcPr>
            <w:tcW w:w="840" w:type="dxa"/>
            <w:shd w:val="clear" w:color="auto" w:fill="F4F7FA"/>
            <w:tcMar>
              <w:top w:w="30" w:type="dxa"/>
              <w:left w:w="20" w:type="dxa"/>
              <w:bottom w:w="30" w:type="dxa"/>
              <w:right w:w="20" w:type="dxa"/>
            </w:tcMar>
          </w:tcPr>
          <w:p w14:paraId="7D663738" w14:textId="77777777" w:rsidR="000D4DCB" w:rsidRDefault="00091397">
            <w:pPr>
              <w:jc w:val="center"/>
            </w:pPr>
            <w:proofErr w:type="spellStart"/>
            <w:r>
              <w:rPr>
                <w:rFonts w:ascii="Calibri" w:eastAsia="Calibri" w:hAnsi="Calibri" w:cs="Calibri"/>
                <w:b/>
                <w:color w:val="1F3A5F"/>
                <w:sz w:val="18"/>
              </w:rPr>
              <w:t>Wk</w:t>
            </w:r>
            <w:proofErr w:type="spellEnd"/>
            <w:r>
              <w:rPr>
                <w:rFonts w:ascii="Calibri" w:eastAsia="Calibri" w:hAnsi="Calibri" w:cs="Calibri"/>
                <w:b/>
                <w:color w:val="1F3A5F"/>
                <w:sz w:val="18"/>
              </w:rPr>
              <w:t xml:space="preserve"> 12</w:t>
            </w:r>
          </w:p>
        </w:tc>
      </w:tr>
      <w:tr w:rsidR="000D4DCB" w14:paraId="67187C72" w14:textId="77777777">
        <w:trPr>
          <w:trHeight w:val="792"/>
        </w:trPr>
        <w:tc>
          <w:tcPr>
            <w:tcW w:w="840" w:type="dxa"/>
          </w:tcPr>
          <w:p w14:paraId="10CF8FBD" w14:textId="77777777" w:rsidR="000D4DCB" w:rsidRDefault="000D4DCB"/>
        </w:tc>
        <w:tc>
          <w:tcPr>
            <w:tcW w:w="840" w:type="dxa"/>
          </w:tcPr>
          <w:p w14:paraId="05C9EF06" w14:textId="77777777" w:rsidR="000D4DCB" w:rsidRDefault="000D4DCB"/>
        </w:tc>
        <w:tc>
          <w:tcPr>
            <w:tcW w:w="840" w:type="dxa"/>
          </w:tcPr>
          <w:p w14:paraId="2EE376D9" w14:textId="77777777" w:rsidR="000D4DCB" w:rsidRDefault="000D4DCB"/>
        </w:tc>
        <w:tc>
          <w:tcPr>
            <w:tcW w:w="840" w:type="dxa"/>
          </w:tcPr>
          <w:p w14:paraId="6753291D" w14:textId="77777777" w:rsidR="000D4DCB" w:rsidRDefault="000D4DCB"/>
        </w:tc>
        <w:tc>
          <w:tcPr>
            <w:tcW w:w="840" w:type="dxa"/>
          </w:tcPr>
          <w:p w14:paraId="7C5D25E8" w14:textId="77777777" w:rsidR="000D4DCB" w:rsidRDefault="000D4DCB"/>
        </w:tc>
        <w:tc>
          <w:tcPr>
            <w:tcW w:w="840" w:type="dxa"/>
          </w:tcPr>
          <w:p w14:paraId="1C843676" w14:textId="77777777" w:rsidR="000D4DCB" w:rsidRDefault="000D4DCB"/>
        </w:tc>
        <w:tc>
          <w:tcPr>
            <w:tcW w:w="840" w:type="dxa"/>
          </w:tcPr>
          <w:p w14:paraId="172A060A" w14:textId="77777777" w:rsidR="000D4DCB" w:rsidRDefault="000D4DCB"/>
        </w:tc>
        <w:tc>
          <w:tcPr>
            <w:tcW w:w="840" w:type="dxa"/>
          </w:tcPr>
          <w:p w14:paraId="423677D0" w14:textId="77777777" w:rsidR="000D4DCB" w:rsidRDefault="000D4DCB"/>
        </w:tc>
        <w:tc>
          <w:tcPr>
            <w:tcW w:w="840" w:type="dxa"/>
          </w:tcPr>
          <w:p w14:paraId="3E9F39A9" w14:textId="77777777" w:rsidR="000D4DCB" w:rsidRDefault="000D4DCB"/>
        </w:tc>
        <w:tc>
          <w:tcPr>
            <w:tcW w:w="840" w:type="dxa"/>
          </w:tcPr>
          <w:p w14:paraId="7D73CCBA" w14:textId="77777777" w:rsidR="000D4DCB" w:rsidRDefault="000D4DCB"/>
        </w:tc>
        <w:tc>
          <w:tcPr>
            <w:tcW w:w="840" w:type="dxa"/>
          </w:tcPr>
          <w:p w14:paraId="5E81EE95" w14:textId="77777777" w:rsidR="000D4DCB" w:rsidRDefault="000D4DCB"/>
        </w:tc>
        <w:tc>
          <w:tcPr>
            <w:tcW w:w="840" w:type="dxa"/>
          </w:tcPr>
          <w:p w14:paraId="39AAC370" w14:textId="77777777" w:rsidR="000D4DCB" w:rsidRDefault="000D4DCB"/>
        </w:tc>
      </w:tr>
    </w:tbl>
    <w:p w14:paraId="316B1CAC"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09CAC48" w14:textId="77777777">
        <w:tc>
          <w:tcPr>
            <w:tcW w:w="7632" w:type="dxa"/>
            <w:shd w:val="clear" w:color="auto" w:fill="1F3A5F"/>
            <w:tcMar>
              <w:top w:w="90" w:type="dxa"/>
              <w:left w:w="140" w:type="dxa"/>
              <w:bottom w:w="90" w:type="dxa"/>
              <w:right w:w="140" w:type="dxa"/>
            </w:tcMar>
            <w:vAlign w:val="center"/>
          </w:tcPr>
          <w:p w14:paraId="7537C49A" w14:textId="77777777" w:rsidR="000D4DCB" w:rsidRDefault="00091397">
            <w:proofErr w:type="gramStart"/>
            <w:r>
              <w:rPr>
                <w:rFonts w:ascii="Calibri" w:eastAsia="Calibri" w:hAnsi="Calibri" w:cs="Calibri"/>
                <w:b/>
                <w:color w:val="C8D6E5"/>
                <w:sz w:val="18"/>
              </w:rPr>
              <w:t>RELATE  ·</w:t>
            </w:r>
            <w:proofErr w:type="gramEnd"/>
            <w:r>
              <w:rPr>
                <w:rFonts w:ascii="Calibri" w:eastAsia="Calibri" w:hAnsi="Calibri" w:cs="Calibri"/>
                <w:b/>
                <w:color w:val="C8D6E5"/>
                <w:sz w:val="18"/>
              </w:rPr>
              <w:t xml:space="preserve">  STEP 21</w:t>
            </w:r>
          </w:p>
          <w:p w14:paraId="777E4B24" w14:textId="77777777" w:rsidR="000D4DCB" w:rsidRDefault="00091397">
            <w:r>
              <w:rPr>
                <w:rFonts w:ascii="Calibri" w:eastAsia="Calibri" w:hAnsi="Calibri" w:cs="Calibri"/>
                <w:b/>
                <w:color w:val="FFFFFF"/>
                <w:sz w:val="40"/>
              </w:rPr>
              <w:t>Plan a Christlike Act of Service</w:t>
            </w:r>
          </w:p>
        </w:tc>
        <w:tc>
          <w:tcPr>
            <w:tcW w:w="2448" w:type="dxa"/>
            <w:shd w:val="clear" w:color="auto" w:fill="1F3A5F"/>
            <w:tcMar>
              <w:top w:w="90" w:type="dxa"/>
              <w:left w:w="140" w:type="dxa"/>
              <w:bottom w:w="90" w:type="dxa"/>
              <w:right w:w="140" w:type="dxa"/>
            </w:tcMar>
            <w:vAlign w:val="center"/>
          </w:tcPr>
          <w:p w14:paraId="4315A661" w14:textId="77777777" w:rsidR="000D4DCB" w:rsidRDefault="00091397">
            <w:pPr>
              <w:jc w:val="right"/>
            </w:pPr>
            <w:r>
              <w:rPr>
                <w:rFonts w:ascii="Calibri" w:eastAsia="Calibri" w:hAnsi="Calibri" w:cs="Calibri"/>
                <w:color w:val="C8D6E5"/>
                <w:sz w:val="18"/>
              </w:rPr>
              <w:t>About 15–20 minutes</w:t>
            </w:r>
          </w:p>
        </w:tc>
      </w:tr>
    </w:tbl>
    <w:p w14:paraId="058A2638" w14:textId="77777777" w:rsidR="000D4DCB" w:rsidRDefault="000D4DCB">
      <w:pPr>
        <w:spacing w:line="264" w:lineRule="auto"/>
      </w:pPr>
    </w:p>
    <w:p w14:paraId="1FE8E094"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Plan a way to help others like your hero did.</w:t>
      </w:r>
    </w:p>
    <w:p w14:paraId="43FC4404" w14:textId="77777777" w:rsidR="000D4DCB" w:rsidRDefault="000D4DCB">
      <w:pPr>
        <w:spacing w:line="264" w:lineRule="auto"/>
      </w:pPr>
    </w:p>
    <w:p w14:paraId="3FCA1469"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2B84A4F8" w14:textId="77777777">
        <w:tc>
          <w:tcPr>
            <w:tcW w:w="504" w:type="dxa"/>
            <w:tcMar>
              <w:top w:w="20" w:type="dxa"/>
              <w:left w:w="20" w:type="dxa"/>
              <w:bottom w:w="20" w:type="dxa"/>
              <w:right w:w="20" w:type="dxa"/>
            </w:tcMar>
          </w:tcPr>
          <w:p w14:paraId="467DDA8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65348950" w14:textId="77777777" w:rsidR="000D4DCB" w:rsidRDefault="00091397">
            <w:r>
              <w:rPr>
                <w:rFonts w:eastAsia="Georgia" w:cs="Georgia"/>
                <w:color w:val="222222"/>
                <w:sz w:val="21"/>
              </w:rPr>
              <w:t>Think about how your hero helped others. Look at the ideas below.</w:t>
            </w:r>
          </w:p>
        </w:tc>
      </w:tr>
      <w:tr w:rsidR="000D4DCB" w14:paraId="2C07A7A6" w14:textId="77777777">
        <w:tc>
          <w:tcPr>
            <w:tcW w:w="504" w:type="dxa"/>
            <w:tcMar>
              <w:top w:w="20" w:type="dxa"/>
              <w:left w:w="20" w:type="dxa"/>
              <w:bottom w:w="20" w:type="dxa"/>
              <w:right w:w="20" w:type="dxa"/>
            </w:tcMar>
          </w:tcPr>
          <w:p w14:paraId="1AB98EF2"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5BAD8D04" w14:textId="77777777" w:rsidR="000D4DCB" w:rsidRDefault="00091397">
            <w:r>
              <w:rPr>
                <w:rFonts w:eastAsia="Georgia" w:cs="Georgia"/>
                <w:color w:val="222222"/>
                <w:sz w:val="21"/>
              </w:rPr>
              <w:t>With your family, plan 30–60 minutes of service. Service means helping others. Choose something that is like what your hero did.</w:t>
            </w:r>
          </w:p>
        </w:tc>
      </w:tr>
      <w:tr w:rsidR="000D4DCB" w14:paraId="6A43C47E" w14:textId="77777777">
        <w:tc>
          <w:tcPr>
            <w:tcW w:w="504" w:type="dxa"/>
            <w:tcMar>
              <w:top w:w="20" w:type="dxa"/>
              <w:left w:w="20" w:type="dxa"/>
              <w:bottom w:w="20" w:type="dxa"/>
              <w:right w:w="20" w:type="dxa"/>
            </w:tcMar>
          </w:tcPr>
          <w:p w14:paraId="3CB752F0"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5FF58D8A" w14:textId="77777777" w:rsidR="000D4DCB" w:rsidRDefault="00091397">
            <w:r>
              <w:rPr>
                <w:rFonts w:eastAsia="Georgia" w:cs="Georgia"/>
                <w:color w:val="222222"/>
                <w:sz w:val="21"/>
              </w:rPr>
              <w:t>Show your plan to a parent and ask them to sign it. You will do your service in Step 22.</w:t>
            </w:r>
          </w:p>
        </w:tc>
      </w:tr>
    </w:tbl>
    <w:p w14:paraId="44D5FC0D" w14:textId="77777777" w:rsidR="000D4DCB" w:rsidRDefault="000D4DCB">
      <w:pPr>
        <w:spacing w:after="120" w:line="264" w:lineRule="auto"/>
      </w:pPr>
    </w:p>
    <w:tbl>
      <w:tblPr>
        <w:tblW w:w="10080" w:type="dxa"/>
        <w:tblBorders>
          <w:top w:val="single" w:sz="6" w:space="0" w:color="C8963E"/>
          <w:left w:val="single" w:sz="6" w:space="0" w:color="C8963E"/>
          <w:bottom w:val="single" w:sz="6" w:space="0" w:color="C8963E"/>
          <w:right w:val="single" w:sz="6" w:space="0" w:color="C8963E"/>
          <w:insideH w:val="single" w:sz="6" w:space="0" w:color="C8963E"/>
          <w:insideV w:val="single" w:sz="6" w:space="0" w:color="C8963E"/>
        </w:tblBorders>
        <w:tblLayout w:type="fixed"/>
        <w:tblLook w:val="04A0" w:firstRow="1" w:lastRow="0" w:firstColumn="1" w:lastColumn="0" w:noHBand="0" w:noVBand="1"/>
      </w:tblPr>
      <w:tblGrid>
        <w:gridCol w:w="3744"/>
        <w:gridCol w:w="6336"/>
      </w:tblGrid>
      <w:tr w:rsidR="000D4DCB" w14:paraId="4F709353" w14:textId="77777777">
        <w:tc>
          <w:tcPr>
            <w:tcW w:w="3744" w:type="dxa"/>
            <w:shd w:val="clear" w:color="auto" w:fill="F6EBD5"/>
            <w:tcMar>
              <w:top w:w="50" w:type="dxa"/>
              <w:left w:w="120" w:type="dxa"/>
              <w:bottom w:w="50" w:type="dxa"/>
              <w:right w:w="120" w:type="dxa"/>
            </w:tcMar>
          </w:tcPr>
          <w:p w14:paraId="6033563D" w14:textId="77777777" w:rsidR="000D4DCB" w:rsidRDefault="00091397">
            <w:r>
              <w:rPr>
                <w:rFonts w:ascii="Calibri" w:eastAsia="Calibri" w:hAnsi="Calibri" w:cs="Calibri"/>
                <w:b/>
                <w:color w:val="7A551C"/>
                <w:sz w:val="20"/>
              </w:rPr>
              <w:t>If your hero…</w:t>
            </w:r>
          </w:p>
        </w:tc>
        <w:tc>
          <w:tcPr>
            <w:tcW w:w="6336" w:type="dxa"/>
            <w:shd w:val="clear" w:color="auto" w:fill="F6EBD5"/>
            <w:tcMar>
              <w:top w:w="50" w:type="dxa"/>
              <w:left w:w="120" w:type="dxa"/>
              <w:bottom w:w="50" w:type="dxa"/>
              <w:right w:w="120" w:type="dxa"/>
            </w:tcMar>
          </w:tcPr>
          <w:p w14:paraId="2C8041FF" w14:textId="77777777" w:rsidR="000D4DCB" w:rsidRDefault="00091397">
            <w:r>
              <w:rPr>
                <w:rFonts w:ascii="Calibri" w:eastAsia="Calibri" w:hAnsi="Calibri" w:cs="Calibri"/>
                <w:b/>
                <w:color w:val="7A551C"/>
                <w:sz w:val="20"/>
              </w:rPr>
              <w:t>You could…</w:t>
            </w:r>
          </w:p>
        </w:tc>
      </w:tr>
      <w:tr w:rsidR="000D4DCB" w14:paraId="6D913841" w14:textId="77777777">
        <w:tc>
          <w:tcPr>
            <w:tcW w:w="3744" w:type="dxa"/>
            <w:shd w:val="clear" w:color="auto" w:fill="FBF6EC"/>
            <w:tcMar>
              <w:top w:w="40" w:type="dxa"/>
              <w:left w:w="120" w:type="dxa"/>
              <w:bottom w:w="50" w:type="dxa"/>
              <w:right w:w="120" w:type="dxa"/>
            </w:tcMar>
          </w:tcPr>
          <w:p w14:paraId="2CD0C021" w14:textId="77777777" w:rsidR="000D4DCB" w:rsidRDefault="00091397">
            <w:r>
              <w:rPr>
                <w:rFonts w:ascii="Calibri" w:eastAsia="Calibri" w:hAnsi="Calibri" w:cs="Calibri"/>
                <w:color w:val="3A2E1A"/>
                <w:sz w:val="20"/>
              </w:rPr>
              <w:t>•  Helped the poor or sick</w:t>
            </w:r>
          </w:p>
          <w:p w14:paraId="5F6777D2" w14:textId="77777777" w:rsidR="000D4DCB" w:rsidRDefault="00091397">
            <w:r>
              <w:rPr>
                <w:rFonts w:ascii="Calibri" w:eastAsia="Calibri" w:hAnsi="Calibri" w:cs="Calibri"/>
                <w:color w:val="3A2E1A"/>
                <w:sz w:val="20"/>
              </w:rPr>
              <w:t>•  Shared the gospel</w:t>
            </w:r>
          </w:p>
          <w:p w14:paraId="1F6C9838" w14:textId="77777777" w:rsidR="000D4DCB" w:rsidRDefault="00091397">
            <w:r>
              <w:rPr>
                <w:rFonts w:ascii="Calibri" w:eastAsia="Calibri" w:hAnsi="Calibri" w:cs="Calibri"/>
                <w:color w:val="3A2E1A"/>
                <w:sz w:val="20"/>
              </w:rPr>
              <w:t>•  Kept others safe</w:t>
            </w:r>
          </w:p>
          <w:p w14:paraId="24186986" w14:textId="77777777" w:rsidR="000D4DCB" w:rsidRDefault="00091397">
            <w:r>
              <w:rPr>
                <w:rFonts w:ascii="Calibri" w:eastAsia="Calibri" w:hAnsi="Calibri" w:cs="Calibri"/>
                <w:color w:val="3A2E1A"/>
                <w:sz w:val="20"/>
              </w:rPr>
              <w:t>•  Taught or cheered up others</w:t>
            </w:r>
          </w:p>
          <w:p w14:paraId="5794F09A" w14:textId="77777777" w:rsidR="000D4DCB" w:rsidRDefault="00091397">
            <w:r>
              <w:rPr>
                <w:rFonts w:ascii="Calibri" w:eastAsia="Calibri" w:hAnsi="Calibri" w:cs="Calibri"/>
                <w:color w:val="3A2E1A"/>
                <w:sz w:val="20"/>
              </w:rPr>
              <w:t>•  Served their country</w:t>
            </w:r>
          </w:p>
        </w:tc>
        <w:tc>
          <w:tcPr>
            <w:tcW w:w="6336" w:type="dxa"/>
            <w:shd w:val="clear" w:color="auto" w:fill="FBF6EC"/>
            <w:tcMar>
              <w:top w:w="40" w:type="dxa"/>
              <w:left w:w="120" w:type="dxa"/>
              <w:bottom w:w="50" w:type="dxa"/>
              <w:right w:w="120" w:type="dxa"/>
            </w:tcMar>
          </w:tcPr>
          <w:p w14:paraId="07DF2342" w14:textId="77777777" w:rsidR="000D4DCB" w:rsidRDefault="00091397">
            <w:r>
              <w:rPr>
                <w:rFonts w:ascii="Calibri" w:eastAsia="Calibri" w:hAnsi="Calibri" w:cs="Calibri"/>
                <w:color w:val="3A2E1A"/>
                <w:sz w:val="20"/>
              </w:rPr>
              <w:t>•  Collect food or clothes to give away</w:t>
            </w:r>
          </w:p>
          <w:p w14:paraId="16585041" w14:textId="77777777" w:rsidR="000D4DCB" w:rsidRDefault="00091397">
            <w:r>
              <w:rPr>
                <w:rFonts w:ascii="Calibri" w:eastAsia="Calibri" w:hAnsi="Calibri" w:cs="Calibri"/>
                <w:color w:val="3A2E1A"/>
                <w:sz w:val="20"/>
              </w:rPr>
              <w:t>•  Share a favorite scripture or hymn with a friend</w:t>
            </w:r>
          </w:p>
          <w:p w14:paraId="550B86B5" w14:textId="77777777" w:rsidR="000D4DCB" w:rsidRDefault="00091397">
            <w:r>
              <w:rPr>
                <w:rFonts w:ascii="Calibri" w:eastAsia="Calibri" w:hAnsi="Calibri" w:cs="Calibri"/>
                <w:color w:val="3A2E1A"/>
                <w:sz w:val="20"/>
              </w:rPr>
              <w:t>•  Help a neighbor, brother or sister, or someone who feels left out</w:t>
            </w:r>
          </w:p>
          <w:p w14:paraId="363BB754" w14:textId="77777777" w:rsidR="000D4DCB" w:rsidRDefault="00091397">
            <w:r>
              <w:rPr>
                <w:rFonts w:ascii="Calibri" w:eastAsia="Calibri" w:hAnsi="Calibri" w:cs="Calibri"/>
                <w:color w:val="3A2E1A"/>
                <w:sz w:val="20"/>
              </w:rPr>
              <w:t>•  Read with a younger child</w:t>
            </w:r>
          </w:p>
          <w:p w14:paraId="2BF4E8BC" w14:textId="77777777" w:rsidR="000D4DCB" w:rsidRDefault="00091397">
            <w:r>
              <w:rPr>
                <w:rFonts w:ascii="Calibri" w:eastAsia="Calibri" w:hAnsi="Calibri" w:cs="Calibri"/>
                <w:color w:val="3A2E1A"/>
                <w:sz w:val="20"/>
              </w:rPr>
              <w:t xml:space="preserve">•  </w:t>
            </w:r>
            <w:proofErr w:type="gramStart"/>
            <w:r>
              <w:rPr>
                <w:rFonts w:ascii="Calibri" w:eastAsia="Calibri" w:hAnsi="Calibri" w:cs="Calibri"/>
                <w:color w:val="3A2E1A"/>
                <w:sz w:val="20"/>
              </w:rPr>
              <w:t>Make</w:t>
            </w:r>
            <w:proofErr w:type="gramEnd"/>
            <w:r>
              <w:rPr>
                <w:rFonts w:ascii="Calibri" w:eastAsia="Calibri" w:hAnsi="Calibri" w:cs="Calibri"/>
                <w:color w:val="3A2E1A"/>
                <w:sz w:val="20"/>
              </w:rPr>
              <w:t xml:space="preserve"> thank-you cards for soldiers, police, or firefighters</w:t>
            </w:r>
          </w:p>
        </w:tc>
      </w:tr>
    </w:tbl>
    <w:p w14:paraId="77280C26"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0D4DCB" w14:paraId="46DC9F27" w14:textId="77777777">
        <w:tc>
          <w:tcPr>
            <w:tcW w:w="10080" w:type="dxa"/>
            <w:gridSpan w:val="4"/>
            <w:shd w:val="clear" w:color="auto" w:fill="E8EEF5"/>
            <w:tcMar>
              <w:top w:w="50" w:type="dxa"/>
              <w:left w:w="120" w:type="dxa"/>
              <w:bottom w:w="50" w:type="dxa"/>
              <w:right w:w="120" w:type="dxa"/>
            </w:tcMar>
          </w:tcPr>
          <w:p w14:paraId="5666F548" w14:textId="77777777" w:rsidR="000D4DCB" w:rsidRDefault="00091397">
            <w:r>
              <w:rPr>
                <w:rFonts w:ascii="Calibri" w:eastAsia="Calibri" w:hAnsi="Calibri" w:cs="Calibri"/>
                <w:b/>
                <w:color w:val="1F3A5F"/>
                <w:sz w:val="23"/>
              </w:rPr>
              <w:t>My Service Plan</w:t>
            </w:r>
          </w:p>
        </w:tc>
      </w:tr>
      <w:tr w:rsidR="000D4DCB" w14:paraId="0A503CC5" w14:textId="77777777">
        <w:trPr>
          <w:trHeight w:val="1800"/>
        </w:trPr>
        <w:tc>
          <w:tcPr>
            <w:tcW w:w="2520" w:type="dxa"/>
            <w:shd w:val="clear" w:color="auto" w:fill="F4F7FA"/>
            <w:tcMar>
              <w:top w:w="50" w:type="dxa"/>
              <w:left w:w="100" w:type="dxa"/>
              <w:bottom w:w="50" w:type="dxa"/>
              <w:right w:w="80" w:type="dxa"/>
            </w:tcMar>
          </w:tcPr>
          <w:p w14:paraId="18D26666" w14:textId="77777777" w:rsidR="000D4DCB" w:rsidRDefault="00091397">
            <w:r>
              <w:rPr>
                <w:rFonts w:ascii="Calibri" w:eastAsia="Calibri" w:hAnsi="Calibri" w:cs="Calibri"/>
                <w:b/>
                <w:color w:val="1F3A5F"/>
                <w:sz w:val="20"/>
              </w:rPr>
              <w:t>What I will do:</w:t>
            </w:r>
          </w:p>
        </w:tc>
        <w:tc>
          <w:tcPr>
            <w:tcW w:w="7560" w:type="dxa"/>
            <w:gridSpan w:val="3"/>
            <w:tcMar>
              <w:top w:w="50" w:type="dxa"/>
              <w:left w:w="100" w:type="dxa"/>
              <w:bottom w:w="50" w:type="dxa"/>
              <w:right w:w="100" w:type="dxa"/>
            </w:tcMar>
          </w:tcPr>
          <w:p w14:paraId="5AAF189E" w14:textId="77777777" w:rsidR="000D4DCB" w:rsidRDefault="000D4DCB"/>
        </w:tc>
      </w:tr>
      <w:tr w:rsidR="000D4DCB" w14:paraId="4996C91A" w14:textId="77777777">
        <w:trPr>
          <w:trHeight w:val="864"/>
        </w:trPr>
        <w:tc>
          <w:tcPr>
            <w:tcW w:w="2520" w:type="dxa"/>
            <w:shd w:val="clear" w:color="auto" w:fill="F4F7FA"/>
            <w:tcMar>
              <w:top w:w="50" w:type="dxa"/>
              <w:left w:w="100" w:type="dxa"/>
              <w:bottom w:w="50" w:type="dxa"/>
              <w:right w:w="80" w:type="dxa"/>
            </w:tcMar>
          </w:tcPr>
          <w:p w14:paraId="4337FD1A" w14:textId="77777777" w:rsidR="000D4DCB" w:rsidRDefault="00091397">
            <w:r>
              <w:rPr>
                <w:rFonts w:ascii="Calibri" w:eastAsia="Calibri" w:hAnsi="Calibri" w:cs="Calibri"/>
                <w:b/>
                <w:color w:val="1F3A5F"/>
                <w:sz w:val="20"/>
              </w:rPr>
              <w:t>Who I will help:</w:t>
            </w:r>
          </w:p>
        </w:tc>
        <w:tc>
          <w:tcPr>
            <w:tcW w:w="7560" w:type="dxa"/>
            <w:gridSpan w:val="3"/>
            <w:tcMar>
              <w:top w:w="50" w:type="dxa"/>
              <w:left w:w="100" w:type="dxa"/>
              <w:bottom w:w="50" w:type="dxa"/>
              <w:right w:w="100" w:type="dxa"/>
            </w:tcMar>
          </w:tcPr>
          <w:p w14:paraId="55F59660" w14:textId="77777777" w:rsidR="000D4DCB" w:rsidRDefault="000D4DCB"/>
        </w:tc>
      </w:tr>
      <w:tr w:rsidR="000D4DCB" w14:paraId="7A0F001A" w14:textId="77777777">
        <w:trPr>
          <w:trHeight w:val="1800"/>
        </w:trPr>
        <w:tc>
          <w:tcPr>
            <w:tcW w:w="2520" w:type="dxa"/>
            <w:shd w:val="clear" w:color="auto" w:fill="F4F7FA"/>
            <w:tcMar>
              <w:top w:w="50" w:type="dxa"/>
              <w:left w:w="100" w:type="dxa"/>
              <w:bottom w:w="50" w:type="dxa"/>
              <w:right w:w="80" w:type="dxa"/>
            </w:tcMar>
          </w:tcPr>
          <w:p w14:paraId="38ADB753" w14:textId="77777777" w:rsidR="000D4DCB" w:rsidRDefault="00091397">
            <w:r>
              <w:rPr>
                <w:rFonts w:ascii="Calibri" w:eastAsia="Calibri" w:hAnsi="Calibri" w:cs="Calibri"/>
                <w:b/>
                <w:color w:val="1F3A5F"/>
                <w:sz w:val="20"/>
              </w:rPr>
              <w:t xml:space="preserve">How </w:t>
            </w:r>
            <w:r w:rsidR="000F6447">
              <w:rPr>
                <w:rFonts w:ascii="Calibri" w:eastAsia="Calibri" w:hAnsi="Calibri" w:cs="Calibri"/>
                <w:b/>
                <w:color w:val="1F3A5F"/>
                <w:sz w:val="20"/>
              </w:rPr>
              <w:t>is it</w:t>
            </w:r>
            <w:r>
              <w:rPr>
                <w:rFonts w:ascii="Calibri" w:eastAsia="Calibri" w:hAnsi="Calibri" w:cs="Calibri"/>
                <w:b/>
                <w:color w:val="1F3A5F"/>
                <w:sz w:val="20"/>
              </w:rPr>
              <w:t xml:space="preserve"> </w:t>
            </w:r>
            <w:proofErr w:type="gramStart"/>
            <w:r>
              <w:rPr>
                <w:rFonts w:ascii="Calibri" w:eastAsia="Calibri" w:hAnsi="Calibri" w:cs="Calibri"/>
                <w:b/>
                <w:color w:val="1F3A5F"/>
                <w:sz w:val="20"/>
              </w:rPr>
              <w:t>like</w:t>
            </w:r>
            <w:proofErr w:type="gramEnd"/>
            <w:r>
              <w:rPr>
                <w:rFonts w:ascii="Calibri" w:eastAsia="Calibri" w:hAnsi="Calibri" w:cs="Calibri"/>
                <w:b/>
                <w:color w:val="1F3A5F"/>
                <w:sz w:val="20"/>
              </w:rPr>
              <w:t xml:space="preserve"> my hero</w:t>
            </w:r>
            <w:r w:rsidR="000F6447">
              <w:rPr>
                <w:rFonts w:ascii="Calibri" w:eastAsia="Calibri" w:hAnsi="Calibri" w:cs="Calibri"/>
                <w:b/>
                <w:color w:val="1F3A5F"/>
                <w:sz w:val="20"/>
              </w:rPr>
              <w:t>?</w:t>
            </w:r>
          </w:p>
        </w:tc>
        <w:tc>
          <w:tcPr>
            <w:tcW w:w="7560" w:type="dxa"/>
            <w:gridSpan w:val="3"/>
            <w:tcMar>
              <w:top w:w="50" w:type="dxa"/>
              <w:left w:w="100" w:type="dxa"/>
              <w:bottom w:w="50" w:type="dxa"/>
              <w:right w:w="100" w:type="dxa"/>
            </w:tcMar>
          </w:tcPr>
          <w:p w14:paraId="7B5EAC90" w14:textId="77777777" w:rsidR="000D4DCB" w:rsidRDefault="000D4DCB"/>
        </w:tc>
      </w:tr>
      <w:tr w:rsidR="000D4DCB" w14:paraId="3EF842FA" w14:textId="77777777">
        <w:trPr>
          <w:trHeight w:val="518"/>
        </w:trPr>
        <w:tc>
          <w:tcPr>
            <w:tcW w:w="2520" w:type="dxa"/>
            <w:shd w:val="clear" w:color="auto" w:fill="F4F7FA"/>
            <w:tcMar>
              <w:top w:w="50" w:type="dxa"/>
              <w:left w:w="100" w:type="dxa"/>
              <w:bottom w:w="50" w:type="dxa"/>
              <w:right w:w="80" w:type="dxa"/>
            </w:tcMar>
          </w:tcPr>
          <w:p w14:paraId="2C83E5F3" w14:textId="77777777" w:rsidR="000D4DCB" w:rsidRDefault="00091397">
            <w:r>
              <w:rPr>
                <w:rFonts w:ascii="Calibri" w:eastAsia="Calibri" w:hAnsi="Calibri" w:cs="Calibri"/>
                <w:b/>
                <w:color w:val="1F3A5F"/>
                <w:sz w:val="20"/>
              </w:rPr>
              <w:t>When:</w:t>
            </w:r>
          </w:p>
        </w:tc>
        <w:tc>
          <w:tcPr>
            <w:tcW w:w="2520" w:type="dxa"/>
            <w:tcMar>
              <w:top w:w="50" w:type="dxa"/>
              <w:left w:w="100" w:type="dxa"/>
              <w:bottom w:w="50" w:type="dxa"/>
              <w:right w:w="100" w:type="dxa"/>
            </w:tcMar>
          </w:tcPr>
          <w:p w14:paraId="5B196288" w14:textId="77777777" w:rsidR="000D4DCB" w:rsidRDefault="000D4DCB"/>
        </w:tc>
        <w:tc>
          <w:tcPr>
            <w:tcW w:w="2520" w:type="dxa"/>
            <w:shd w:val="clear" w:color="auto" w:fill="F4F7FA"/>
            <w:tcMar>
              <w:top w:w="50" w:type="dxa"/>
              <w:left w:w="100" w:type="dxa"/>
              <w:bottom w:w="50" w:type="dxa"/>
              <w:right w:w="80" w:type="dxa"/>
            </w:tcMar>
          </w:tcPr>
          <w:p w14:paraId="77E5F1A4" w14:textId="77777777" w:rsidR="000D4DCB" w:rsidRDefault="00091397">
            <w:r>
              <w:rPr>
                <w:rFonts w:ascii="Calibri" w:eastAsia="Calibri" w:hAnsi="Calibri" w:cs="Calibri"/>
                <w:b/>
                <w:color w:val="1F3A5F"/>
                <w:sz w:val="20"/>
              </w:rPr>
              <w:t>How long:</w:t>
            </w:r>
          </w:p>
        </w:tc>
        <w:tc>
          <w:tcPr>
            <w:tcW w:w="2520" w:type="dxa"/>
            <w:tcMar>
              <w:top w:w="50" w:type="dxa"/>
              <w:left w:w="100" w:type="dxa"/>
              <w:bottom w:w="50" w:type="dxa"/>
              <w:right w:w="100" w:type="dxa"/>
            </w:tcMar>
          </w:tcPr>
          <w:p w14:paraId="4B74128B" w14:textId="77777777" w:rsidR="000D4DCB" w:rsidRDefault="000D4DCB"/>
        </w:tc>
      </w:tr>
    </w:tbl>
    <w:p w14:paraId="552E3A8C"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0D4DCB" w14:paraId="48400213" w14:textId="77777777">
        <w:tc>
          <w:tcPr>
            <w:tcW w:w="10080" w:type="dxa"/>
            <w:gridSpan w:val="4"/>
            <w:shd w:val="clear" w:color="auto" w:fill="E8EEF5"/>
            <w:tcMar>
              <w:top w:w="50" w:type="dxa"/>
              <w:left w:w="120" w:type="dxa"/>
              <w:bottom w:w="50" w:type="dxa"/>
              <w:right w:w="120" w:type="dxa"/>
            </w:tcMar>
          </w:tcPr>
          <w:p w14:paraId="698902DF" w14:textId="77777777" w:rsidR="000D4DCB" w:rsidRDefault="00091397">
            <w:r>
              <w:rPr>
                <w:rFonts w:ascii="Calibri" w:eastAsia="Calibri" w:hAnsi="Calibri" w:cs="Calibri"/>
                <w:b/>
                <w:color w:val="1F3A5F"/>
                <w:sz w:val="23"/>
              </w:rPr>
              <w:t>Parent Approval</w:t>
            </w:r>
          </w:p>
        </w:tc>
      </w:tr>
      <w:tr w:rsidR="000D4DCB" w14:paraId="7B1C39CC" w14:textId="77777777">
        <w:trPr>
          <w:trHeight w:val="518"/>
        </w:trPr>
        <w:tc>
          <w:tcPr>
            <w:tcW w:w="1872" w:type="dxa"/>
            <w:shd w:val="clear" w:color="auto" w:fill="F4F7FA"/>
            <w:tcMar>
              <w:top w:w="50" w:type="dxa"/>
              <w:left w:w="100" w:type="dxa"/>
              <w:bottom w:w="50" w:type="dxa"/>
              <w:right w:w="80" w:type="dxa"/>
            </w:tcMar>
          </w:tcPr>
          <w:p w14:paraId="5A9C5D4E" w14:textId="77777777" w:rsidR="000D4DCB" w:rsidRDefault="00091397">
            <w:r>
              <w:rPr>
                <w:rFonts w:ascii="Calibri" w:eastAsia="Calibri" w:hAnsi="Calibri" w:cs="Calibri"/>
                <w:b/>
                <w:color w:val="1F3A5F"/>
                <w:sz w:val="20"/>
              </w:rPr>
              <w:t>Parent name:</w:t>
            </w:r>
          </w:p>
        </w:tc>
        <w:tc>
          <w:tcPr>
            <w:tcW w:w="3168" w:type="dxa"/>
            <w:tcMar>
              <w:top w:w="50" w:type="dxa"/>
              <w:left w:w="100" w:type="dxa"/>
              <w:bottom w:w="50" w:type="dxa"/>
              <w:right w:w="100" w:type="dxa"/>
            </w:tcMar>
          </w:tcPr>
          <w:p w14:paraId="3BB46156" w14:textId="77777777" w:rsidR="000D4DCB" w:rsidRDefault="000D4DCB"/>
        </w:tc>
        <w:tc>
          <w:tcPr>
            <w:tcW w:w="1872" w:type="dxa"/>
            <w:shd w:val="clear" w:color="auto" w:fill="F4F7FA"/>
            <w:tcMar>
              <w:top w:w="50" w:type="dxa"/>
              <w:left w:w="100" w:type="dxa"/>
              <w:bottom w:w="50" w:type="dxa"/>
              <w:right w:w="80" w:type="dxa"/>
            </w:tcMar>
          </w:tcPr>
          <w:p w14:paraId="1206FE94" w14:textId="77777777" w:rsidR="000D4DCB" w:rsidRDefault="0009139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3161418B" w14:textId="77777777" w:rsidR="000D4DCB" w:rsidRDefault="000D4DCB"/>
        </w:tc>
      </w:tr>
    </w:tbl>
    <w:p w14:paraId="04E2522E"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7ADBB396" w14:textId="77777777">
        <w:tc>
          <w:tcPr>
            <w:tcW w:w="7632" w:type="dxa"/>
            <w:shd w:val="clear" w:color="auto" w:fill="1F3A5F"/>
            <w:tcMar>
              <w:top w:w="90" w:type="dxa"/>
              <w:left w:w="140" w:type="dxa"/>
              <w:bottom w:w="90" w:type="dxa"/>
              <w:right w:w="140" w:type="dxa"/>
            </w:tcMar>
            <w:vAlign w:val="center"/>
          </w:tcPr>
          <w:p w14:paraId="797766FB" w14:textId="77777777" w:rsidR="000D4DCB" w:rsidRDefault="00091397">
            <w:proofErr w:type="gramStart"/>
            <w:r>
              <w:rPr>
                <w:rFonts w:ascii="Calibri" w:eastAsia="Calibri" w:hAnsi="Calibri" w:cs="Calibri"/>
                <w:b/>
                <w:color w:val="C8D6E5"/>
                <w:sz w:val="18"/>
              </w:rPr>
              <w:t>RELATE  ·</w:t>
            </w:r>
            <w:proofErr w:type="gramEnd"/>
            <w:r>
              <w:rPr>
                <w:rFonts w:ascii="Calibri" w:eastAsia="Calibri" w:hAnsi="Calibri" w:cs="Calibri"/>
                <w:b/>
                <w:color w:val="C8D6E5"/>
                <w:sz w:val="18"/>
              </w:rPr>
              <w:t xml:space="preserve">  STEP 22</w:t>
            </w:r>
          </w:p>
          <w:p w14:paraId="74B694D4" w14:textId="77777777" w:rsidR="000D4DCB" w:rsidRDefault="00091397">
            <w:r>
              <w:rPr>
                <w:rFonts w:ascii="Calibri" w:eastAsia="Calibri" w:hAnsi="Calibri" w:cs="Calibri"/>
                <w:b/>
                <w:color w:val="FFFFFF"/>
                <w:sz w:val="40"/>
              </w:rPr>
              <w:t>Complete My Christlike Act of Service</w:t>
            </w:r>
          </w:p>
        </w:tc>
        <w:tc>
          <w:tcPr>
            <w:tcW w:w="2448" w:type="dxa"/>
            <w:shd w:val="clear" w:color="auto" w:fill="1F3A5F"/>
            <w:tcMar>
              <w:top w:w="90" w:type="dxa"/>
              <w:left w:w="140" w:type="dxa"/>
              <w:bottom w:w="90" w:type="dxa"/>
              <w:right w:w="140" w:type="dxa"/>
            </w:tcMar>
            <w:vAlign w:val="center"/>
          </w:tcPr>
          <w:p w14:paraId="1B788D91" w14:textId="77777777" w:rsidR="000D4DCB" w:rsidRDefault="00091397">
            <w:pPr>
              <w:jc w:val="right"/>
            </w:pPr>
            <w:r>
              <w:rPr>
                <w:rFonts w:ascii="Calibri" w:eastAsia="Calibri" w:hAnsi="Calibri" w:cs="Calibri"/>
                <w:color w:val="C8D6E5"/>
                <w:sz w:val="18"/>
              </w:rPr>
              <w:t>About 30–60 minutes</w:t>
            </w:r>
          </w:p>
        </w:tc>
      </w:tr>
    </w:tbl>
    <w:p w14:paraId="59857F5F" w14:textId="77777777" w:rsidR="000D4DCB" w:rsidRDefault="000D4DCB">
      <w:pPr>
        <w:spacing w:line="264" w:lineRule="auto"/>
      </w:pPr>
    </w:p>
    <w:p w14:paraId="71743F58"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Help others like your hero did.</w:t>
      </w:r>
    </w:p>
    <w:p w14:paraId="13AEF906" w14:textId="77777777" w:rsidR="000D4DCB" w:rsidRDefault="000D4DCB">
      <w:pPr>
        <w:spacing w:line="264" w:lineRule="auto"/>
      </w:pPr>
    </w:p>
    <w:p w14:paraId="3A941DCB"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35340DD7" w14:textId="77777777">
        <w:tc>
          <w:tcPr>
            <w:tcW w:w="504" w:type="dxa"/>
            <w:tcMar>
              <w:top w:w="20" w:type="dxa"/>
              <w:left w:w="20" w:type="dxa"/>
              <w:bottom w:w="20" w:type="dxa"/>
              <w:right w:w="20" w:type="dxa"/>
            </w:tcMar>
          </w:tcPr>
          <w:p w14:paraId="5F47BA94"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DCDA4B1" w14:textId="77777777" w:rsidR="000D4DCB" w:rsidRDefault="00091397">
            <w:r>
              <w:rPr>
                <w:rFonts w:eastAsia="Georgia" w:cs="Georgia"/>
                <w:color w:val="222222"/>
                <w:sz w:val="21"/>
              </w:rPr>
              <w:t>Do the service you planned in Step 21 (30–60 minutes). You may do it at another time.</w:t>
            </w:r>
          </w:p>
        </w:tc>
      </w:tr>
      <w:tr w:rsidR="000D4DCB" w14:paraId="4BD895DA" w14:textId="77777777">
        <w:tc>
          <w:tcPr>
            <w:tcW w:w="504" w:type="dxa"/>
            <w:tcMar>
              <w:top w:w="20" w:type="dxa"/>
              <w:left w:w="20" w:type="dxa"/>
              <w:bottom w:w="20" w:type="dxa"/>
              <w:right w:w="20" w:type="dxa"/>
            </w:tcMar>
          </w:tcPr>
          <w:p w14:paraId="2903CE65"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211B1A4" w14:textId="77777777" w:rsidR="000D4DCB" w:rsidRDefault="00091397">
            <w:r>
              <w:rPr>
                <w:rFonts w:eastAsia="Georgia" w:cs="Georgia"/>
                <w:color w:val="222222"/>
                <w:sz w:val="21"/>
              </w:rPr>
              <w:t>Take a photo or video of your service, if you can.</w:t>
            </w:r>
          </w:p>
        </w:tc>
      </w:tr>
      <w:tr w:rsidR="000D4DCB" w14:paraId="03C494BE" w14:textId="77777777">
        <w:tc>
          <w:tcPr>
            <w:tcW w:w="504" w:type="dxa"/>
            <w:tcMar>
              <w:top w:w="20" w:type="dxa"/>
              <w:left w:w="20" w:type="dxa"/>
              <w:bottom w:w="20" w:type="dxa"/>
              <w:right w:w="20" w:type="dxa"/>
            </w:tcMar>
          </w:tcPr>
          <w:p w14:paraId="4EF9ABA7"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5B3B0F3E" w14:textId="77777777" w:rsidR="000D4DCB" w:rsidRDefault="00091397">
            <w:r>
              <w:rPr>
                <w:rFonts w:eastAsia="Georgia" w:cs="Georgia"/>
                <w:color w:val="222222"/>
                <w:sz w:val="21"/>
              </w:rPr>
              <w:t>Right after you serve, fill in this page. You will use it in Step 23.</w:t>
            </w:r>
          </w:p>
        </w:tc>
      </w:tr>
    </w:tbl>
    <w:p w14:paraId="278B00FC"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297CE152" w14:textId="77777777">
        <w:tc>
          <w:tcPr>
            <w:tcW w:w="10080" w:type="dxa"/>
            <w:shd w:val="clear" w:color="auto" w:fill="FBF6EC"/>
            <w:tcMar>
              <w:top w:w="70" w:type="dxa"/>
              <w:left w:w="140" w:type="dxa"/>
              <w:bottom w:w="70" w:type="dxa"/>
              <w:right w:w="140" w:type="dxa"/>
            </w:tcMar>
          </w:tcPr>
          <w:p w14:paraId="1AB193B9" w14:textId="77777777" w:rsidR="000D4DCB" w:rsidRDefault="00091397">
            <w:r>
              <w:rPr>
                <w:rFonts w:ascii="Calibri" w:eastAsia="Calibri" w:hAnsi="Calibri" w:cs="Calibri"/>
                <w:b/>
                <w:color w:val="7A551C"/>
                <w:sz w:val="20"/>
              </w:rPr>
              <w:t xml:space="preserve">REMEMBER: </w:t>
            </w:r>
            <w:r>
              <w:rPr>
                <w:rFonts w:ascii="Calibri" w:eastAsia="Calibri" w:hAnsi="Calibri" w:cs="Calibri"/>
                <w:color w:val="3A2E1A"/>
                <w:sz w:val="20"/>
              </w:rPr>
              <w:t>"When ye are in the service of your fellow beings ye are only in the service of your God" (Mosiah 2:17). This means that when we help others, we are helping God.</w:t>
            </w:r>
          </w:p>
        </w:tc>
      </w:tr>
    </w:tbl>
    <w:p w14:paraId="36DCDAB6"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0D4DCB" w14:paraId="307C1AEC" w14:textId="77777777">
        <w:tc>
          <w:tcPr>
            <w:tcW w:w="10080" w:type="dxa"/>
            <w:gridSpan w:val="4"/>
            <w:shd w:val="clear" w:color="auto" w:fill="E8EEF5"/>
            <w:tcMar>
              <w:top w:w="50" w:type="dxa"/>
              <w:left w:w="120" w:type="dxa"/>
              <w:bottom w:w="50" w:type="dxa"/>
              <w:right w:w="120" w:type="dxa"/>
            </w:tcMar>
          </w:tcPr>
          <w:p w14:paraId="51BF3C60" w14:textId="77777777" w:rsidR="000D4DCB" w:rsidRDefault="00091397">
            <w:r>
              <w:rPr>
                <w:rFonts w:ascii="Calibri" w:eastAsia="Calibri" w:hAnsi="Calibri" w:cs="Calibri"/>
                <w:b/>
                <w:color w:val="1F3A5F"/>
                <w:sz w:val="23"/>
              </w:rPr>
              <w:t>Service Log</w:t>
            </w:r>
          </w:p>
        </w:tc>
      </w:tr>
      <w:tr w:rsidR="000D4DCB" w14:paraId="7309ECAF" w14:textId="77777777">
        <w:trPr>
          <w:trHeight w:val="518"/>
        </w:trPr>
        <w:tc>
          <w:tcPr>
            <w:tcW w:w="2520" w:type="dxa"/>
            <w:shd w:val="clear" w:color="auto" w:fill="F4F7FA"/>
            <w:tcMar>
              <w:top w:w="50" w:type="dxa"/>
              <w:left w:w="100" w:type="dxa"/>
              <w:bottom w:w="50" w:type="dxa"/>
              <w:right w:w="80" w:type="dxa"/>
            </w:tcMar>
          </w:tcPr>
          <w:p w14:paraId="2421A6BA" w14:textId="77777777" w:rsidR="000D4DCB" w:rsidRDefault="00091397">
            <w:r>
              <w:rPr>
                <w:rFonts w:ascii="Calibri" w:eastAsia="Calibri" w:hAnsi="Calibri" w:cs="Calibri"/>
                <w:b/>
                <w:color w:val="1F3A5F"/>
                <w:sz w:val="20"/>
              </w:rPr>
              <w:t>Date:</w:t>
            </w:r>
          </w:p>
        </w:tc>
        <w:tc>
          <w:tcPr>
            <w:tcW w:w="2520" w:type="dxa"/>
            <w:tcMar>
              <w:top w:w="50" w:type="dxa"/>
              <w:left w:w="100" w:type="dxa"/>
              <w:bottom w:w="50" w:type="dxa"/>
              <w:right w:w="100" w:type="dxa"/>
            </w:tcMar>
          </w:tcPr>
          <w:p w14:paraId="3A0602FD" w14:textId="77777777" w:rsidR="000D4DCB" w:rsidRDefault="000D4DCB"/>
        </w:tc>
        <w:tc>
          <w:tcPr>
            <w:tcW w:w="2520" w:type="dxa"/>
            <w:shd w:val="clear" w:color="auto" w:fill="F4F7FA"/>
            <w:tcMar>
              <w:top w:w="50" w:type="dxa"/>
              <w:left w:w="100" w:type="dxa"/>
              <w:bottom w:w="50" w:type="dxa"/>
              <w:right w:w="80" w:type="dxa"/>
            </w:tcMar>
          </w:tcPr>
          <w:p w14:paraId="13AD8073" w14:textId="77777777" w:rsidR="000D4DCB" w:rsidRDefault="00091397">
            <w:r>
              <w:rPr>
                <w:rFonts w:ascii="Calibri" w:eastAsia="Calibri" w:hAnsi="Calibri" w:cs="Calibri"/>
                <w:b/>
                <w:color w:val="1F3A5F"/>
                <w:sz w:val="20"/>
              </w:rPr>
              <w:t>Time spent:</w:t>
            </w:r>
          </w:p>
        </w:tc>
        <w:tc>
          <w:tcPr>
            <w:tcW w:w="2520" w:type="dxa"/>
            <w:tcMar>
              <w:top w:w="50" w:type="dxa"/>
              <w:left w:w="100" w:type="dxa"/>
              <w:bottom w:w="50" w:type="dxa"/>
              <w:right w:w="100" w:type="dxa"/>
            </w:tcMar>
          </w:tcPr>
          <w:p w14:paraId="02257BC5" w14:textId="77777777" w:rsidR="000D4DCB" w:rsidRDefault="000D4DCB"/>
        </w:tc>
      </w:tr>
      <w:tr w:rsidR="000D4DCB" w14:paraId="67A360D0" w14:textId="77777777">
        <w:trPr>
          <w:trHeight w:val="864"/>
        </w:trPr>
        <w:tc>
          <w:tcPr>
            <w:tcW w:w="2520" w:type="dxa"/>
            <w:shd w:val="clear" w:color="auto" w:fill="F4F7FA"/>
            <w:tcMar>
              <w:top w:w="50" w:type="dxa"/>
              <w:left w:w="100" w:type="dxa"/>
              <w:bottom w:w="50" w:type="dxa"/>
              <w:right w:w="80" w:type="dxa"/>
            </w:tcMar>
          </w:tcPr>
          <w:p w14:paraId="5EC9F7A7" w14:textId="77777777" w:rsidR="000D4DCB" w:rsidRDefault="00091397">
            <w:r>
              <w:rPr>
                <w:rFonts w:ascii="Calibri" w:eastAsia="Calibri" w:hAnsi="Calibri" w:cs="Calibri"/>
                <w:b/>
                <w:color w:val="1F3A5F"/>
                <w:sz w:val="20"/>
              </w:rPr>
              <w:t>Who I helped:</w:t>
            </w:r>
          </w:p>
        </w:tc>
        <w:tc>
          <w:tcPr>
            <w:tcW w:w="7560" w:type="dxa"/>
            <w:gridSpan w:val="3"/>
            <w:tcMar>
              <w:top w:w="50" w:type="dxa"/>
              <w:left w:w="100" w:type="dxa"/>
              <w:bottom w:w="50" w:type="dxa"/>
              <w:right w:w="100" w:type="dxa"/>
            </w:tcMar>
          </w:tcPr>
          <w:p w14:paraId="052E98AA" w14:textId="77777777" w:rsidR="000D4DCB" w:rsidRDefault="000D4DCB"/>
        </w:tc>
      </w:tr>
      <w:tr w:rsidR="000D4DCB" w14:paraId="015299D1" w14:textId="77777777">
        <w:trPr>
          <w:trHeight w:val="2232"/>
        </w:trPr>
        <w:tc>
          <w:tcPr>
            <w:tcW w:w="2520" w:type="dxa"/>
            <w:shd w:val="clear" w:color="auto" w:fill="F4F7FA"/>
            <w:tcMar>
              <w:top w:w="50" w:type="dxa"/>
              <w:left w:w="100" w:type="dxa"/>
              <w:bottom w:w="50" w:type="dxa"/>
              <w:right w:w="80" w:type="dxa"/>
            </w:tcMar>
          </w:tcPr>
          <w:p w14:paraId="01C5E81A" w14:textId="77777777" w:rsidR="000D4DCB" w:rsidRDefault="00091397">
            <w:r>
              <w:rPr>
                <w:rFonts w:ascii="Calibri" w:eastAsia="Calibri" w:hAnsi="Calibri" w:cs="Calibri"/>
                <w:b/>
                <w:color w:val="1F3A5F"/>
                <w:sz w:val="20"/>
              </w:rPr>
              <w:t>What I did:</w:t>
            </w:r>
          </w:p>
        </w:tc>
        <w:tc>
          <w:tcPr>
            <w:tcW w:w="7560" w:type="dxa"/>
            <w:gridSpan w:val="3"/>
            <w:tcMar>
              <w:top w:w="50" w:type="dxa"/>
              <w:left w:w="100" w:type="dxa"/>
              <w:bottom w:w="50" w:type="dxa"/>
              <w:right w:w="100" w:type="dxa"/>
            </w:tcMar>
          </w:tcPr>
          <w:p w14:paraId="2065ED70" w14:textId="77777777" w:rsidR="000D4DCB" w:rsidRDefault="000D4DCB"/>
        </w:tc>
      </w:tr>
      <w:tr w:rsidR="000D4DCB" w14:paraId="55DD69E3" w14:textId="77777777">
        <w:trPr>
          <w:trHeight w:val="1584"/>
        </w:trPr>
        <w:tc>
          <w:tcPr>
            <w:tcW w:w="2520" w:type="dxa"/>
            <w:shd w:val="clear" w:color="auto" w:fill="F4F7FA"/>
            <w:tcMar>
              <w:top w:w="50" w:type="dxa"/>
              <w:left w:w="100" w:type="dxa"/>
              <w:bottom w:w="50" w:type="dxa"/>
              <w:right w:w="80" w:type="dxa"/>
            </w:tcMar>
          </w:tcPr>
          <w:p w14:paraId="58E38CEA" w14:textId="77777777" w:rsidR="000D4DCB" w:rsidRDefault="00091397">
            <w:r>
              <w:rPr>
                <w:rFonts w:ascii="Calibri" w:eastAsia="Calibri" w:hAnsi="Calibri" w:cs="Calibri"/>
                <w:b/>
                <w:color w:val="1F3A5F"/>
                <w:sz w:val="20"/>
              </w:rPr>
              <w:t>How I felt:</w:t>
            </w:r>
          </w:p>
        </w:tc>
        <w:tc>
          <w:tcPr>
            <w:tcW w:w="7560" w:type="dxa"/>
            <w:gridSpan w:val="3"/>
            <w:tcMar>
              <w:top w:w="50" w:type="dxa"/>
              <w:left w:w="100" w:type="dxa"/>
              <w:bottom w:w="50" w:type="dxa"/>
              <w:right w:w="100" w:type="dxa"/>
            </w:tcMar>
          </w:tcPr>
          <w:p w14:paraId="2CA1CA5F" w14:textId="77777777" w:rsidR="000D4DCB" w:rsidRDefault="000D4DCB"/>
        </w:tc>
      </w:tr>
      <w:tr w:rsidR="000D4DCB" w14:paraId="772C6E39" w14:textId="77777777">
        <w:trPr>
          <w:trHeight w:val="1872"/>
        </w:trPr>
        <w:tc>
          <w:tcPr>
            <w:tcW w:w="2520" w:type="dxa"/>
            <w:shd w:val="clear" w:color="auto" w:fill="F4F7FA"/>
            <w:tcMar>
              <w:top w:w="50" w:type="dxa"/>
              <w:left w:w="100" w:type="dxa"/>
              <w:bottom w:w="50" w:type="dxa"/>
              <w:right w:w="80" w:type="dxa"/>
            </w:tcMar>
          </w:tcPr>
          <w:p w14:paraId="2A341F54" w14:textId="77777777" w:rsidR="000D4DCB" w:rsidRDefault="00091397">
            <w:r>
              <w:rPr>
                <w:rFonts w:ascii="Calibri" w:eastAsia="Calibri" w:hAnsi="Calibri" w:cs="Calibri"/>
                <w:b/>
                <w:color w:val="1F3A5F"/>
                <w:sz w:val="20"/>
              </w:rPr>
              <w:t>How this was like my hero:</w:t>
            </w:r>
          </w:p>
        </w:tc>
        <w:tc>
          <w:tcPr>
            <w:tcW w:w="7560" w:type="dxa"/>
            <w:gridSpan w:val="3"/>
            <w:tcMar>
              <w:top w:w="50" w:type="dxa"/>
              <w:left w:w="100" w:type="dxa"/>
              <w:bottom w:w="50" w:type="dxa"/>
              <w:right w:w="100" w:type="dxa"/>
            </w:tcMar>
          </w:tcPr>
          <w:p w14:paraId="2CA2A8A4" w14:textId="77777777" w:rsidR="000D4DCB" w:rsidRDefault="000D4DCB"/>
        </w:tc>
      </w:tr>
    </w:tbl>
    <w:p w14:paraId="7E8D67F4" w14:textId="77777777" w:rsidR="000D4DCB" w:rsidRDefault="000D4DCB">
      <w:pPr>
        <w:spacing w:after="160" w:line="264" w:lineRule="auto"/>
      </w:pP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0"/>
        <w:gridCol w:w="5040"/>
      </w:tblGrid>
      <w:tr w:rsidR="000D4DCB" w14:paraId="3D705480" w14:textId="77777777">
        <w:tc>
          <w:tcPr>
            <w:tcW w:w="5040" w:type="dxa"/>
            <w:tcMar>
              <w:top w:w="20" w:type="dxa"/>
              <w:left w:w="60" w:type="dxa"/>
              <w:bottom w:w="20" w:type="dxa"/>
              <w:right w:w="40" w:type="dxa"/>
            </w:tcMar>
          </w:tcPr>
          <w:p w14:paraId="11DA0763"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took a photo or video.</w:t>
            </w:r>
          </w:p>
        </w:tc>
        <w:tc>
          <w:tcPr>
            <w:tcW w:w="5040" w:type="dxa"/>
            <w:tcMar>
              <w:top w:w="20" w:type="dxa"/>
              <w:left w:w="60" w:type="dxa"/>
              <w:bottom w:w="20" w:type="dxa"/>
              <w:right w:w="40" w:type="dxa"/>
            </w:tcMar>
          </w:tcPr>
          <w:p w14:paraId="745A0B4C"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1"/>
              </w:rPr>
              <w:t>I</w:t>
            </w:r>
            <w:proofErr w:type="gramEnd"/>
            <w:r>
              <w:rPr>
                <w:rFonts w:eastAsia="Georgia" w:cs="Georgia"/>
                <w:color w:val="222222"/>
                <w:sz w:val="21"/>
              </w:rPr>
              <w:t xml:space="preserve"> thanked the people who helped me.</w:t>
            </w:r>
          </w:p>
        </w:tc>
      </w:tr>
    </w:tbl>
    <w:p w14:paraId="19668FF0"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C0C4470" w14:textId="77777777">
        <w:tc>
          <w:tcPr>
            <w:tcW w:w="7632" w:type="dxa"/>
            <w:shd w:val="clear" w:color="auto" w:fill="1F3A5F"/>
            <w:tcMar>
              <w:top w:w="90" w:type="dxa"/>
              <w:left w:w="140" w:type="dxa"/>
              <w:bottom w:w="90" w:type="dxa"/>
              <w:right w:w="140" w:type="dxa"/>
            </w:tcMar>
            <w:vAlign w:val="center"/>
          </w:tcPr>
          <w:p w14:paraId="0EACB113"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23</w:t>
            </w:r>
          </w:p>
          <w:p w14:paraId="1211D2F0" w14:textId="77777777" w:rsidR="000D4DCB" w:rsidRDefault="00091397">
            <w:r>
              <w:rPr>
                <w:rFonts w:ascii="Calibri" w:eastAsia="Calibri" w:hAnsi="Calibri" w:cs="Calibri"/>
                <w:b/>
                <w:color w:val="FFFFFF"/>
                <w:sz w:val="40"/>
              </w:rPr>
              <w:t>Service Report</w:t>
            </w:r>
          </w:p>
        </w:tc>
        <w:tc>
          <w:tcPr>
            <w:tcW w:w="2448" w:type="dxa"/>
            <w:shd w:val="clear" w:color="auto" w:fill="1F3A5F"/>
            <w:tcMar>
              <w:top w:w="90" w:type="dxa"/>
              <w:left w:w="140" w:type="dxa"/>
              <w:bottom w:w="90" w:type="dxa"/>
              <w:right w:w="140" w:type="dxa"/>
            </w:tcMar>
            <w:vAlign w:val="center"/>
          </w:tcPr>
          <w:p w14:paraId="50D5FB08" w14:textId="77777777" w:rsidR="000D4DCB" w:rsidRDefault="00091397">
            <w:pPr>
              <w:jc w:val="right"/>
            </w:pPr>
            <w:r>
              <w:rPr>
                <w:rFonts w:ascii="Calibri" w:eastAsia="Calibri" w:hAnsi="Calibri" w:cs="Calibri"/>
                <w:color w:val="C8D6E5"/>
                <w:sz w:val="18"/>
              </w:rPr>
              <w:t>About 15–20 minutes</w:t>
            </w:r>
          </w:p>
        </w:tc>
      </w:tr>
    </w:tbl>
    <w:p w14:paraId="3DAA510F" w14:textId="77777777" w:rsidR="000D4DCB" w:rsidRDefault="000D4DCB">
      <w:pPr>
        <w:spacing w:line="264" w:lineRule="auto"/>
      </w:pPr>
    </w:p>
    <w:p w14:paraId="49F47428"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Write about what you did and what you learned.</w:t>
      </w:r>
    </w:p>
    <w:p w14:paraId="4218F5DA" w14:textId="77777777" w:rsidR="000D4DCB" w:rsidRDefault="000D4DCB">
      <w:pPr>
        <w:spacing w:line="264" w:lineRule="auto"/>
      </w:pPr>
    </w:p>
    <w:p w14:paraId="529C856F"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06FB6028" w14:textId="77777777">
        <w:tc>
          <w:tcPr>
            <w:tcW w:w="504" w:type="dxa"/>
            <w:tcMar>
              <w:top w:w="20" w:type="dxa"/>
              <w:left w:w="20" w:type="dxa"/>
              <w:bottom w:w="20" w:type="dxa"/>
              <w:right w:w="20" w:type="dxa"/>
            </w:tcMar>
          </w:tcPr>
          <w:p w14:paraId="59B7D9FA"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7D321FD0" w14:textId="77777777" w:rsidR="000D4DCB" w:rsidRDefault="00091397">
            <w:r>
              <w:rPr>
                <w:rFonts w:eastAsia="Georgia" w:cs="Georgia"/>
                <w:color w:val="222222"/>
                <w:sz w:val="21"/>
              </w:rPr>
              <w:t>Look at your Service Log from Step 22. Write 3–5 sentences about your service.</w:t>
            </w:r>
          </w:p>
        </w:tc>
      </w:tr>
      <w:tr w:rsidR="000D4DCB" w14:paraId="600A6DE3" w14:textId="77777777">
        <w:tc>
          <w:tcPr>
            <w:tcW w:w="504" w:type="dxa"/>
            <w:tcMar>
              <w:top w:w="20" w:type="dxa"/>
              <w:left w:w="20" w:type="dxa"/>
              <w:bottom w:w="20" w:type="dxa"/>
              <w:right w:w="20" w:type="dxa"/>
            </w:tcMar>
          </w:tcPr>
          <w:p w14:paraId="74A4A017"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6A9E9015" w14:textId="77777777" w:rsidR="000D4DCB" w:rsidRDefault="00091397">
            <w:r>
              <w:rPr>
                <w:rFonts w:eastAsia="Georgia" w:cs="Georgia"/>
                <w:color w:val="222222"/>
                <w:sz w:val="21"/>
              </w:rPr>
              <w:t>Glue or tape a photo of your service in the box below.</w:t>
            </w:r>
          </w:p>
        </w:tc>
      </w:tr>
    </w:tbl>
    <w:p w14:paraId="0B268BC3"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1F65BB45" w14:textId="77777777">
        <w:tc>
          <w:tcPr>
            <w:tcW w:w="10080" w:type="dxa"/>
            <w:shd w:val="clear" w:color="auto" w:fill="FBF6EC"/>
            <w:tcMar>
              <w:top w:w="70" w:type="dxa"/>
              <w:left w:w="140" w:type="dxa"/>
              <w:bottom w:w="70" w:type="dxa"/>
              <w:right w:w="140" w:type="dxa"/>
            </w:tcMar>
          </w:tcPr>
          <w:p w14:paraId="60CC79B3" w14:textId="77777777" w:rsidR="000D4DCB" w:rsidRDefault="00091397">
            <w:r>
              <w:rPr>
                <w:rFonts w:ascii="Calibri" w:eastAsia="Calibri" w:hAnsi="Calibri" w:cs="Calibri"/>
                <w:b/>
                <w:color w:val="7A551C"/>
                <w:sz w:val="20"/>
              </w:rPr>
              <w:t xml:space="preserve">SENTENCE STARTERS: </w:t>
            </w:r>
            <w:r>
              <w:rPr>
                <w:rFonts w:ascii="Calibri" w:eastAsia="Calibri" w:hAnsi="Calibri" w:cs="Calibri"/>
                <w:color w:val="3A2E1A"/>
                <w:sz w:val="20"/>
              </w:rPr>
              <w:t>For my service, I…  •  I chose this because my hero…  •  I learned…</w:t>
            </w:r>
          </w:p>
        </w:tc>
      </w:tr>
    </w:tbl>
    <w:p w14:paraId="1CCE077B"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09A709AD" w14:textId="77777777">
        <w:tc>
          <w:tcPr>
            <w:tcW w:w="10080" w:type="dxa"/>
            <w:shd w:val="clear" w:color="auto" w:fill="E8EEF5"/>
            <w:tcMar>
              <w:top w:w="50" w:type="dxa"/>
              <w:left w:w="120" w:type="dxa"/>
              <w:bottom w:w="50" w:type="dxa"/>
              <w:right w:w="120" w:type="dxa"/>
            </w:tcMar>
          </w:tcPr>
          <w:p w14:paraId="2701C31D" w14:textId="77777777" w:rsidR="000D4DCB" w:rsidRDefault="00091397">
            <w:r>
              <w:rPr>
                <w:rFonts w:ascii="Calibri" w:eastAsia="Calibri" w:hAnsi="Calibri" w:cs="Calibri"/>
                <w:b/>
                <w:color w:val="1F3A5F"/>
                <w:sz w:val="23"/>
              </w:rPr>
              <w:t>My Service Report</w:t>
            </w:r>
          </w:p>
        </w:tc>
      </w:tr>
      <w:tr w:rsidR="000D4DCB" w14:paraId="53A070D0" w14:textId="77777777">
        <w:trPr>
          <w:trHeight w:val="547"/>
        </w:trPr>
        <w:tc>
          <w:tcPr>
            <w:tcW w:w="10080" w:type="dxa"/>
            <w:tcBorders>
              <w:bottom w:val="single" w:sz="4" w:space="0" w:color="C9D3DD"/>
            </w:tcBorders>
            <w:tcMar>
              <w:top w:w="0" w:type="dxa"/>
              <w:left w:w="120" w:type="dxa"/>
              <w:bottom w:w="0" w:type="dxa"/>
              <w:right w:w="120" w:type="dxa"/>
            </w:tcMar>
          </w:tcPr>
          <w:p w14:paraId="682AF907" w14:textId="77777777" w:rsidR="000D4DCB" w:rsidRDefault="000D4DCB"/>
        </w:tc>
      </w:tr>
      <w:tr w:rsidR="000D4DCB" w14:paraId="2CFBF38D" w14:textId="77777777">
        <w:trPr>
          <w:trHeight w:val="547"/>
        </w:trPr>
        <w:tc>
          <w:tcPr>
            <w:tcW w:w="10080" w:type="dxa"/>
            <w:tcBorders>
              <w:bottom w:val="single" w:sz="4" w:space="0" w:color="C9D3DD"/>
            </w:tcBorders>
            <w:tcMar>
              <w:top w:w="0" w:type="dxa"/>
              <w:left w:w="120" w:type="dxa"/>
              <w:bottom w:w="0" w:type="dxa"/>
              <w:right w:w="120" w:type="dxa"/>
            </w:tcMar>
          </w:tcPr>
          <w:p w14:paraId="4D14AB49" w14:textId="77777777" w:rsidR="000D4DCB" w:rsidRDefault="000D4DCB"/>
        </w:tc>
      </w:tr>
      <w:tr w:rsidR="000D4DCB" w14:paraId="1FF3F33E" w14:textId="77777777">
        <w:trPr>
          <w:trHeight w:val="547"/>
        </w:trPr>
        <w:tc>
          <w:tcPr>
            <w:tcW w:w="10080" w:type="dxa"/>
            <w:tcBorders>
              <w:bottom w:val="single" w:sz="4" w:space="0" w:color="C9D3DD"/>
            </w:tcBorders>
            <w:tcMar>
              <w:top w:w="0" w:type="dxa"/>
              <w:left w:w="120" w:type="dxa"/>
              <w:bottom w:w="0" w:type="dxa"/>
              <w:right w:w="120" w:type="dxa"/>
            </w:tcMar>
          </w:tcPr>
          <w:p w14:paraId="58BB2E81" w14:textId="77777777" w:rsidR="000D4DCB" w:rsidRDefault="000D4DCB"/>
        </w:tc>
      </w:tr>
      <w:tr w:rsidR="000D4DCB" w14:paraId="33D440FE" w14:textId="77777777">
        <w:trPr>
          <w:trHeight w:val="547"/>
        </w:trPr>
        <w:tc>
          <w:tcPr>
            <w:tcW w:w="10080" w:type="dxa"/>
            <w:tcBorders>
              <w:bottom w:val="single" w:sz="4" w:space="0" w:color="C9D3DD"/>
            </w:tcBorders>
            <w:tcMar>
              <w:top w:w="0" w:type="dxa"/>
              <w:left w:w="120" w:type="dxa"/>
              <w:bottom w:w="0" w:type="dxa"/>
              <w:right w:w="120" w:type="dxa"/>
            </w:tcMar>
          </w:tcPr>
          <w:p w14:paraId="6CC745F9" w14:textId="77777777" w:rsidR="000D4DCB" w:rsidRDefault="000D4DCB"/>
        </w:tc>
      </w:tr>
      <w:tr w:rsidR="000D4DCB" w14:paraId="2DDC871C" w14:textId="77777777">
        <w:trPr>
          <w:trHeight w:val="547"/>
        </w:trPr>
        <w:tc>
          <w:tcPr>
            <w:tcW w:w="10080" w:type="dxa"/>
            <w:tcBorders>
              <w:bottom w:val="single" w:sz="4" w:space="0" w:color="C9D3DD"/>
            </w:tcBorders>
            <w:tcMar>
              <w:top w:w="0" w:type="dxa"/>
              <w:left w:w="120" w:type="dxa"/>
              <w:bottom w:w="0" w:type="dxa"/>
              <w:right w:w="120" w:type="dxa"/>
            </w:tcMar>
          </w:tcPr>
          <w:p w14:paraId="70CE1A86" w14:textId="77777777" w:rsidR="000D4DCB" w:rsidRDefault="000D4DCB"/>
        </w:tc>
      </w:tr>
      <w:tr w:rsidR="000D4DCB" w14:paraId="7F008BFD" w14:textId="77777777">
        <w:trPr>
          <w:trHeight w:val="547"/>
        </w:trPr>
        <w:tc>
          <w:tcPr>
            <w:tcW w:w="10080" w:type="dxa"/>
            <w:tcMar>
              <w:top w:w="0" w:type="dxa"/>
              <w:left w:w="120" w:type="dxa"/>
              <w:bottom w:w="0" w:type="dxa"/>
              <w:right w:w="120" w:type="dxa"/>
            </w:tcMar>
          </w:tcPr>
          <w:p w14:paraId="0037FD64" w14:textId="77777777" w:rsidR="000D4DCB" w:rsidRDefault="000D4DCB"/>
        </w:tc>
      </w:tr>
    </w:tbl>
    <w:p w14:paraId="53075EA0" w14:textId="77777777" w:rsidR="000D4DCB" w:rsidRDefault="000D4DCB">
      <w:pPr>
        <w:spacing w:after="160" w:line="264" w:lineRule="auto"/>
      </w:pPr>
    </w:p>
    <w:p w14:paraId="5CC5EF9F" w14:textId="77777777" w:rsidR="000D4DCB" w:rsidRDefault="00091397">
      <w:pPr>
        <w:spacing w:after="40" w:line="264" w:lineRule="auto"/>
      </w:pPr>
      <w:r>
        <w:rPr>
          <w:rFonts w:eastAsia="Georgia" w:cs="Georgia"/>
          <w:i/>
          <w:color w:val="595959"/>
          <w:sz w:val="19"/>
        </w:rPr>
        <w:t>Put a photo of your service here.</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2160"/>
        <w:gridCol w:w="5760"/>
        <w:gridCol w:w="2160"/>
      </w:tblGrid>
      <w:tr w:rsidR="000D4DCB" w14:paraId="5533A96E" w14:textId="77777777">
        <w:trPr>
          <w:trHeight w:val="4752"/>
        </w:trPr>
        <w:tc>
          <w:tcPr>
            <w:tcW w:w="2160" w:type="dxa"/>
          </w:tcPr>
          <w:p w14:paraId="30869C40" w14:textId="77777777" w:rsidR="000D4DCB" w:rsidRDefault="000D4DCB"/>
        </w:tc>
        <w:tc>
          <w:tcPr>
            <w:tcW w:w="5760" w:type="dxa"/>
            <w:tcBorders>
              <w:top w:val="single" w:sz="6" w:space="0" w:color="C9D3DD"/>
              <w:left w:val="single" w:sz="6" w:space="0" w:color="C9D3DD"/>
              <w:bottom w:val="single" w:sz="6" w:space="0" w:color="C9D3DD"/>
              <w:right w:val="single" w:sz="6" w:space="0" w:color="C9D3DD"/>
            </w:tcBorders>
          </w:tcPr>
          <w:p w14:paraId="372515E6" w14:textId="77777777" w:rsidR="000D4DCB" w:rsidRDefault="000D4DCB"/>
        </w:tc>
        <w:tc>
          <w:tcPr>
            <w:tcW w:w="2160" w:type="dxa"/>
          </w:tcPr>
          <w:p w14:paraId="24C5D972" w14:textId="77777777" w:rsidR="000D4DCB" w:rsidRDefault="000D4DCB"/>
        </w:tc>
      </w:tr>
    </w:tbl>
    <w:p w14:paraId="39F7B196"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6894D0AC" w14:textId="77777777">
        <w:tc>
          <w:tcPr>
            <w:tcW w:w="7632" w:type="dxa"/>
            <w:shd w:val="clear" w:color="auto" w:fill="1F3A5F"/>
            <w:tcMar>
              <w:top w:w="90" w:type="dxa"/>
              <w:left w:w="140" w:type="dxa"/>
              <w:bottom w:w="90" w:type="dxa"/>
              <w:right w:w="140" w:type="dxa"/>
            </w:tcMar>
            <w:vAlign w:val="center"/>
          </w:tcPr>
          <w:p w14:paraId="6E648C0D"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24</w:t>
            </w:r>
          </w:p>
          <w:p w14:paraId="225DB048" w14:textId="77777777" w:rsidR="000D4DCB" w:rsidRDefault="00091397">
            <w:r>
              <w:rPr>
                <w:rFonts w:ascii="Calibri" w:eastAsia="Calibri" w:hAnsi="Calibri" w:cs="Calibri"/>
                <w:b/>
                <w:color w:val="FFFFFF"/>
                <w:sz w:val="40"/>
              </w:rPr>
              <w:t>Choose Your Memorization</w:t>
            </w:r>
          </w:p>
        </w:tc>
        <w:tc>
          <w:tcPr>
            <w:tcW w:w="2448" w:type="dxa"/>
            <w:shd w:val="clear" w:color="auto" w:fill="1F3A5F"/>
            <w:tcMar>
              <w:top w:w="90" w:type="dxa"/>
              <w:left w:w="140" w:type="dxa"/>
              <w:bottom w:w="90" w:type="dxa"/>
              <w:right w:w="140" w:type="dxa"/>
            </w:tcMar>
            <w:vAlign w:val="center"/>
          </w:tcPr>
          <w:p w14:paraId="7F4080A9" w14:textId="77777777" w:rsidR="000D4DCB" w:rsidRDefault="00091397">
            <w:pPr>
              <w:jc w:val="right"/>
            </w:pPr>
            <w:r>
              <w:rPr>
                <w:rFonts w:ascii="Calibri" w:eastAsia="Calibri" w:hAnsi="Calibri" w:cs="Calibri"/>
                <w:color w:val="C8D6E5"/>
                <w:sz w:val="18"/>
              </w:rPr>
              <w:t>About 15–20 minutes</w:t>
            </w:r>
          </w:p>
        </w:tc>
      </w:tr>
    </w:tbl>
    <w:p w14:paraId="30164B4D" w14:textId="77777777" w:rsidR="000D4DCB" w:rsidRDefault="000D4DCB">
      <w:pPr>
        <w:spacing w:line="264" w:lineRule="auto"/>
      </w:pPr>
    </w:p>
    <w:p w14:paraId="62538344"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Learn your hero's words by heart.</w:t>
      </w:r>
    </w:p>
    <w:p w14:paraId="38DFADAE" w14:textId="77777777" w:rsidR="000D4DCB" w:rsidRDefault="000D4DCB">
      <w:pPr>
        <w:spacing w:line="264" w:lineRule="auto"/>
      </w:pPr>
    </w:p>
    <w:p w14:paraId="7816CE37"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399147D4" w14:textId="77777777">
        <w:tc>
          <w:tcPr>
            <w:tcW w:w="504" w:type="dxa"/>
            <w:tcMar>
              <w:top w:w="20" w:type="dxa"/>
              <w:left w:w="20" w:type="dxa"/>
              <w:bottom w:w="20" w:type="dxa"/>
              <w:right w:w="20" w:type="dxa"/>
            </w:tcMar>
          </w:tcPr>
          <w:p w14:paraId="1DF2044D"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689BBC3C" w14:textId="77777777" w:rsidR="000D4DCB" w:rsidRDefault="00091397">
            <w:r>
              <w:rPr>
                <w:rFonts w:eastAsia="Georgia" w:cs="Georgia"/>
                <w:color w:val="222222"/>
                <w:sz w:val="21"/>
              </w:rPr>
              <w:t>Choose a short quote by or about your hero</w:t>
            </w:r>
            <w:r w:rsidR="000F6447">
              <w:rPr>
                <w:rFonts w:eastAsia="Georgia" w:cs="Georgia"/>
                <w:color w:val="222222"/>
                <w:sz w:val="21"/>
              </w:rPr>
              <w:t xml:space="preserve"> that inspires you to be better</w:t>
            </w:r>
            <w:r>
              <w:rPr>
                <w:rFonts w:eastAsia="Georgia" w:cs="Georgia"/>
                <w:color w:val="222222"/>
                <w:sz w:val="21"/>
              </w:rPr>
              <w:t>. Your Favorite Quotes are a good place to look.</w:t>
            </w:r>
          </w:p>
        </w:tc>
      </w:tr>
      <w:tr w:rsidR="000D4DCB" w14:paraId="162E97B9" w14:textId="77777777">
        <w:tc>
          <w:tcPr>
            <w:tcW w:w="504" w:type="dxa"/>
            <w:tcMar>
              <w:top w:w="20" w:type="dxa"/>
              <w:left w:w="20" w:type="dxa"/>
              <w:bottom w:w="20" w:type="dxa"/>
              <w:right w:w="20" w:type="dxa"/>
            </w:tcMar>
          </w:tcPr>
          <w:p w14:paraId="157D576D"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048FA80C" w14:textId="77777777" w:rsidR="000D4DCB" w:rsidRDefault="00091397">
            <w:r>
              <w:rPr>
                <w:rFonts w:eastAsia="Georgia" w:cs="Georgia"/>
                <w:color w:val="222222"/>
                <w:sz w:val="21"/>
              </w:rPr>
              <w:t>Write it below. Then tell why it is special to you.</w:t>
            </w:r>
          </w:p>
        </w:tc>
      </w:tr>
      <w:tr w:rsidR="000D4DCB" w14:paraId="57C97DC4" w14:textId="77777777">
        <w:tc>
          <w:tcPr>
            <w:tcW w:w="504" w:type="dxa"/>
            <w:tcMar>
              <w:top w:w="20" w:type="dxa"/>
              <w:left w:w="20" w:type="dxa"/>
              <w:bottom w:w="20" w:type="dxa"/>
              <w:right w:w="20" w:type="dxa"/>
            </w:tcMar>
          </w:tcPr>
          <w:p w14:paraId="147F5300"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739FE2B7" w14:textId="77777777" w:rsidR="000D4DCB" w:rsidRDefault="00091397">
            <w:r>
              <w:rPr>
                <w:rFonts w:eastAsia="Georgia" w:cs="Georgia"/>
                <w:color w:val="222222"/>
                <w:sz w:val="21"/>
              </w:rPr>
              <w:t>Practice 2 minutes a day for 10 days. Check off each day. You will say it when you share your project.</w:t>
            </w:r>
          </w:p>
        </w:tc>
      </w:tr>
    </w:tbl>
    <w:p w14:paraId="67EAA8A2"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2C194CE4" w14:textId="77777777">
        <w:tc>
          <w:tcPr>
            <w:tcW w:w="10080" w:type="dxa"/>
            <w:shd w:val="clear" w:color="auto" w:fill="FBF6EC"/>
            <w:tcMar>
              <w:top w:w="70" w:type="dxa"/>
              <w:left w:w="140" w:type="dxa"/>
              <w:bottom w:w="70" w:type="dxa"/>
              <w:right w:w="140" w:type="dxa"/>
            </w:tcMar>
          </w:tcPr>
          <w:p w14:paraId="3054464A" w14:textId="77777777" w:rsidR="000D4DCB" w:rsidRDefault="00091397">
            <w:r>
              <w:rPr>
                <w:rFonts w:ascii="Calibri" w:eastAsia="Calibri" w:hAnsi="Calibri" w:cs="Calibri"/>
                <w:b/>
                <w:color w:val="7A551C"/>
                <w:sz w:val="20"/>
              </w:rPr>
              <w:t xml:space="preserve">WHAT IS A MEMORIZATION? </w:t>
            </w:r>
            <w:r>
              <w:rPr>
                <w:rFonts w:ascii="Calibri" w:eastAsia="Calibri" w:hAnsi="Calibri" w:cs="Calibri"/>
                <w:color w:val="3A2E1A"/>
                <w:sz w:val="20"/>
              </w:rPr>
              <w:t>It is a quote you learn so well that you can say it without looking. Tips: Say it out loud.  •  Learn one line at a time.  •  Say it to your family.</w:t>
            </w:r>
          </w:p>
        </w:tc>
      </w:tr>
    </w:tbl>
    <w:p w14:paraId="61A78FA8"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32350CF5" w14:textId="77777777">
        <w:tc>
          <w:tcPr>
            <w:tcW w:w="10080" w:type="dxa"/>
            <w:shd w:val="clear" w:color="auto" w:fill="E8EEF5"/>
            <w:tcMar>
              <w:top w:w="50" w:type="dxa"/>
              <w:left w:w="120" w:type="dxa"/>
              <w:bottom w:w="50" w:type="dxa"/>
              <w:right w:w="120" w:type="dxa"/>
            </w:tcMar>
          </w:tcPr>
          <w:p w14:paraId="743F0F26" w14:textId="77777777" w:rsidR="000D4DCB" w:rsidRDefault="00091397">
            <w:r>
              <w:rPr>
                <w:rFonts w:ascii="Calibri" w:eastAsia="Calibri" w:hAnsi="Calibri" w:cs="Calibri"/>
                <w:b/>
                <w:color w:val="1F3A5F"/>
                <w:sz w:val="23"/>
              </w:rPr>
              <w:t>My Memorization</w:t>
            </w:r>
          </w:p>
        </w:tc>
      </w:tr>
      <w:tr w:rsidR="000D4DCB" w14:paraId="5E144E8A" w14:textId="77777777">
        <w:trPr>
          <w:trHeight w:val="547"/>
        </w:trPr>
        <w:tc>
          <w:tcPr>
            <w:tcW w:w="10080" w:type="dxa"/>
            <w:tcBorders>
              <w:bottom w:val="single" w:sz="4" w:space="0" w:color="C9D3DD"/>
            </w:tcBorders>
            <w:tcMar>
              <w:top w:w="0" w:type="dxa"/>
              <w:left w:w="120" w:type="dxa"/>
              <w:bottom w:w="0" w:type="dxa"/>
              <w:right w:w="120" w:type="dxa"/>
            </w:tcMar>
          </w:tcPr>
          <w:p w14:paraId="383ED8EA" w14:textId="77777777" w:rsidR="000D4DCB" w:rsidRDefault="000D4DCB"/>
        </w:tc>
      </w:tr>
      <w:tr w:rsidR="000D4DCB" w14:paraId="012D45E3" w14:textId="77777777">
        <w:trPr>
          <w:trHeight w:val="547"/>
        </w:trPr>
        <w:tc>
          <w:tcPr>
            <w:tcW w:w="10080" w:type="dxa"/>
            <w:tcBorders>
              <w:bottom w:val="single" w:sz="4" w:space="0" w:color="C9D3DD"/>
            </w:tcBorders>
            <w:tcMar>
              <w:top w:w="0" w:type="dxa"/>
              <w:left w:w="120" w:type="dxa"/>
              <w:bottom w:w="0" w:type="dxa"/>
              <w:right w:w="120" w:type="dxa"/>
            </w:tcMar>
          </w:tcPr>
          <w:p w14:paraId="4C15F38D" w14:textId="77777777" w:rsidR="000D4DCB" w:rsidRDefault="000D4DCB"/>
        </w:tc>
      </w:tr>
      <w:tr w:rsidR="000D4DCB" w14:paraId="3E1A53DD" w14:textId="77777777">
        <w:trPr>
          <w:trHeight w:val="547"/>
        </w:trPr>
        <w:tc>
          <w:tcPr>
            <w:tcW w:w="10080" w:type="dxa"/>
            <w:tcBorders>
              <w:bottom w:val="single" w:sz="4" w:space="0" w:color="C9D3DD"/>
            </w:tcBorders>
            <w:tcMar>
              <w:top w:w="0" w:type="dxa"/>
              <w:left w:w="120" w:type="dxa"/>
              <w:bottom w:w="0" w:type="dxa"/>
              <w:right w:w="120" w:type="dxa"/>
            </w:tcMar>
          </w:tcPr>
          <w:p w14:paraId="40DECAE4" w14:textId="77777777" w:rsidR="000D4DCB" w:rsidRDefault="000D4DCB"/>
        </w:tc>
      </w:tr>
      <w:tr w:rsidR="000D4DCB" w14:paraId="699E61CA" w14:textId="77777777">
        <w:trPr>
          <w:trHeight w:val="547"/>
        </w:trPr>
        <w:tc>
          <w:tcPr>
            <w:tcW w:w="10080" w:type="dxa"/>
            <w:tcBorders>
              <w:bottom w:val="single" w:sz="4" w:space="0" w:color="C9D3DD"/>
            </w:tcBorders>
            <w:tcMar>
              <w:top w:w="0" w:type="dxa"/>
              <w:left w:w="120" w:type="dxa"/>
              <w:bottom w:w="0" w:type="dxa"/>
              <w:right w:w="120" w:type="dxa"/>
            </w:tcMar>
          </w:tcPr>
          <w:p w14:paraId="13100BB9" w14:textId="77777777" w:rsidR="000D4DCB" w:rsidRDefault="000D4DCB"/>
        </w:tc>
      </w:tr>
      <w:tr w:rsidR="000D4DCB" w14:paraId="1EF9B2B6" w14:textId="77777777">
        <w:trPr>
          <w:trHeight w:val="547"/>
        </w:trPr>
        <w:tc>
          <w:tcPr>
            <w:tcW w:w="10080" w:type="dxa"/>
            <w:tcMar>
              <w:top w:w="0" w:type="dxa"/>
              <w:left w:w="120" w:type="dxa"/>
              <w:bottom w:w="0" w:type="dxa"/>
              <w:right w:w="120" w:type="dxa"/>
            </w:tcMar>
          </w:tcPr>
          <w:p w14:paraId="7C1A7B50" w14:textId="77777777" w:rsidR="000D4DCB" w:rsidRDefault="000D4DCB"/>
        </w:tc>
      </w:tr>
    </w:tbl>
    <w:p w14:paraId="6C49B353"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304"/>
        <w:gridCol w:w="7768"/>
        <w:gridCol w:w="8"/>
      </w:tblGrid>
      <w:tr w:rsidR="000D4DCB" w14:paraId="35981442" w14:textId="77777777">
        <w:tc>
          <w:tcPr>
            <w:tcW w:w="10080" w:type="dxa"/>
            <w:gridSpan w:val="3"/>
            <w:shd w:val="clear" w:color="auto" w:fill="E8EEF5"/>
            <w:tcMar>
              <w:top w:w="50" w:type="dxa"/>
              <w:left w:w="120" w:type="dxa"/>
              <w:bottom w:w="50" w:type="dxa"/>
              <w:right w:w="120" w:type="dxa"/>
            </w:tcMar>
          </w:tcPr>
          <w:p w14:paraId="627174BB" w14:textId="77777777" w:rsidR="000D4DCB" w:rsidRDefault="00091397">
            <w:r>
              <w:rPr>
                <w:rFonts w:ascii="Calibri" w:eastAsia="Calibri" w:hAnsi="Calibri" w:cs="Calibri"/>
                <w:b/>
                <w:color w:val="1F3A5F"/>
                <w:sz w:val="23"/>
              </w:rPr>
              <w:t>About My Memorization</w:t>
            </w:r>
          </w:p>
        </w:tc>
      </w:tr>
      <w:tr w:rsidR="000F6447" w14:paraId="5EDEEB13" w14:textId="77777777" w:rsidTr="000F6447">
        <w:trPr>
          <w:gridAfter w:val="1"/>
          <w:wAfter w:w="8" w:type="dxa"/>
          <w:trHeight w:val="518"/>
        </w:trPr>
        <w:tc>
          <w:tcPr>
            <w:tcW w:w="2304" w:type="dxa"/>
            <w:shd w:val="clear" w:color="auto" w:fill="F4F7FA"/>
            <w:tcMar>
              <w:top w:w="50" w:type="dxa"/>
              <w:left w:w="100" w:type="dxa"/>
              <w:bottom w:w="50" w:type="dxa"/>
              <w:right w:w="80" w:type="dxa"/>
            </w:tcMar>
          </w:tcPr>
          <w:p w14:paraId="264DF827" w14:textId="77777777" w:rsidR="000F6447" w:rsidRDefault="000F6447">
            <w:r>
              <w:rPr>
                <w:rFonts w:ascii="Calibri" w:eastAsia="Calibri" w:hAnsi="Calibri" w:cs="Calibri"/>
                <w:b/>
                <w:color w:val="1F3A5F"/>
                <w:sz w:val="20"/>
              </w:rPr>
              <w:t>Said by:</w:t>
            </w:r>
          </w:p>
        </w:tc>
        <w:tc>
          <w:tcPr>
            <w:tcW w:w="7768" w:type="dxa"/>
            <w:tcMar>
              <w:top w:w="50" w:type="dxa"/>
              <w:left w:w="100" w:type="dxa"/>
              <w:bottom w:w="50" w:type="dxa"/>
              <w:right w:w="100" w:type="dxa"/>
            </w:tcMar>
          </w:tcPr>
          <w:p w14:paraId="1835B149" w14:textId="77777777" w:rsidR="000F6447" w:rsidRDefault="000F6447"/>
        </w:tc>
      </w:tr>
      <w:tr w:rsidR="000D4DCB" w14:paraId="6E6F688F" w14:textId="77777777">
        <w:trPr>
          <w:trHeight w:val="1440"/>
        </w:trPr>
        <w:tc>
          <w:tcPr>
            <w:tcW w:w="2304" w:type="dxa"/>
            <w:shd w:val="clear" w:color="auto" w:fill="F4F7FA"/>
            <w:tcMar>
              <w:top w:w="50" w:type="dxa"/>
              <w:left w:w="100" w:type="dxa"/>
              <w:bottom w:w="50" w:type="dxa"/>
              <w:right w:w="80" w:type="dxa"/>
            </w:tcMar>
          </w:tcPr>
          <w:p w14:paraId="28ED2287" w14:textId="77777777" w:rsidR="000D4DCB" w:rsidRDefault="00091397">
            <w:r>
              <w:rPr>
                <w:rFonts w:ascii="Calibri" w:eastAsia="Calibri" w:hAnsi="Calibri" w:cs="Calibri"/>
                <w:b/>
                <w:color w:val="1F3A5F"/>
                <w:sz w:val="20"/>
              </w:rPr>
              <w:t>Why it is special to me:</w:t>
            </w:r>
          </w:p>
        </w:tc>
        <w:tc>
          <w:tcPr>
            <w:tcW w:w="7776" w:type="dxa"/>
            <w:gridSpan w:val="2"/>
            <w:tcMar>
              <w:top w:w="50" w:type="dxa"/>
              <w:left w:w="100" w:type="dxa"/>
              <w:bottom w:w="50" w:type="dxa"/>
              <w:right w:w="100" w:type="dxa"/>
            </w:tcMar>
          </w:tcPr>
          <w:p w14:paraId="2C525ABA" w14:textId="77777777" w:rsidR="000D4DCB" w:rsidRDefault="000D4DCB"/>
        </w:tc>
      </w:tr>
    </w:tbl>
    <w:p w14:paraId="430B31BB"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008"/>
        <w:gridCol w:w="1008"/>
        <w:gridCol w:w="1008"/>
        <w:gridCol w:w="1008"/>
        <w:gridCol w:w="1008"/>
        <w:gridCol w:w="1008"/>
        <w:gridCol w:w="1008"/>
        <w:gridCol w:w="1008"/>
        <w:gridCol w:w="1008"/>
        <w:gridCol w:w="1008"/>
      </w:tblGrid>
      <w:tr w:rsidR="000D4DCB" w14:paraId="007B74F3" w14:textId="77777777">
        <w:tc>
          <w:tcPr>
            <w:tcW w:w="10080" w:type="dxa"/>
            <w:gridSpan w:val="10"/>
            <w:shd w:val="clear" w:color="auto" w:fill="E8EEF5"/>
            <w:tcMar>
              <w:top w:w="50" w:type="dxa"/>
              <w:left w:w="120" w:type="dxa"/>
              <w:bottom w:w="50" w:type="dxa"/>
              <w:right w:w="120" w:type="dxa"/>
            </w:tcMar>
          </w:tcPr>
          <w:p w14:paraId="1F7FAF79" w14:textId="77777777" w:rsidR="000D4DCB" w:rsidRDefault="00091397">
            <w:r>
              <w:rPr>
                <w:rFonts w:ascii="Calibri" w:eastAsia="Calibri" w:hAnsi="Calibri" w:cs="Calibri"/>
                <w:b/>
                <w:color w:val="1F3A5F"/>
                <w:sz w:val="23"/>
              </w:rPr>
              <w:t>Practice Tracker</w:t>
            </w:r>
            <w:r>
              <w:rPr>
                <w:rFonts w:ascii="Calibri" w:eastAsia="Calibri" w:hAnsi="Calibri" w:cs="Calibri"/>
                <w:i/>
                <w:color w:val="595959"/>
                <w:sz w:val="19"/>
              </w:rPr>
              <w:t xml:space="preserve">   Check off each day you practice.</w:t>
            </w:r>
          </w:p>
        </w:tc>
      </w:tr>
      <w:tr w:rsidR="000D4DCB" w14:paraId="73C9F501" w14:textId="77777777">
        <w:tc>
          <w:tcPr>
            <w:tcW w:w="1008" w:type="dxa"/>
            <w:shd w:val="clear" w:color="auto" w:fill="F4F7FA"/>
            <w:tcMar>
              <w:top w:w="30" w:type="dxa"/>
              <w:left w:w="10" w:type="dxa"/>
              <w:bottom w:w="30" w:type="dxa"/>
              <w:right w:w="10" w:type="dxa"/>
            </w:tcMar>
          </w:tcPr>
          <w:p w14:paraId="1B424667" w14:textId="77777777" w:rsidR="000D4DCB" w:rsidRDefault="00091397">
            <w:pPr>
              <w:jc w:val="center"/>
            </w:pPr>
            <w:r>
              <w:rPr>
                <w:rFonts w:ascii="Calibri" w:eastAsia="Calibri" w:hAnsi="Calibri" w:cs="Calibri"/>
                <w:b/>
                <w:color w:val="1F3A5F"/>
                <w:sz w:val="18"/>
              </w:rPr>
              <w:t>Day 1</w:t>
            </w:r>
          </w:p>
        </w:tc>
        <w:tc>
          <w:tcPr>
            <w:tcW w:w="1008" w:type="dxa"/>
            <w:shd w:val="clear" w:color="auto" w:fill="F4F7FA"/>
            <w:tcMar>
              <w:top w:w="30" w:type="dxa"/>
              <w:left w:w="10" w:type="dxa"/>
              <w:bottom w:w="30" w:type="dxa"/>
              <w:right w:w="10" w:type="dxa"/>
            </w:tcMar>
          </w:tcPr>
          <w:p w14:paraId="589392C4" w14:textId="77777777" w:rsidR="000D4DCB" w:rsidRDefault="00091397">
            <w:pPr>
              <w:jc w:val="center"/>
            </w:pPr>
            <w:r>
              <w:rPr>
                <w:rFonts w:ascii="Calibri" w:eastAsia="Calibri" w:hAnsi="Calibri" w:cs="Calibri"/>
                <w:b/>
                <w:color w:val="1F3A5F"/>
                <w:sz w:val="18"/>
              </w:rPr>
              <w:t>Day 2</w:t>
            </w:r>
          </w:p>
        </w:tc>
        <w:tc>
          <w:tcPr>
            <w:tcW w:w="1008" w:type="dxa"/>
            <w:shd w:val="clear" w:color="auto" w:fill="F4F7FA"/>
            <w:tcMar>
              <w:top w:w="30" w:type="dxa"/>
              <w:left w:w="10" w:type="dxa"/>
              <w:bottom w:w="30" w:type="dxa"/>
              <w:right w:w="10" w:type="dxa"/>
            </w:tcMar>
          </w:tcPr>
          <w:p w14:paraId="30725B22" w14:textId="77777777" w:rsidR="000D4DCB" w:rsidRDefault="00091397">
            <w:pPr>
              <w:jc w:val="center"/>
            </w:pPr>
            <w:r>
              <w:rPr>
                <w:rFonts w:ascii="Calibri" w:eastAsia="Calibri" w:hAnsi="Calibri" w:cs="Calibri"/>
                <w:b/>
                <w:color w:val="1F3A5F"/>
                <w:sz w:val="18"/>
              </w:rPr>
              <w:t>Day 3</w:t>
            </w:r>
          </w:p>
        </w:tc>
        <w:tc>
          <w:tcPr>
            <w:tcW w:w="1008" w:type="dxa"/>
            <w:shd w:val="clear" w:color="auto" w:fill="F4F7FA"/>
            <w:tcMar>
              <w:top w:w="30" w:type="dxa"/>
              <w:left w:w="10" w:type="dxa"/>
              <w:bottom w:w="30" w:type="dxa"/>
              <w:right w:w="10" w:type="dxa"/>
            </w:tcMar>
          </w:tcPr>
          <w:p w14:paraId="2E1EF521" w14:textId="77777777" w:rsidR="000D4DCB" w:rsidRDefault="00091397">
            <w:pPr>
              <w:jc w:val="center"/>
            </w:pPr>
            <w:r>
              <w:rPr>
                <w:rFonts w:ascii="Calibri" w:eastAsia="Calibri" w:hAnsi="Calibri" w:cs="Calibri"/>
                <w:b/>
                <w:color w:val="1F3A5F"/>
                <w:sz w:val="18"/>
              </w:rPr>
              <w:t>Day 4</w:t>
            </w:r>
          </w:p>
        </w:tc>
        <w:tc>
          <w:tcPr>
            <w:tcW w:w="1008" w:type="dxa"/>
            <w:shd w:val="clear" w:color="auto" w:fill="F4F7FA"/>
            <w:tcMar>
              <w:top w:w="30" w:type="dxa"/>
              <w:left w:w="10" w:type="dxa"/>
              <w:bottom w:w="30" w:type="dxa"/>
              <w:right w:w="10" w:type="dxa"/>
            </w:tcMar>
          </w:tcPr>
          <w:p w14:paraId="74AEBB4B" w14:textId="77777777" w:rsidR="000D4DCB" w:rsidRDefault="00091397">
            <w:pPr>
              <w:jc w:val="center"/>
            </w:pPr>
            <w:r>
              <w:rPr>
                <w:rFonts w:ascii="Calibri" w:eastAsia="Calibri" w:hAnsi="Calibri" w:cs="Calibri"/>
                <w:b/>
                <w:color w:val="1F3A5F"/>
                <w:sz w:val="18"/>
              </w:rPr>
              <w:t>Day 5</w:t>
            </w:r>
          </w:p>
        </w:tc>
        <w:tc>
          <w:tcPr>
            <w:tcW w:w="1008" w:type="dxa"/>
            <w:shd w:val="clear" w:color="auto" w:fill="F4F7FA"/>
            <w:tcMar>
              <w:top w:w="30" w:type="dxa"/>
              <w:left w:w="10" w:type="dxa"/>
              <w:bottom w:w="30" w:type="dxa"/>
              <w:right w:w="10" w:type="dxa"/>
            </w:tcMar>
          </w:tcPr>
          <w:p w14:paraId="6E5410F2" w14:textId="77777777" w:rsidR="000D4DCB" w:rsidRDefault="00091397">
            <w:pPr>
              <w:jc w:val="center"/>
            </w:pPr>
            <w:r>
              <w:rPr>
                <w:rFonts w:ascii="Calibri" w:eastAsia="Calibri" w:hAnsi="Calibri" w:cs="Calibri"/>
                <w:b/>
                <w:color w:val="1F3A5F"/>
                <w:sz w:val="18"/>
              </w:rPr>
              <w:t>Day 6</w:t>
            </w:r>
          </w:p>
        </w:tc>
        <w:tc>
          <w:tcPr>
            <w:tcW w:w="1008" w:type="dxa"/>
            <w:shd w:val="clear" w:color="auto" w:fill="F4F7FA"/>
            <w:tcMar>
              <w:top w:w="30" w:type="dxa"/>
              <w:left w:w="10" w:type="dxa"/>
              <w:bottom w:w="30" w:type="dxa"/>
              <w:right w:w="10" w:type="dxa"/>
            </w:tcMar>
          </w:tcPr>
          <w:p w14:paraId="2A1B18EA" w14:textId="77777777" w:rsidR="000D4DCB" w:rsidRDefault="00091397">
            <w:pPr>
              <w:jc w:val="center"/>
            </w:pPr>
            <w:r>
              <w:rPr>
                <w:rFonts w:ascii="Calibri" w:eastAsia="Calibri" w:hAnsi="Calibri" w:cs="Calibri"/>
                <w:b/>
                <w:color w:val="1F3A5F"/>
                <w:sz w:val="18"/>
              </w:rPr>
              <w:t>Day 7</w:t>
            </w:r>
          </w:p>
        </w:tc>
        <w:tc>
          <w:tcPr>
            <w:tcW w:w="1008" w:type="dxa"/>
            <w:shd w:val="clear" w:color="auto" w:fill="F4F7FA"/>
            <w:tcMar>
              <w:top w:w="30" w:type="dxa"/>
              <w:left w:w="10" w:type="dxa"/>
              <w:bottom w:w="30" w:type="dxa"/>
              <w:right w:w="10" w:type="dxa"/>
            </w:tcMar>
          </w:tcPr>
          <w:p w14:paraId="6C978C5E" w14:textId="77777777" w:rsidR="000D4DCB" w:rsidRDefault="00091397">
            <w:pPr>
              <w:jc w:val="center"/>
            </w:pPr>
            <w:r>
              <w:rPr>
                <w:rFonts w:ascii="Calibri" w:eastAsia="Calibri" w:hAnsi="Calibri" w:cs="Calibri"/>
                <w:b/>
                <w:color w:val="1F3A5F"/>
                <w:sz w:val="18"/>
              </w:rPr>
              <w:t>Day 8</w:t>
            </w:r>
          </w:p>
        </w:tc>
        <w:tc>
          <w:tcPr>
            <w:tcW w:w="1008" w:type="dxa"/>
            <w:shd w:val="clear" w:color="auto" w:fill="F4F7FA"/>
            <w:tcMar>
              <w:top w:w="30" w:type="dxa"/>
              <w:left w:w="10" w:type="dxa"/>
              <w:bottom w:w="30" w:type="dxa"/>
              <w:right w:w="10" w:type="dxa"/>
            </w:tcMar>
          </w:tcPr>
          <w:p w14:paraId="0CF0D74E" w14:textId="77777777" w:rsidR="000D4DCB" w:rsidRDefault="00091397">
            <w:pPr>
              <w:jc w:val="center"/>
            </w:pPr>
            <w:r>
              <w:rPr>
                <w:rFonts w:ascii="Calibri" w:eastAsia="Calibri" w:hAnsi="Calibri" w:cs="Calibri"/>
                <w:b/>
                <w:color w:val="1F3A5F"/>
                <w:sz w:val="18"/>
              </w:rPr>
              <w:t>Day 9</w:t>
            </w:r>
          </w:p>
        </w:tc>
        <w:tc>
          <w:tcPr>
            <w:tcW w:w="1008" w:type="dxa"/>
            <w:shd w:val="clear" w:color="auto" w:fill="F4F7FA"/>
            <w:tcMar>
              <w:top w:w="30" w:type="dxa"/>
              <w:left w:w="10" w:type="dxa"/>
              <w:bottom w:w="30" w:type="dxa"/>
              <w:right w:w="10" w:type="dxa"/>
            </w:tcMar>
          </w:tcPr>
          <w:p w14:paraId="0E80870F" w14:textId="77777777" w:rsidR="000D4DCB" w:rsidRDefault="00091397">
            <w:pPr>
              <w:jc w:val="center"/>
            </w:pPr>
            <w:r>
              <w:rPr>
                <w:rFonts w:ascii="Calibri" w:eastAsia="Calibri" w:hAnsi="Calibri" w:cs="Calibri"/>
                <w:b/>
                <w:color w:val="1F3A5F"/>
                <w:sz w:val="18"/>
              </w:rPr>
              <w:t>Day 10</w:t>
            </w:r>
          </w:p>
        </w:tc>
      </w:tr>
      <w:tr w:rsidR="000D4DCB" w14:paraId="7D93F736" w14:textId="77777777">
        <w:trPr>
          <w:trHeight w:val="720"/>
        </w:trPr>
        <w:tc>
          <w:tcPr>
            <w:tcW w:w="1008" w:type="dxa"/>
          </w:tcPr>
          <w:p w14:paraId="25C92E29" w14:textId="77777777" w:rsidR="000D4DCB" w:rsidRDefault="000D4DCB"/>
        </w:tc>
        <w:tc>
          <w:tcPr>
            <w:tcW w:w="1008" w:type="dxa"/>
          </w:tcPr>
          <w:p w14:paraId="31FCAC0B" w14:textId="77777777" w:rsidR="000D4DCB" w:rsidRDefault="000D4DCB"/>
        </w:tc>
        <w:tc>
          <w:tcPr>
            <w:tcW w:w="1008" w:type="dxa"/>
          </w:tcPr>
          <w:p w14:paraId="4560F0F8" w14:textId="77777777" w:rsidR="000D4DCB" w:rsidRDefault="000D4DCB"/>
        </w:tc>
        <w:tc>
          <w:tcPr>
            <w:tcW w:w="1008" w:type="dxa"/>
          </w:tcPr>
          <w:p w14:paraId="3309452B" w14:textId="77777777" w:rsidR="000D4DCB" w:rsidRDefault="000D4DCB"/>
        </w:tc>
        <w:tc>
          <w:tcPr>
            <w:tcW w:w="1008" w:type="dxa"/>
          </w:tcPr>
          <w:p w14:paraId="05AF4BC1" w14:textId="77777777" w:rsidR="000D4DCB" w:rsidRDefault="000D4DCB"/>
        </w:tc>
        <w:tc>
          <w:tcPr>
            <w:tcW w:w="1008" w:type="dxa"/>
          </w:tcPr>
          <w:p w14:paraId="30F9E961" w14:textId="77777777" w:rsidR="000D4DCB" w:rsidRDefault="000D4DCB"/>
        </w:tc>
        <w:tc>
          <w:tcPr>
            <w:tcW w:w="1008" w:type="dxa"/>
          </w:tcPr>
          <w:p w14:paraId="7E7B05E7" w14:textId="77777777" w:rsidR="000D4DCB" w:rsidRDefault="000D4DCB"/>
        </w:tc>
        <w:tc>
          <w:tcPr>
            <w:tcW w:w="1008" w:type="dxa"/>
          </w:tcPr>
          <w:p w14:paraId="509E5CB0" w14:textId="77777777" w:rsidR="000D4DCB" w:rsidRDefault="000D4DCB"/>
        </w:tc>
        <w:tc>
          <w:tcPr>
            <w:tcW w:w="1008" w:type="dxa"/>
          </w:tcPr>
          <w:p w14:paraId="6656A9D2" w14:textId="77777777" w:rsidR="000D4DCB" w:rsidRDefault="000D4DCB"/>
        </w:tc>
        <w:tc>
          <w:tcPr>
            <w:tcW w:w="1008" w:type="dxa"/>
          </w:tcPr>
          <w:p w14:paraId="25BDCDFC" w14:textId="77777777" w:rsidR="000D4DCB" w:rsidRDefault="000D4DCB"/>
        </w:tc>
      </w:tr>
    </w:tbl>
    <w:p w14:paraId="307FDB70"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1402A995" w14:textId="77777777">
        <w:tc>
          <w:tcPr>
            <w:tcW w:w="7632" w:type="dxa"/>
            <w:shd w:val="clear" w:color="auto" w:fill="1F3A5F"/>
            <w:tcMar>
              <w:top w:w="90" w:type="dxa"/>
              <w:left w:w="140" w:type="dxa"/>
              <w:bottom w:w="90" w:type="dxa"/>
              <w:right w:w="140" w:type="dxa"/>
            </w:tcMar>
            <w:vAlign w:val="center"/>
          </w:tcPr>
          <w:p w14:paraId="34122517"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25</w:t>
            </w:r>
          </w:p>
          <w:p w14:paraId="3725AF2F" w14:textId="77777777" w:rsidR="000D4DCB" w:rsidRDefault="00091397">
            <w:r>
              <w:rPr>
                <w:rFonts w:ascii="Calibri" w:eastAsia="Calibri" w:hAnsi="Calibri" w:cs="Calibri"/>
                <w:b/>
                <w:color w:val="FFFFFF"/>
                <w:sz w:val="40"/>
              </w:rPr>
              <w:t>Creative Tribute: Choose and Plan</w:t>
            </w:r>
          </w:p>
        </w:tc>
        <w:tc>
          <w:tcPr>
            <w:tcW w:w="2448" w:type="dxa"/>
            <w:shd w:val="clear" w:color="auto" w:fill="1F3A5F"/>
            <w:tcMar>
              <w:top w:w="90" w:type="dxa"/>
              <w:left w:w="140" w:type="dxa"/>
              <w:bottom w:w="90" w:type="dxa"/>
              <w:right w:w="140" w:type="dxa"/>
            </w:tcMar>
            <w:vAlign w:val="center"/>
          </w:tcPr>
          <w:p w14:paraId="3BBE7105" w14:textId="77777777" w:rsidR="000D4DCB" w:rsidRDefault="00091397">
            <w:pPr>
              <w:jc w:val="right"/>
            </w:pPr>
            <w:r>
              <w:rPr>
                <w:rFonts w:ascii="Calibri" w:eastAsia="Calibri" w:hAnsi="Calibri" w:cs="Calibri"/>
                <w:color w:val="C8D6E5"/>
                <w:sz w:val="18"/>
              </w:rPr>
              <w:t>About 15–20 minutes</w:t>
            </w:r>
          </w:p>
        </w:tc>
      </w:tr>
    </w:tbl>
    <w:p w14:paraId="453067A9" w14:textId="77777777" w:rsidR="000D4DCB" w:rsidRDefault="000D4DCB">
      <w:pPr>
        <w:spacing w:line="264" w:lineRule="auto"/>
      </w:pPr>
    </w:p>
    <w:p w14:paraId="6D059083"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Plan something special you will make to honor your hero.</w:t>
      </w:r>
    </w:p>
    <w:p w14:paraId="0985F4CB" w14:textId="77777777" w:rsidR="000D4DCB" w:rsidRDefault="000D4DCB">
      <w:pPr>
        <w:spacing w:line="264" w:lineRule="auto"/>
      </w:pPr>
    </w:p>
    <w:p w14:paraId="730CC551"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7E455963" w14:textId="77777777">
        <w:tc>
          <w:tcPr>
            <w:tcW w:w="504" w:type="dxa"/>
            <w:tcMar>
              <w:top w:w="20" w:type="dxa"/>
              <w:left w:w="20" w:type="dxa"/>
              <w:bottom w:w="20" w:type="dxa"/>
              <w:right w:w="20" w:type="dxa"/>
            </w:tcMar>
          </w:tcPr>
          <w:p w14:paraId="4BFAAFC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6B357E90" w14:textId="77777777" w:rsidR="000D4DCB" w:rsidRDefault="00091397">
            <w:r>
              <w:rPr>
                <w:rFonts w:eastAsia="Georgia" w:cs="Georgia"/>
                <w:color w:val="222222"/>
                <w:sz w:val="21"/>
              </w:rPr>
              <w:t xml:space="preserve">Choose what you will make: </w:t>
            </w:r>
            <w:r w:rsidR="000F6447">
              <w:rPr>
                <w:rFonts w:eastAsia="Georgia" w:cs="Georgia"/>
                <w:color w:val="222222"/>
                <w:sz w:val="21"/>
              </w:rPr>
              <w:t xml:space="preserve">piece of </w:t>
            </w:r>
            <w:r>
              <w:rPr>
                <w:rFonts w:eastAsia="Georgia" w:cs="Georgia"/>
                <w:color w:val="222222"/>
                <w:sz w:val="21"/>
              </w:rPr>
              <w:t>art, music, a video, or a poem.</w:t>
            </w:r>
          </w:p>
        </w:tc>
      </w:tr>
      <w:tr w:rsidR="000D4DCB" w14:paraId="15954D03" w14:textId="77777777">
        <w:tc>
          <w:tcPr>
            <w:tcW w:w="504" w:type="dxa"/>
            <w:tcMar>
              <w:top w:w="20" w:type="dxa"/>
              <w:left w:w="20" w:type="dxa"/>
              <w:bottom w:w="20" w:type="dxa"/>
              <w:right w:w="20" w:type="dxa"/>
            </w:tcMar>
          </w:tcPr>
          <w:p w14:paraId="45832D91"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5477DE3A" w14:textId="77777777" w:rsidR="000D4DCB" w:rsidRDefault="00091397">
            <w:r>
              <w:rPr>
                <w:rFonts w:eastAsia="Georgia" w:cs="Georgia"/>
                <w:color w:val="222222"/>
                <w:sz w:val="21"/>
              </w:rPr>
              <w:t>Choose what it will show: something that happened, a good quality, or a big idea from your hero's life.</w:t>
            </w:r>
          </w:p>
        </w:tc>
      </w:tr>
      <w:tr w:rsidR="000D4DCB" w14:paraId="6121B430" w14:textId="77777777">
        <w:tc>
          <w:tcPr>
            <w:tcW w:w="504" w:type="dxa"/>
            <w:tcMar>
              <w:top w:w="20" w:type="dxa"/>
              <w:left w:w="20" w:type="dxa"/>
              <w:bottom w:w="20" w:type="dxa"/>
              <w:right w:w="20" w:type="dxa"/>
            </w:tcMar>
          </w:tcPr>
          <w:p w14:paraId="1BB81BD2"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011015D1" w14:textId="77777777" w:rsidR="000D4DCB" w:rsidRDefault="00091397">
            <w:proofErr w:type="gramStart"/>
            <w:r>
              <w:rPr>
                <w:rFonts w:eastAsia="Georgia" w:cs="Georgia"/>
                <w:color w:val="222222"/>
                <w:sz w:val="21"/>
              </w:rPr>
              <w:t>Make a plan</w:t>
            </w:r>
            <w:proofErr w:type="gramEnd"/>
            <w:r>
              <w:rPr>
                <w:rFonts w:eastAsia="Georgia" w:cs="Georgia"/>
                <w:color w:val="222222"/>
                <w:sz w:val="21"/>
              </w:rPr>
              <w:t xml:space="preserve"> and a first sketch or try below.</w:t>
            </w:r>
          </w:p>
        </w:tc>
      </w:tr>
    </w:tbl>
    <w:p w14:paraId="650A774B"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614C6522" w14:textId="77777777">
        <w:tc>
          <w:tcPr>
            <w:tcW w:w="10080" w:type="dxa"/>
            <w:shd w:val="clear" w:color="auto" w:fill="FBF6EC"/>
            <w:tcMar>
              <w:top w:w="70" w:type="dxa"/>
              <w:left w:w="140" w:type="dxa"/>
              <w:bottom w:w="70" w:type="dxa"/>
              <w:right w:w="140" w:type="dxa"/>
            </w:tcMar>
          </w:tcPr>
          <w:p w14:paraId="5D8F6617" w14:textId="77777777" w:rsidR="000D4DCB" w:rsidRDefault="00091397">
            <w:r>
              <w:rPr>
                <w:rFonts w:ascii="Calibri" w:eastAsia="Calibri" w:hAnsi="Calibri" w:cs="Calibri"/>
                <w:b/>
                <w:color w:val="7A551C"/>
                <w:sz w:val="20"/>
              </w:rPr>
              <w:t xml:space="preserve">WHAT IS A TRIBUTE? </w:t>
            </w:r>
            <w:r>
              <w:rPr>
                <w:rFonts w:ascii="Calibri" w:eastAsia="Calibri" w:hAnsi="Calibri" w:cs="Calibri"/>
                <w:color w:val="3A2E1A"/>
                <w:sz w:val="20"/>
              </w:rPr>
              <w:t>A tribute is something you make to honor someone and show why they are special.</w:t>
            </w:r>
          </w:p>
        </w:tc>
      </w:tr>
    </w:tbl>
    <w:p w14:paraId="4AD0AEF4"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0D4DCB" w14:paraId="73DDCC2E" w14:textId="77777777">
        <w:tc>
          <w:tcPr>
            <w:tcW w:w="10080" w:type="dxa"/>
            <w:gridSpan w:val="4"/>
            <w:shd w:val="clear" w:color="auto" w:fill="E8EEF5"/>
            <w:tcMar>
              <w:top w:w="50" w:type="dxa"/>
              <w:left w:w="120" w:type="dxa"/>
              <w:bottom w:w="50" w:type="dxa"/>
              <w:right w:w="120" w:type="dxa"/>
            </w:tcMar>
          </w:tcPr>
          <w:p w14:paraId="42D4AC2B" w14:textId="77777777" w:rsidR="000D4DCB" w:rsidRDefault="00091397">
            <w:r>
              <w:rPr>
                <w:rFonts w:ascii="Calibri" w:eastAsia="Calibri" w:hAnsi="Calibri" w:cs="Calibri"/>
                <w:b/>
                <w:color w:val="1F3A5F"/>
                <w:sz w:val="23"/>
              </w:rPr>
              <w:t>Choose One</w:t>
            </w:r>
          </w:p>
        </w:tc>
      </w:tr>
      <w:tr w:rsidR="000D4DCB" w14:paraId="7E8FC82A" w14:textId="77777777">
        <w:tc>
          <w:tcPr>
            <w:tcW w:w="2520" w:type="dxa"/>
            <w:tcMar>
              <w:top w:w="60" w:type="dxa"/>
              <w:left w:w="100" w:type="dxa"/>
              <w:bottom w:w="60" w:type="dxa"/>
              <w:right w:w="80" w:type="dxa"/>
            </w:tcMar>
          </w:tcPr>
          <w:p w14:paraId="1EEEE365" w14:textId="77777777" w:rsidR="000D4DCB" w:rsidRDefault="00091397">
            <w:proofErr w:type="gramStart"/>
            <w:r>
              <w:rPr>
                <w:rFonts w:ascii="Segoe UI Symbol" w:eastAsia="Segoe UI Symbol" w:hAnsi="Segoe UI Symbol" w:cs="Segoe UI Symbol"/>
                <w:color w:val="1F3A5F"/>
                <w:sz w:val="24"/>
              </w:rPr>
              <w:t xml:space="preserve">☐  </w:t>
            </w:r>
            <w:r>
              <w:rPr>
                <w:rFonts w:ascii="Calibri" w:eastAsia="Calibri" w:hAnsi="Calibri" w:cs="Calibri"/>
                <w:b/>
                <w:color w:val="1F3A5F"/>
              </w:rPr>
              <w:t>Art</w:t>
            </w:r>
            <w:proofErr w:type="gramEnd"/>
          </w:p>
          <w:p w14:paraId="4D9655B5" w14:textId="77777777" w:rsidR="000D4DCB" w:rsidRDefault="00091397">
            <w:r>
              <w:rPr>
                <w:rFonts w:ascii="Calibri" w:eastAsia="Calibri" w:hAnsi="Calibri" w:cs="Calibri"/>
                <w:color w:val="595959"/>
                <w:sz w:val="18"/>
              </w:rPr>
              <w:t>A drawing, painting, clay figure, or other art</w:t>
            </w:r>
          </w:p>
        </w:tc>
        <w:tc>
          <w:tcPr>
            <w:tcW w:w="2520" w:type="dxa"/>
            <w:tcMar>
              <w:top w:w="60" w:type="dxa"/>
              <w:left w:w="100" w:type="dxa"/>
              <w:bottom w:w="60" w:type="dxa"/>
              <w:right w:w="80" w:type="dxa"/>
            </w:tcMar>
          </w:tcPr>
          <w:p w14:paraId="1B62ED8D" w14:textId="77777777" w:rsidR="000D4DCB" w:rsidRDefault="00091397">
            <w:proofErr w:type="gramStart"/>
            <w:r>
              <w:rPr>
                <w:rFonts w:ascii="Segoe UI Symbol" w:eastAsia="Segoe UI Symbol" w:hAnsi="Segoe UI Symbol" w:cs="Segoe UI Symbol"/>
                <w:color w:val="1F3A5F"/>
                <w:sz w:val="24"/>
              </w:rPr>
              <w:t xml:space="preserve">☐  </w:t>
            </w:r>
            <w:r>
              <w:rPr>
                <w:rFonts w:ascii="Calibri" w:eastAsia="Calibri" w:hAnsi="Calibri" w:cs="Calibri"/>
                <w:b/>
                <w:color w:val="1F3A5F"/>
              </w:rPr>
              <w:t>Music</w:t>
            </w:r>
            <w:proofErr w:type="gramEnd"/>
          </w:p>
          <w:p w14:paraId="3D400A2C" w14:textId="77777777" w:rsidR="000D4DCB" w:rsidRDefault="00091397">
            <w:r>
              <w:rPr>
                <w:rFonts w:ascii="Calibri" w:eastAsia="Calibri" w:hAnsi="Calibri" w:cs="Calibri"/>
                <w:color w:val="595959"/>
                <w:sz w:val="18"/>
              </w:rPr>
              <w:t>A song or tune you make up</w:t>
            </w:r>
            <w:r w:rsidR="000F6447">
              <w:rPr>
                <w:rFonts w:ascii="Calibri" w:eastAsia="Calibri" w:hAnsi="Calibri" w:cs="Calibri"/>
                <w:color w:val="595959"/>
                <w:sz w:val="18"/>
              </w:rPr>
              <w:t xml:space="preserve"> and play or sing</w:t>
            </w:r>
          </w:p>
        </w:tc>
        <w:tc>
          <w:tcPr>
            <w:tcW w:w="2520" w:type="dxa"/>
            <w:tcMar>
              <w:top w:w="60" w:type="dxa"/>
              <w:left w:w="100" w:type="dxa"/>
              <w:bottom w:w="60" w:type="dxa"/>
              <w:right w:w="80" w:type="dxa"/>
            </w:tcMar>
          </w:tcPr>
          <w:p w14:paraId="5CD30C8E" w14:textId="77777777" w:rsidR="000D4DCB" w:rsidRDefault="00091397">
            <w:proofErr w:type="gramStart"/>
            <w:r>
              <w:rPr>
                <w:rFonts w:ascii="Segoe UI Symbol" w:eastAsia="Segoe UI Symbol" w:hAnsi="Segoe UI Symbol" w:cs="Segoe UI Symbol"/>
                <w:color w:val="1F3A5F"/>
                <w:sz w:val="24"/>
              </w:rPr>
              <w:t xml:space="preserve">☐  </w:t>
            </w:r>
            <w:r>
              <w:rPr>
                <w:rFonts w:ascii="Calibri" w:eastAsia="Calibri" w:hAnsi="Calibri" w:cs="Calibri"/>
                <w:b/>
                <w:color w:val="1F3A5F"/>
              </w:rPr>
              <w:t>Video</w:t>
            </w:r>
            <w:proofErr w:type="gramEnd"/>
          </w:p>
          <w:p w14:paraId="279583DF" w14:textId="77777777" w:rsidR="000D4DCB" w:rsidRDefault="00091397">
            <w:r>
              <w:rPr>
                <w:rFonts w:ascii="Calibri" w:eastAsia="Calibri" w:hAnsi="Calibri" w:cs="Calibri"/>
                <w:color w:val="595959"/>
                <w:sz w:val="18"/>
              </w:rPr>
              <w:t>A short movie or slideshow (1–2 minutes)</w:t>
            </w:r>
          </w:p>
        </w:tc>
        <w:tc>
          <w:tcPr>
            <w:tcW w:w="2520" w:type="dxa"/>
            <w:tcMar>
              <w:top w:w="60" w:type="dxa"/>
              <w:left w:w="100" w:type="dxa"/>
              <w:bottom w:w="60" w:type="dxa"/>
              <w:right w:w="80" w:type="dxa"/>
            </w:tcMar>
          </w:tcPr>
          <w:p w14:paraId="2DF0C526" w14:textId="77777777" w:rsidR="000D4DCB" w:rsidRDefault="00091397">
            <w:proofErr w:type="gramStart"/>
            <w:r>
              <w:rPr>
                <w:rFonts w:ascii="Segoe UI Symbol" w:eastAsia="Segoe UI Symbol" w:hAnsi="Segoe UI Symbol" w:cs="Segoe UI Symbol"/>
                <w:color w:val="1F3A5F"/>
                <w:sz w:val="24"/>
              </w:rPr>
              <w:t xml:space="preserve">☐  </w:t>
            </w:r>
            <w:r>
              <w:rPr>
                <w:rFonts w:ascii="Calibri" w:eastAsia="Calibri" w:hAnsi="Calibri" w:cs="Calibri"/>
                <w:b/>
                <w:color w:val="1F3A5F"/>
              </w:rPr>
              <w:t>Poem</w:t>
            </w:r>
            <w:proofErr w:type="gramEnd"/>
          </w:p>
          <w:p w14:paraId="08C8130E" w14:textId="77777777" w:rsidR="000D4DCB" w:rsidRDefault="00091397">
            <w:r>
              <w:rPr>
                <w:rFonts w:ascii="Calibri" w:eastAsia="Calibri" w:hAnsi="Calibri" w:cs="Calibri"/>
                <w:color w:val="595959"/>
                <w:sz w:val="18"/>
              </w:rPr>
              <w:t>At least 3 verses of 4 lines, or a poem that uses the letters of your hero's name</w:t>
            </w:r>
          </w:p>
        </w:tc>
      </w:tr>
    </w:tbl>
    <w:p w14:paraId="6CFEE96B"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7560"/>
      </w:tblGrid>
      <w:tr w:rsidR="000D4DCB" w14:paraId="5DF1451E" w14:textId="77777777">
        <w:tc>
          <w:tcPr>
            <w:tcW w:w="10080" w:type="dxa"/>
            <w:gridSpan w:val="2"/>
            <w:shd w:val="clear" w:color="auto" w:fill="E8EEF5"/>
            <w:tcMar>
              <w:top w:w="50" w:type="dxa"/>
              <w:left w:w="120" w:type="dxa"/>
              <w:bottom w:w="50" w:type="dxa"/>
              <w:right w:w="120" w:type="dxa"/>
            </w:tcMar>
          </w:tcPr>
          <w:p w14:paraId="0A4D98F2" w14:textId="77777777" w:rsidR="000D4DCB" w:rsidRDefault="00091397">
            <w:r>
              <w:rPr>
                <w:rFonts w:ascii="Calibri" w:eastAsia="Calibri" w:hAnsi="Calibri" w:cs="Calibri"/>
                <w:b/>
                <w:color w:val="1F3A5F"/>
                <w:sz w:val="23"/>
              </w:rPr>
              <w:t>My Plan</w:t>
            </w:r>
          </w:p>
        </w:tc>
      </w:tr>
      <w:tr w:rsidR="000D4DCB" w14:paraId="14C8235C" w14:textId="77777777">
        <w:trPr>
          <w:trHeight w:val="518"/>
        </w:trPr>
        <w:tc>
          <w:tcPr>
            <w:tcW w:w="2520" w:type="dxa"/>
            <w:shd w:val="clear" w:color="auto" w:fill="F4F7FA"/>
            <w:tcMar>
              <w:top w:w="50" w:type="dxa"/>
              <w:left w:w="100" w:type="dxa"/>
              <w:bottom w:w="50" w:type="dxa"/>
              <w:right w:w="80" w:type="dxa"/>
            </w:tcMar>
          </w:tcPr>
          <w:p w14:paraId="0BF57B80" w14:textId="77777777" w:rsidR="000D4DCB" w:rsidRDefault="00091397">
            <w:r>
              <w:rPr>
                <w:rFonts w:ascii="Calibri" w:eastAsia="Calibri" w:hAnsi="Calibri" w:cs="Calibri"/>
                <w:b/>
                <w:color w:val="1F3A5F"/>
                <w:sz w:val="20"/>
              </w:rPr>
              <w:t>My tribute will show:</w:t>
            </w:r>
          </w:p>
        </w:tc>
        <w:tc>
          <w:tcPr>
            <w:tcW w:w="7560" w:type="dxa"/>
            <w:tcMar>
              <w:top w:w="50" w:type="dxa"/>
              <w:left w:w="100" w:type="dxa"/>
              <w:bottom w:w="50" w:type="dxa"/>
              <w:right w:w="100" w:type="dxa"/>
            </w:tcMar>
          </w:tcPr>
          <w:p w14:paraId="638F8AAE" w14:textId="77777777" w:rsidR="000D4DCB" w:rsidRDefault="00091397">
            <w:r>
              <w:rPr>
                <w:rFonts w:ascii="Calibri" w:eastAsia="Calibri" w:hAnsi="Calibri" w:cs="Calibri"/>
                <w:color w:val="1F3A5F"/>
                <w:sz w:val="21"/>
              </w:rPr>
              <w:t>☐ Something that happened   ☐ A good quality   ☐ A big idea</w:t>
            </w:r>
          </w:p>
        </w:tc>
      </w:tr>
      <w:tr w:rsidR="000D4DCB" w14:paraId="0B5795CF" w14:textId="77777777">
        <w:trPr>
          <w:trHeight w:val="1440"/>
        </w:trPr>
        <w:tc>
          <w:tcPr>
            <w:tcW w:w="2520" w:type="dxa"/>
            <w:shd w:val="clear" w:color="auto" w:fill="F4F7FA"/>
            <w:tcMar>
              <w:top w:w="50" w:type="dxa"/>
              <w:left w:w="100" w:type="dxa"/>
              <w:bottom w:w="50" w:type="dxa"/>
              <w:right w:w="80" w:type="dxa"/>
            </w:tcMar>
          </w:tcPr>
          <w:p w14:paraId="5D013459" w14:textId="77777777" w:rsidR="000D4DCB" w:rsidRDefault="00091397">
            <w:proofErr w:type="gramStart"/>
            <w:r>
              <w:rPr>
                <w:rFonts w:ascii="Calibri" w:eastAsia="Calibri" w:hAnsi="Calibri" w:cs="Calibri"/>
                <w:b/>
                <w:color w:val="1F3A5F"/>
                <w:sz w:val="20"/>
              </w:rPr>
              <w:t>Tell</w:t>
            </w:r>
            <w:proofErr w:type="gramEnd"/>
            <w:r>
              <w:rPr>
                <w:rFonts w:ascii="Calibri" w:eastAsia="Calibri" w:hAnsi="Calibri" w:cs="Calibri"/>
                <w:b/>
                <w:color w:val="1F3A5F"/>
                <w:sz w:val="20"/>
              </w:rPr>
              <w:t xml:space="preserve"> about it:</w:t>
            </w:r>
          </w:p>
        </w:tc>
        <w:tc>
          <w:tcPr>
            <w:tcW w:w="7560" w:type="dxa"/>
            <w:tcMar>
              <w:top w:w="50" w:type="dxa"/>
              <w:left w:w="100" w:type="dxa"/>
              <w:bottom w:w="50" w:type="dxa"/>
              <w:right w:w="100" w:type="dxa"/>
            </w:tcMar>
          </w:tcPr>
          <w:p w14:paraId="12420F74" w14:textId="77777777" w:rsidR="000D4DCB" w:rsidRDefault="000D4DCB"/>
        </w:tc>
      </w:tr>
    </w:tbl>
    <w:p w14:paraId="3A1AD04F" w14:textId="77777777" w:rsidR="000D4DCB" w:rsidRDefault="000D4DCB">
      <w:pPr>
        <w:spacing w:after="160" w:line="264" w:lineRule="auto"/>
      </w:pPr>
    </w:p>
    <w:p w14:paraId="31B643B0" w14:textId="77777777" w:rsidR="000D4DCB" w:rsidRDefault="00091397">
      <w:pPr>
        <w:spacing w:after="40" w:line="264" w:lineRule="auto"/>
      </w:pPr>
      <w:r>
        <w:rPr>
          <w:rFonts w:eastAsia="Georgia" w:cs="Georgia"/>
          <w:i/>
          <w:color w:val="595959"/>
          <w:sz w:val="19"/>
        </w:rPr>
        <w:t>Sketch, song idea, or first verse:</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5C167AA2" w14:textId="77777777">
        <w:trPr>
          <w:trHeight w:val="3312"/>
        </w:trPr>
        <w:tc>
          <w:tcPr>
            <w:tcW w:w="10080" w:type="dxa"/>
          </w:tcPr>
          <w:p w14:paraId="384F7A60" w14:textId="77777777" w:rsidR="000D4DCB" w:rsidRDefault="000D4DCB"/>
        </w:tc>
      </w:tr>
    </w:tbl>
    <w:p w14:paraId="656B76CF"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5B606D7F" w14:textId="77777777">
        <w:tc>
          <w:tcPr>
            <w:tcW w:w="7632" w:type="dxa"/>
            <w:shd w:val="clear" w:color="auto" w:fill="1F3A5F"/>
            <w:tcMar>
              <w:top w:w="90" w:type="dxa"/>
              <w:left w:w="140" w:type="dxa"/>
              <w:bottom w:w="90" w:type="dxa"/>
              <w:right w:w="140" w:type="dxa"/>
            </w:tcMar>
            <w:vAlign w:val="center"/>
          </w:tcPr>
          <w:p w14:paraId="66B9DADC"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26</w:t>
            </w:r>
          </w:p>
          <w:p w14:paraId="030E06D6" w14:textId="77777777" w:rsidR="000D4DCB" w:rsidRDefault="00091397">
            <w:r>
              <w:rPr>
                <w:rFonts w:ascii="Calibri" w:eastAsia="Calibri" w:hAnsi="Calibri" w:cs="Calibri"/>
                <w:b/>
                <w:color w:val="FFFFFF"/>
                <w:sz w:val="40"/>
              </w:rPr>
              <w:t>Creative Tribute: Create</w:t>
            </w:r>
          </w:p>
        </w:tc>
        <w:tc>
          <w:tcPr>
            <w:tcW w:w="2448" w:type="dxa"/>
            <w:shd w:val="clear" w:color="auto" w:fill="1F3A5F"/>
            <w:tcMar>
              <w:top w:w="90" w:type="dxa"/>
              <w:left w:w="140" w:type="dxa"/>
              <w:bottom w:w="90" w:type="dxa"/>
              <w:right w:w="140" w:type="dxa"/>
            </w:tcMar>
            <w:vAlign w:val="center"/>
          </w:tcPr>
          <w:p w14:paraId="4C28FC35" w14:textId="77777777" w:rsidR="000D4DCB" w:rsidRDefault="00091397">
            <w:pPr>
              <w:jc w:val="right"/>
            </w:pPr>
            <w:r>
              <w:rPr>
                <w:rFonts w:ascii="Calibri" w:eastAsia="Calibri" w:hAnsi="Calibri" w:cs="Calibri"/>
                <w:color w:val="C8D6E5"/>
                <w:sz w:val="18"/>
              </w:rPr>
              <w:t>About 30–60 minutes</w:t>
            </w:r>
          </w:p>
        </w:tc>
      </w:tr>
    </w:tbl>
    <w:p w14:paraId="1D5595BA" w14:textId="77777777" w:rsidR="000D4DCB" w:rsidRDefault="000D4DCB">
      <w:pPr>
        <w:spacing w:line="264" w:lineRule="auto"/>
      </w:pPr>
    </w:p>
    <w:p w14:paraId="775DCC52"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Make your tribute.</w:t>
      </w:r>
    </w:p>
    <w:p w14:paraId="64745821" w14:textId="77777777" w:rsidR="000D4DCB" w:rsidRDefault="000D4DCB">
      <w:pPr>
        <w:spacing w:line="264" w:lineRule="auto"/>
      </w:pPr>
    </w:p>
    <w:p w14:paraId="5E65CADE"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3CE921CE" w14:textId="77777777">
        <w:tc>
          <w:tcPr>
            <w:tcW w:w="504" w:type="dxa"/>
            <w:tcMar>
              <w:top w:w="20" w:type="dxa"/>
              <w:left w:w="20" w:type="dxa"/>
              <w:bottom w:w="20" w:type="dxa"/>
              <w:right w:w="20" w:type="dxa"/>
            </w:tcMar>
          </w:tcPr>
          <w:p w14:paraId="0224A189"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5255B40C" w14:textId="77777777" w:rsidR="000D4DCB" w:rsidRDefault="00091397">
            <w:r>
              <w:rPr>
                <w:rFonts w:eastAsia="Georgia" w:cs="Georgia"/>
                <w:color w:val="222222"/>
                <w:sz w:val="21"/>
              </w:rPr>
              <w:t>Use your plan from Step 25 to make your tribute.</w:t>
            </w:r>
          </w:p>
        </w:tc>
      </w:tr>
      <w:tr w:rsidR="000D4DCB" w14:paraId="3012F2E7" w14:textId="77777777">
        <w:tc>
          <w:tcPr>
            <w:tcW w:w="504" w:type="dxa"/>
            <w:tcMar>
              <w:top w:w="20" w:type="dxa"/>
              <w:left w:w="20" w:type="dxa"/>
              <w:bottom w:w="20" w:type="dxa"/>
              <w:right w:w="20" w:type="dxa"/>
            </w:tcMar>
          </w:tcPr>
          <w:p w14:paraId="56C2A677"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0478F9C7" w14:textId="77777777" w:rsidR="000D4DCB" w:rsidRDefault="00091397">
            <w:r>
              <w:rPr>
                <w:rFonts w:eastAsia="Georgia" w:cs="Georgia"/>
                <w:color w:val="222222"/>
                <w:sz w:val="21"/>
              </w:rPr>
              <w:t>Check off each part when you finish it. You may keep working at another time if you need more time.</w:t>
            </w:r>
          </w:p>
        </w:tc>
      </w:tr>
      <w:tr w:rsidR="000D4DCB" w14:paraId="2C882429" w14:textId="77777777">
        <w:tc>
          <w:tcPr>
            <w:tcW w:w="504" w:type="dxa"/>
            <w:tcMar>
              <w:top w:w="20" w:type="dxa"/>
              <w:left w:w="20" w:type="dxa"/>
              <w:bottom w:w="20" w:type="dxa"/>
              <w:right w:w="20" w:type="dxa"/>
            </w:tcMar>
          </w:tcPr>
          <w:p w14:paraId="61FD56D1"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4EF87408" w14:textId="77777777" w:rsidR="000D4DCB" w:rsidRDefault="00091397">
            <w:r>
              <w:rPr>
                <w:rFonts w:eastAsia="Georgia" w:cs="Georgia"/>
                <w:color w:val="222222"/>
                <w:sz w:val="21"/>
              </w:rPr>
              <w:t>Write down each time you work on it. Ask a parent to check how you are doing.</w:t>
            </w:r>
          </w:p>
        </w:tc>
      </w:tr>
    </w:tbl>
    <w:p w14:paraId="7DDFF6C8"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520"/>
        <w:gridCol w:w="2520"/>
        <w:gridCol w:w="2520"/>
        <w:gridCol w:w="2520"/>
      </w:tblGrid>
      <w:tr w:rsidR="000D4DCB" w14:paraId="1243C558" w14:textId="77777777">
        <w:tc>
          <w:tcPr>
            <w:tcW w:w="10080" w:type="dxa"/>
            <w:gridSpan w:val="4"/>
            <w:shd w:val="clear" w:color="auto" w:fill="E8EEF5"/>
            <w:tcMar>
              <w:top w:w="50" w:type="dxa"/>
              <w:left w:w="120" w:type="dxa"/>
              <w:bottom w:w="50" w:type="dxa"/>
              <w:right w:w="120" w:type="dxa"/>
            </w:tcMar>
          </w:tcPr>
          <w:p w14:paraId="140B5836" w14:textId="77777777" w:rsidR="000D4DCB" w:rsidRDefault="00091397">
            <w:r>
              <w:rPr>
                <w:rFonts w:ascii="Calibri" w:eastAsia="Calibri" w:hAnsi="Calibri" w:cs="Calibri"/>
                <w:b/>
                <w:color w:val="1F3A5F"/>
                <w:sz w:val="23"/>
              </w:rPr>
              <w:t>Progress Checklist</w:t>
            </w:r>
            <w:r>
              <w:rPr>
                <w:rFonts w:ascii="Calibri" w:eastAsia="Calibri" w:hAnsi="Calibri" w:cs="Calibri"/>
                <w:i/>
                <w:color w:val="595959"/>
                <w:sz w:val="19"/>
              </w:rPr>
              <w:t xml:space="preserve">   Use the list for the one you chose.</w:t>
            </w:r>
          </w:p>
        </w:tc>
      </w:tr>
      <w:tr w:rsidR="000D4DCB" w14:paraId="37A9097E" w14:textId="77777777">
        <w:tc>
          <w:tcPr>
            <w:tcW w:w="2520" w:type="dxa"/>
            <w:shd w:val="clear" w:color="auto" w:fill="F4F7FA"/>
            <w:tcMar>
              <w:top w:w="40" w:type="dxa"/>
              <w:left w:w="100" w:type="dxa"/>
              <w:bottom w:w="40" w:type="dxa"/>
              <w:right w:w="80" w:type="dxa"/>
            </w:tcMar>
          </w:tcPr>
          <w:p w14:paraId="4CF67D83" w14:textId="77777777" w:rsidR="000D4DCB" w:rsidRDefault="00091397">
            <w:r>
              <w:rPr>
                <w:rFonts w:ascii="Calibri" w:eastAsia="Calibri" w:hAnsi="Calibri" w:cs="Calibri"/>
                <w:b/>
                <w:color w:val="1F3A5F"/>
                <w:sz w:val="21"/>
              </w:rPr>
              <w:t>Art</w:t>
            </w:r>
          </w:p>
        </w:tc>
        <w:tc>
          <w:tcPr>
            <w:tcW w:w="2520" w:type="dxa"/>
            <w:shd w:val="clear" w:color="auto" w:fill="F4F7FA"/>
            <w:tcMar>
              <w:top w:w="40" w:type="dxa"/>
              <w:left w:w="100" w:type="dxa"/>
              <w:bottom w:w="40" w:type="dxa"/>
              <w:right w:w="80" w:type="dxa"/>
            </w:tcMar>
          </w:tcPr>
          <w:p w14:paraId="2739DB70" w14:textId="77777777" w:rsidR="000D4DCB" w:rsidRDefault="00091397">
            <w:r>
              <w:rPr>
                <w:rFonts w:ascii="Calibri" w:eastAsia="Calibri" w:hAnsi="Calibri" w:cs="Calibri"/>
                <w:b/>
                <w:color w:val="1F3A5F"/>
                <w:sz w:val="21"/>
              </w:rPr>
              <w:t>Music</w:t>
            </w:r>
          </w:p>
        </w:tc>
        <w:tc>
          <w:tcPr>
            <w:tcW w:w="2520" w:type="dxa"/>
            <w:shd w:val="clear" w:color="auto" w:fill="F4F7FA"/>
            <w:tcMar>
              <w:top w:w="40" w:type="dxa"/>
              <w:left w:w="100" w:type="dxa"/>
              <w:bottom w:w="40" w:type="dxa"/>
              <w:right w:w="80" w:type="dxa"/>
            </w:tcMar>
          </w:tcPr>
          <w:p w14:paraId="71A43126" w14:textId="77777777" w:rsidR="000D4DCB" w:rsidRDefault="00091397">
            <w:r>
              <w:rPr>
                <w:rFonts w:ascii="Calibri" w:eastAsia="Calibri" w:hAnsi="Calibri" w:cs="Calibri"/>
                <w:b/>
                <w:color w:val="1F3A5F"/>
                <w:sz w:val="21"/>
              </w:rPr>
              <w:t>Video</w:t>
            </w:r>
          </w:p>
        </w:tc>
        <w:tc>
          <w:tcPr>
            <w:tcW w:w="2520" w:type="dxa"/>
            <w:shd w:val="clear" w:color="auto" w:fill="F4F7FA"/>
            <w:tcMar>
              <w:top w:w="40" w:type="dxa"/>
              <w:left w:w="100" w:type="dxa"/>
              <w:bottom w:w="40" w:type="dxa"/>
              <w:right w:w="80" w:type="dxa"/>
            </w:tcMar>
          </w:tcPr>
          <w:p w14:paraId="42FE7A5D" w14:textId="77777777" w:rsidR="000D4DCB" w:rsidRDefault="00091397">
            <w:r>
              <w:rPr>
                <w:rFonts w:ascii="Calibri" w:eastAsia="Calibri" w:hAnsi="Calibri" w:cs="Calibri"/>
                <w:b/>
                <w:color w:val="1F3A5F"/>
                <w:sz w:val="21"/>
              </w:rPr>
              <w:t>Poem</w:t>
            </w:r>
          </w:p>
        </w:tc>
      </w:tr>
      <w:tr w:rsidR="000D4DCB" w14:paraId="5618B4BA" w14:textId="77777777">
        <w:tc>
          <w:tcPr>
            <w:tcW w:w="2520" w:type="dxa"/>
            <w:tcMar>
              <w:top w:w="50" w:type="dxa"/>
              <w:left w:w="80" w:type="dxa"/>
              <w:bottom w:w="50" w:type="dxa"/>
              <w:right w:w="60" w:type="dxa"/>
            </w:tcMar>
          </w:tcPr>
          <w:p w14:paraId="6ADDFA17"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Sketch</w:t>
            </w:r>
            <w:proofErr w:type="gramEnd"/>
            <w:r>
              <w:rPr>
                <w:rFonts w:ascii="Calibri" w:eastAsia="Calibri" w:hAnsi="Calibri" w:cs="Calibri"/>
                <w:color w:val="222222"/>
                <w:sz w:val="20"/>
              </w:rPr>
              <w:t xml:space="preserve"> done</w:t>
            </w:r>
          </w:p>
          <w:p w14:paraId="60D043F5"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Supplies</w:t>
            </w:r>
            <w:proofErr w:type="gramEnd"/>
            <w:r>
              <w:rPr>
                <w:rFonts w:ascii="Calibri" w:eastAsia="Calibri" w:hAnsi="Calibri" w:cs="Calibri"/>
                <w:color w:val="222222"/>
                <w:sz w:val="20"/>
              </w:rPr>
              <w:t xml:space="preserve"> ready</w:t>
            </w:r>
          </w:p>
          <w:p w14:paraId="30CBF4BB"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Main</w:t>
            </w:r>
            <w:proofErr w:type="gramEnd"/>
            <w:r>
              <w:rPr>
                <w:rFonts w:ascii="Calibri" w:eastAsia="Calibri" w:hAnsi="Calibri" w:cs="Calibri"/>
                <w:color w:val="222222"/>
                <w:sz w:val="20"/>
              </w:rPr>
              <w:t xml:space="preserve"> part made</w:t>
            </w:r>
          </w:p>
          <w:p w14:paraId="1B7884E6"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Details</w:t>
            </w:r>
            <w:proofErr w:type="gramEnd"/>
            <w:r>
              <w:rPr>
                <w:rFonts w:ascii="Calibri" w:eastAsia="Calibri" w:hAnsi="Calibri" w:cs="Calibri"/>
                <w:color w:val="222222"/>
                <w:sz w:val="20"/>
              </w:rPr>
              <w:t xml:space="preserve"> finished</w:t>
            </w:r>
          </w:p>
        </w:tc>
        <w:tc>
          <w:tcPr>
            <w:tcW w:w="2520" w:type="dxa"/>
            <w:tcMar>
              <w:top w:w="50" w:type="dxa"/>
              <w:left w:w="80" w:type="dxa"/>
              <w:bottom w:w="50" w:type="dxa"/>
              <w:right w:w="60" w:type="dxa"/>
            </w:tcMar>
          </w:tcPr>
          <w:p w14:paraId="798F32A9"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Words</w:t>
            </w:r>
            <w:proofErr w:type="gramEnd"/>
            <w:r>
              <w:rPr>
                <w:rFonts w:ascii="Calibri" w:eastAsia="Calibri" w:hAnsi="Calibri" w:cs="Calibri"/>
                <w:color w:val="222222"/>
                <w:sz w:val="20"/>
              </w:rPr>
              <w:t xml:space="preserve"> or tune written</w:t>
            </w:r>
          </w:p>
          <w:p w14:paraId="059765B3"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Practiced</w:t>
            </w:r>
            <w:proofErr w:type="gramEnd"/>
            <w:r>
              <w:rPr>
                <w:rFonts w:ascii="Calibri" w:eastAsia="Calibri" w:hAnsi="Calibri" w:cs="Calibri"/>
                <w:color w:val="222222"/>
                <w:sz w:val="20"/>
              </w:rPr>
              <w:t xml:space="preserve"> many times</w:t>
            </w:r>
          </w:p>
          <w:p w14:paraId="1C253183"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Can</w:t>
            </w:r>
            <w:proofErr w:type="gramEnd"/>
            <w:r>
              <w:rPr>
                <w:rFonts w:ascii="Calibri" w:eastAsia="Calibri" w:hAnsi="Calibri" w:cs="Calibri"/>
                <w:color w:val="222222"/>
                <w:sz w:val="20"/>
              </w:rPr>
              <w:t xml:space="preserve"> play or sing it from memory</w:t>
            </w:r>
          </w:p>
        </w:tc>
        <w:tc>
          <w:tcPr>
            <w:tcW w:w="2520" w:type="dxa"/>
            <w:tcMar>
              <w:top w:w="50" w:type="dxa"/>
              <w:left w:w="80" w:type="dxa"/>
              <w:bottom w:w="50" w:type="dxa"/>
              <w:right w:w="60" w:type="dxa"/>
            </w:tcMar>
          </w:tcPr>
          <w:p w14:paraId="59E92BE1"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Plan</w:t>
            </w:r>
            <w:proofErr w:type="gramEnd"/>
            <w:r>
              <w:rPr>
                <w:rFonts w:ascii="Calibri" w:eastAsia="Calibri" w:hAnsi="Calibri" w:cs="Calibri"/>
                <w:color w:val="222222"/>
                <w:sz w:val="20"/>
              </w:rPr>
              <w:t xml:space="preserve"> drawn</w:t>
            </w:r>
          </w:p>
          <w:p w14:paraId="614546E7"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Pictures</w:t>
            </w:r>
            <w:proofErr w:type="gramEnd"/>
            <w:r>
              <w:rPr>
                <w:rFonts w:ascii="Calibri" w:eastAsia="Calibri" w:hAnsi="Calibri" w:cs="Calibri"/>
                <w:color w:val="222222"/>
                <w:sz w:val="20"/>
              </w:rPr>
              <w:t xml:space="preserve"> or clips ready</w:t>
            </w:r>
          </w:p>
          <w:p w14:paraId="39BE08E6"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Video</w:t>
            </w:r>
            <w:proofErr w:type="gramEnd"/>
            <w:r>
              <w:rPr>
                <w:rFonts w:ascii="Calibri" w:eastAsia="Calibri" w:hAnsi="Calibri" w:cs="Calibri"/>
                <w:color w:val="222222"/>
                <w:sz w:val="20"/>
              </w:rPr>
              <w:t xml:space="preserve"> made and checked</w:t>
            </w:r>
          </w:p>
        </w:tc>
        <w:tc>
          <w:tcPr>
            <w:tcW w:w="2520" w:type="dxa"/>
            <w:tcMar>
              <w:top w:w="50" w:type="dxa"/>
              <w:left w:w="80" w:type="dxa"/>
              <w:bottom w:w="50" w:type="dxa"/>
              <w:right w:w="60" w:type="dxa"/>
            </w:tcMar>
          </w:tcPr>
          <w:p w14:paraId="4A68387F"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Kind</w:t>
            </w:r>
            <w:proofErr w:type="gramEnd"/>
            <w:r>
              <w:rPr>
                <w:rFonts w:ascii="Calibri" w:eastAsia="Calibri" w:hAnsi="Calibri" w:cs="Calibri"/>
                <w:color w:val="222222"/>
                <w:sz w:val="20"/>
              </w:rPr>
              <w:t xml:space="preserve"> of poem chosen</w:t>
            </w:r>
          </w:p>
          <w:p w14:paraId="1B4C2AEB"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All</w:t>
            </w:r>
            <w:proofErr w:type="gramEnd"/>
            <w:r>
              <w:rPr>
                <w:rFonts w:ascii="Calibri" w:eastAsia="Calibri" w:hAnsi="Calibri" w:cs="Calibri"/>
                <w:color w:val="222222"/>
                <w:sz w:val="20"/>
              </w:rPr>
              <w:t xml:space="preserve"> lines written</w:t>
            </w:r>
          </w:p>
          <w:p w14:paraId="5417377C"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Read</w:t>
            </w:r>
            <w:proofErr w:type="gramEnd"/>
            <w:r>
              <w:rPr>
                <w:rFonts w:ascii="Calibri" w:eastAsia="Calibri" w:hAnsi="Calibri" w:cs="Calibri"/>
                <w:color w:val="222222"/>
                <w:sz w:val="20"/>
              </w:rPr>
              <w:t xml:space="preserve"> aloud and fixed</w:t>
            </w:r>
          </w:p>
          <w:p w14:paraId="19B88024" w14:textId="77777777" w:rsidR="000D4DCB" w:rsidRDefault="00091397">
            <w:pPr>
              <w:spacing w:after="6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Final</w:t>
            </w:r>
            <w:proofErr w:type="gramEnd"/>
            <w:r>
              <w:rPr>
                <w:rFonts w:ascii="Calibri" w:eastAsia="Calibri" w:hAnsi="Calibri" w:cs="Calibri"/>
                <w:color w:val="222222"/>
                <w:sz w:val="20"/>
              </w:rPr>
              <w:t xml:space="preserve"> copy written</w:t>
            </w:r>
          </w:p>
        </w:tc>
      </w:tr>
    </w:tbl>
    <w:p w14:paraId="0CDA20A2"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1584"/>
        <w:gridCol w:w="6552"/>
        <w:gridCol w:w="1440"/>
      </w:tblGrid>
      <w:tr w:rsidR="000D4DCB" w14:paraId="78F6F29C" w14:textId="77777777">
        <w:tc>
          <w:tcPr>
            <w:tcW w:w="10080" w:type="dxa"/>
            <w:gridSpan w:val="4"/>
            <w:shd w:val="clear" w:color="auto" w:fill="E8EEF5"/>
            <w:tcMar>
              <w:top w:w="50" w:type="dxa"/>
              <w:left w:w="120" w:type="dxa"/>
              <w:bottom w:w="50" w:type="dxa"/>
              <w:right w:w="120" w:type="dxa"/>
            </w:tcMar>
          </w:tcPr>
          <w:p w14:paraId="2722B142" w14:textId="77777777" w:rsidR="000D4DCB" w:rsidRDefault="00091397">
            <w:r>
              <w:rPr>
                <w:rFonts w:ascii="Calibri" w:eastAsia="Calibri" w:hAnsi="Calibri" w:cs="Calibri"/>
                <w:b/>
                <w:color w:val="1F3A5F"/>
                <w:sz w:val="23"/>
              </w:rPr>
              <w:t>Times I Worked on It</w:t>
            </w:r>
          </w:p>
        </w:tc>
      </w:tr>
      <w:tr w:rsidR="000D4DCB" w14:paraId="5B5659EA" w14:textId="77777777">
        <w:tc>
          <w:tcPr>
            <w:tcW w:w="504" w:type="dxa"/>
            <w:shd w:val="clear" w:color="auto" w:fill="F4F7FA"/>
            <w:tcMar>
              <w:top w:w="40" w:type="dxa"/>
              <w:left w:w="100" w:type="dxa"/>
              <w:bottom w:w="40" w:type="dxa"/>
              <w:right w:w="80" w:type="dxa"/>
            </w:tcMar>
          </w:tcPr>
          <w:p w14:paraId="34C64F5F" w14:textId="77777777" w:rsidR="000D4DCB" w:rsidRDefault="00091397">
            <w:r>
              <w:rPr>
                <w:rFonts w:ascii="Calibri" w:eastAsia="Calibri" w:hAnsi="Calibri" w:cs="Calibri"/>
                <w:b/>
                <w:color w:val="1F3A5F"/>
                <w:sz w:val="20"/>
              </w:rPr>
              <w:t>#</w:t>
            </w:r>
          </w:p>
        </w:tc>
        <w:tc>
          <w:tcPr>
            <w:tcW w:w="1584" w:type="dxa"/>
            <w:shd w:val="clear" w:color="auto" w:fill="F4F7FA"/>
            <w:tcMar>
              <w:top w:w="40" w:type="dxa"/>
              <w:left w:w="100" w:type="dxa"/>
              <w:bottom w:w="40" w:type="dxa"/>
              <w:right w:w="80" w:type="dxa"/>
            </w:tcMar>
          </w:tcPr>
          <w:p w14:paraId="36DFBD5D" w14:textId="77777777" w:rsidR="000D4DCB" w:rsidRDefault="00091397">
            <w:r>
              <w:rPr>
                <w:rFonts w:ascii="Calibri" w:eastAsia="Calibri" w:hAnsi="Calibri" w:cs="Calibri"/>
                <w:b/>
                <w:color w:val="1F3A5F"/>
                <w:sz w:val="20"/>
              </w:rPr>
              <w:t>Date</w:t>
            </w:r>
          </w:p>
        </w:tc>
        <w:tc>
          <w:tcPr>
            <w:tcW w:w="6552" w:type="dxa"/>
            <w:shd w:val="clear" w:color="auto" w:fill="F4F7FA"/>
            <w:tcMar>
              <w:top w:w="40" w:type="dxa"/>
              <w:left w:w="100" w:type="dxa"/>
              <w:bottom w:w="40" w:type="dxa"/>
              <w:right w:w="80" w:type="dxa"/>
            </w:tcMar>
          </w:tcPr>
          <w:p w14:paraId="4070680F" w14:textId="77777777" w:rsidR="000D4DCB" w:rsidRDefault="00091397">
            <w:r>
              <w:rPr>
                <w:rFonts w:ascii="Calibri" w:eastAsia="Calibri" w:hAnsi="Calibri" w:cs="Calibri"/>
                <w:b/>
                <w:color w:val="1F3A5F"/>
                <w:sz w:val="20"/>
              </w:rPr>
              <w:t>What I did</w:t>
            </w:r>
          </w:p>
        </w:tc>
        <w:tc>
          <w:tcPr>
            <w:tcW w:w="1440" w:type="dxa"/>
            <w:shd w:val="clear" w:color="auto" w:fill="F4F7FA"/>
            <w:tcMar>
              <w:top w:w="40" w:type="dxa"/>
              <w:left w:w="100" w:type="dxa"/>
              <w:bottom w:w="40" w:type="dxa"/>
              <w:right w:w="80" w:type="dxa"/>
            </w:tcMar>
          </w:tcPr>
          <w:p w14:paraId="3354E808" w14:textId="77777777" w:rsidR="000D4DCB" w:rsidRDefault="00091397">
            <w:r>
              <w:rPr>
                <w:rFonts w:ascii="Calibri" w:eastAsia="Calibri" w:hAnsi="Calibri" w:cs="Calibri"/>
                <w:b/>
                <w:color w:val="1F3A5F"/>
                <w:sz w:val="20"/>
              </w:rPr>
              <w:t>Minutes</w:t>
            </w:r>
          </w:p>
        </w:tc>
      </w:tr>
      <w:tr w:rsidR="000D4DCB" w14:paraId="6EE9963E" w14:textId="77777777">
        <w:trPr>
          <w:trHeight w:val="1584"/>
        </w:trPr>
        <w:tc>
          <w:tcPr>
            <w:tcW w:w="504" w:type="dxa"/>
            <w:shd w:val="clear" w:color="auto" w:fill="F4F7FA"/>
            <w:tcMar>
              <w:top w:w="50" w:type="dxa"/>
              <w:left w:w="100" w:type="dxa"/>
              <w:bottom w:w="50" w:type="dxa"/>
              <w:right w:w="100" w:type="dxa"/>
            </w:tcMar>
          </w:tcPr>
          <w:p w14:paraId="1AC44C23" w14:textId="77777777" w:rsidR="000D4DCB" w:rsidRDefault="00091397">
            <w:r>
              <w:rPr>
                <w:rFonts w:ascii="Calibri" w:eastAsia="Calibri" w:hAnsi="Calibri" w:cs="Calibri"/>
                <w:b/>
                <w:color w:val="1F3A5F"/>
                <w:sz w:val="20"/>
              </w:rPr>
              <w:t>1</w:t>
            </w:r>
          </w:p>
        </w:tc>
        <w:tc>
          <w:tcPr>
            <w:tcW w:w="1584" w:type="dxa"/>
            <w:tcMar>
              <w:top w:w="50" w:type="dxa"/>
              <w:left w:w="100" w:type="dxa"/>
              <w:bottom w:w="50" w:type="dxa"/>
              <w:right w:w="100" w:type="dxa"/>
            </w:tcMar>
          </w:tcPr>
          <w:p w14:paraId="77A9A44B" w14:textId="77777777" w:rsidR="000D4DCB" w:rsidRDefault="000D4DCB"/>
        </w:tc>
        <w:tc>
          <w:tcPr>
            <w:tcW w:w="6552" w:type="dxa"/>
            <w:tcMar>
              <w:top w:w="50" w:type="dxa"/>
              <w:left w:w="100" w:type="dxa"/>
              <w:bottom w:w="50" w:type="dxa"/>
              <w:right w:w="100" w:type="dxa"/>
            </w:tcMar>
          </w:tcPr>
          <w:p w14:paraId="4210B952" w14:textId="77777777" w:rsidR="000D4DCB" w:rsidRDefault="000D4DCB"/>
        </w:tc>
        <w:tc>
          <w:tcPr>
            <w:tcW w:w="1440" w:type="dxa"/>
            <w:tcMar>
              <w:top w:w="50" w:type="dxa"/>
              <w:left w:w="100" w:type="dxa"/>
              <w:bottom w:w="50" w:type="dxa"/>
              <w:right w:w="100" w:type="dxa"/>
            </w:tcMar>
          </w:tcPr>
          <w:p w14:paraId="16A2642B" w14:textId="77777777" w:rsidR="000D4DCB" w:rsidRDefault="000D4DCB"/>
        </w:tc>
      </w:tr>
      <w:tr w:rsidR="000D4DCB" w14:paraId="2F1D67F5" w14:textId="77777777">
        <w:trPr>
          <w:trHeight w:val="1584"/>
        </w:trPr>
        <w:tc>
          <w:tcPr>
            <w:tcW w:w="504" w:type="dxa"/>
            <w:shd w:val="clear" w:color="auto" w:fill="F4F7FA"/>
            <w:tcMar>
              <w:top w:w="50" w:type="dxa"/>
              <w:left w:w="100" w:type="dxa"/>
              <w:bottom w:w="50" w:type="dxa"/>
              <w:right w:w="100" w:type="dxa"/>
            </w:tcMar>
          </w:tcPr>
          <w:p w14:paraId="1235B373" w14:textId="77777777" w:rsidR="000D4DCB" w:rsidRDefault="00091397">
            <w:r>
              <w:rPr>
                <w:rFonts w:ascii="Calibri" w:eastAsia="Calibri" w:hAnsi="Calibri" w:cs="Calibri"/>
                <w:b/>
                <w:color w:val="1F3A5F"/>
                <w:sz w:val="20"/>
              </w:rPr>
              <w:t>2</w:t>
            </w:r>
          </w:p>
        </w:tc>
        <w:tc>
          <w:tcPr>
            <w:tcW w:w="1584" w:type="dxa"/>
            <w:tcMar>
              <w:top w:w="50" w:type="dxa"/>
              <w:left w:w="100" w:type="dxa"/>
              <w:bottom w:w="50" w:type="dxa"/>
              <w:right w:w="100" w:type="dxa"/>
            </w:tcMar>
          </w:tcPr>
          <w:p w14:paraId="3131FE0C" w14:textId="77777777" w:rsidR="000D4DCB" w:rsidRDefault="000D4DCB"/>
        </w:tc>
        <w:tc>
          <w:tcPr>
            <w:tcW w:w="6552" w:type="dxa"/>
            <w:tcMar>
              <w:top w:w="50" w:type="dxa"/>
              <w:left w:w="100" w:type="dxa"/>
              <w:bottom w:w="50" w:type="dxa"/>
              <w:right w:w="100" w:type="dxa"/>
            </w:tcMar>
          </w:tcPr>
          <w:p w14:paraId="65EBDFD5" w14:textId="77777777" w:rsidR="000D4DCB" w:rsidRDefault="000D4DCB"/>
        </w:tc>
        <w:tc>
          <w:tcPr>
            <w:tcW w:w="1440" w:type="dxa"/>
            <w:tcMar>
              <w:top w:w="50" w:type="dxa"/>
              <w:left w:w="100" w:type="dxa"/>
              <w:bottom w:w="50" w:type="dxa"/>
              <w:right w:w="100" w:type="dxa"/>
            </w:tcMar>
          </w:tcPr>
          <w:p w14:paraId="24F6E78A" w14:textId="77777777" w:rsidR="000D4DCB" w:rsidRDefault="000D4DCB"/>
        </w:tc>
      </w:tr>
    </w:tbl>
    <w:p w14:paraId="1629FF25"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0D4DCB" w14:paraId="4DFBF4A8" w14:textId="77777777">
        <w:tc>
          <w:tcPr>
            <w:tcW w:w="10080" w:type="dxa"/>
            <w:gridSpan w:val="4"/>
            <w:shd w:val="clear" w:color="auto" w:fill="E8EEF5"/>
            <w:tcMar>
              <w:top w:w="50" w:type="dxa"/>
              <w:left w:w="120" w:type="dxa"/>
              <w:bottom w:w="50" w:type="dxa"/>
              <w:right w:w="120" w:type="dxa"/>
            </w:tcMar>
          </w:tcPr>
          <w:p w14:paraId="642DD973" w14:textId="77777777" w:rsidR="000D4DCB" w:rsidRDefault="00091397">
            <w:r>
              <w:rPr>
                <w:rFonts w:ascii="Calibri" w:eastAsia="Calibri" w:hAnsi="Calibri" w:cs="Calibri"/>
                <w:b/>
                <w:color w:val="1F3A5F"/>
                <w:sz w:val="23"/>
              </w:rPr>
              <w:t>Parent Check</w:t>
            </w:r>
          </w:p>
        </w:tc>
      </w:tr>
      <w:tr w:rsidR="000D4DCB" w14:paraId="0ACB36BF" w14:textId="77777777">
        <w:trPr>
          <w:trHeight w:val="518"/>
        </w:trPr>
        <w:tc>
          <w:tcPr>
            <w:tcW w:w="1872" w:type="dxa"/>
            <w:shd w:val="clear" w:color="auto" w:fill="F4F7FA"/>
            <w:tcMar>
              <w:top w:w="50" w:type="dxa"/>
              <w:left w:w="100" w:type="dxa"/>
              <w:bottom w:w="50" w:type="dxa"/>
              <w:right w:w="80" w:type="dxa"/>
            </w:tcMar>
          </w:tcPr>
          <w:p w14:paraId="55E5AFBD" w14:textId="77777777" w:rsidR="000D4DCB" w:rsidRDefault="00091397">
            <w:r>
              <w:rPr>
                <w:rFonts w:ascii="Calibri" w:eastAsia="Calibri" w:hAnsi="Calibri" w:cs="Calibri"/>
                <w:b/>
                <w:color w:val="1F3A5F"/>
                <w:sz w:val="20"/>
              </w:rPr>
              <w:t>Parent name:</w:t>
            </w:r>
          </w:p>
        </w:tc>
        <w:tc>
          <w:tcPr>
            <w:tcW w:w="3168" w:type="dxa"/>
            <w:tcMar>
              <w:top w:w="50" w:type="dxa"/>
              <w:left w:w="100" w:type="dxa"/>
              <w:bottom w:w="50" w:type="dxa"/>
              <w:right w:w="100" w:type="dxa"/>
            </w:tcMar>
          </w:tcPr>
          <w:p w14:paraId="6793D646" w14:textId="77777777" w:rsidR="000D4DCB" w:rsidRDefault="000D4DCB"/>
        </w:tc>
        <w:tc>
          <w:tcPr>
            <w:tcW w:w="1872" w:type="dxa"/>
            <w:shd w:val="clear" w:color="auto" w:fill="F4F7FA"/>
            <w:tcMar>
              <w:top w:w="50" w:type="dxa"/>
              <w:left w:w="100" w:type="dxa"/>
              <w:bottom w:w="50" w:type="dxa"/>
              <w:right w:w="80" w:type="dxa"/>
            </w:tcMar>
          </w:tcPr>
          <w:p w14:paraId="2D903BDC" w14:textId="77777777" w:rsidR="000D4DCB" w:rsidRDefault="0009139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11552723" w14:textId="77777777" w:rsidR="000D4DCB" w:rsidRDefault="000D4DCB"/>
        </w:tc>
      </w:tr>
    </w:tbl>
    <w:p w14:paraId="30FFE660"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3D5B1677" w14:textId="77777777">
        <w:tc>
          <w:tcPr>
            <w:tcW w:w="7632" w:type="dxa"/>
            <w:shd w:val="clear" w:color="auto" w:fill="1F3A5F"/>
            <w:tcMar>
              <w:top w:w="90" w:type="dxa"/>
              <w:left w:w="140" w:type="dxa"/>
              <w:bottom w:w="90" w:type="dxa"/>
              <w:right w:w="140" w:type="dxa"/>
            </w:tcMar>
            <w:vAlign w:val="center"/>
          </w:tcPr>
          <w:p w14:paraId="6435B210"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27</w:t>
            </w:r>
          </w:p>
          <w:p w14:paraId="7AFCEAB2" w14:textId="77777777" w:rsidR="000D4DCB" w:rsidRDefault="00091397">
            <w:r>
              <w:rPr>
                <w:rFonts w:ascii="Calibri" w:eastAsia="Calibri" w:hAnsi="Calibri" w:cs="Calibri"/>
                <w:b/>
                <w:color w:val="FFFFFF"/>
                <w:sz w:val="40"/>
              </w:rPr>
              <w:t>Creative Tribute: Finish and Share</w:t>
            </w:r>
          </w:p>
        </w:tc>
        <w:tc>
          <w:tcPr>
            <w:tcW w:w="2448" w:type="dxa"/>
            <w:shd w:val="clear" w:color="auto" w:fill="1F3A5F"/>
            <w:tcMar>
              <w:top w:w="90" w:type="dxa"/>
              <w:left w:w="140" w:type="dxa"/>
              <w:bottom w:w="90" w:type="dxa"/>
              <w:right w:w="140" w:type="dxa"/>
            </w:tcMar>
            <w:vAlign w:val="center"/>
          </w:tcPr>
          <w:p w14:paraId="53C4BB87" w14:textId="77777777" w:rsidR="000D4DCB" w:rsidRDefault="00091397">
            <w:pPr>
              <w:jc w:val="right"/>
            </w:pPr>
            <w:r>
              <w:rPr>
                <w:rFonts w:ascii="Calibri" w:eastAsia="Calibri" w:hAnsi="Calibri" w:cs="Calibri"/>
                <w:color w:val="C8D6E5"/>
                <w:sz w:val="18"/>
              </w:rPr>
              <w:t xml:space="preserve">About </w:t>
            </w:r>
            <w:r w:rsidR="0048418A">
              <w:rPr>
                <w:rFonts w:ascii="Calibri" w:eastAsia="Calibri" w:hAnsi="Calibri" w:cs="Calibri"/>
                <w:color w:val="C8D6E5"/>
                <w:sz w:val="18"/>
              </w:rPr>
              <w:t>30–60</w:t>
            </w:r>
            <w:r>
              <w:rPr>
                <w:rFonts w:ascii="Calibri" w:eastAsia="Calibri" w:hAnsi="Calibri" w:cs="Calibri"/>
                <w:color w:val="C8D6E5"/>
                <w:sz w:val="18"/>
              </w:rPr>
              <w:t xml:space="preserve"> minutes</w:t>
            </w:r>
          </w:p>
        </w:tc>
      </w:tr>
    </w:tbl>
    <w:p w14:paraId="6A79A6B3" w14:textId="77777777" w:rsidR="000D4DCB" w:rsidRDefault="000D4DCB">
      <w:pPr>
        <w:spacing w:line="264" w:lineRule="auto"/>
      </w:pPr>
    </w:p>
    <w:p w14:paraId="57FD0834"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Finish your tribute and add it to your notebook.</w:t>
      </w:r>
    </w:p>
    <w:p w14:paraId="2130914D" w14:textId="77777777" w:rsidR="000D4DCB" w:rsidRDefault="000D4DCB">
      <w:pPr>
        <w:spacing w:line="264" w:lineRule="auto"/>
      </w:pPr>
    </w:p>
    <w:p w14:paraId="5F430BB7"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2C9C1E0" w14:textId="77777777">
        <w:tc>
          <w:tcPr>
            <w:tcW w:w="504" w:type="dxa"/>
            <w:tcMar>
              <w:top w:w="20" w:type="dxa"/>
              <w:left w:w="20" w:type="dxa"/>
              <w:bottom w:w="20" w:type="dxa"/>
              <w:right w:w="20" w:type="dxa"/>
            </w:tcMar>
          </w:tcPr>
          <w:p w14:paraId="2A255608"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75622F9E" w14:textId="77777777" w:rsidR="000D4DCB" w:rsidRDefault="00091397">
            <w:r>
              <w:rPr>
                <w:rFonts w:eastAsia="Georgia" w:cs="Georgia"/>
                <w:color w:val="222222"/>
                <w:sz w:val="21"/>
              </w:rPr>
              <w:t>Finish your tribute. Add it to this page: a photo of your art, a link or QR code to your music or video, or your poem.</w:t>
            </w:r>
          </w:p>
        </w:tc>
      </w:tr>
      <w:tr w:rsidR="000D4DCB" w14:paraId="4195A20E" w14:textId="77777777">
        <w:tc>
          <w:tcPr>
            <w:tcW w:w="504" w:type="dxa"/>
            <w:tcMar>
              <w:top w:w="20" w:type="dxa"/>
              <w:left w:w="20" w:type="dxa"/>
              <w:bottom w:w="20" w:type="dxa"/>
              <w:right w:w="20" w:type="dxa"/>
            </w:tcMar>
          </w:tcPr>
          <w:p w14:paraId="211F836C"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51017FEE" w14:textId="77777777" w:rsidR="000D4DCB" w:rsidRDefault="00091397">
            <w:r>
              <w:rPr>
                <w:rFonts w:eastAsia="Georgia" w:cs="Georgia"/>
                <w:color w:val="222222"/>
                <w:sz w:val="21"/>
              </w:rPr>
              <w:t>Give your tribute a title.</w:t>
            </w:r>
          </w:p>
        </w:tc>
      </w:tr>
    </w:tbl>
    <w:p w14:paraId="2476CFB3"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296"/>
        <w:gridCol w:w="3744"/>
        <w:gridCol w:w="1296"/>
        <w:gridCol w:w="3744"/>
      </w:tblGrid>
      <w:tr w:rsidR="000D4DCB" w14:paraId="2266B9EA" w14:textId="77777777">
        <w:tc>
          <w:tcPr>
            <w:tcW w:w="10080" w:type="dxa"/>
            <w:gridSpan w:val="4"/>
            <w:shd w:val="clear" w:color="auto" w:fill="E8EEF5"/>
            <w:tcMar>
              <w:top w:w="50" w:type="dxa"/>
              <w:left w:w="120" w:type="dxa"/>
              <w:bottom w:w="50" w:type="dxa"/>
              <w:right w:w="120" w:type="dxa"/>
            </w:tcMar>
          </w:tcPr>
          <w:p w14:paraId="7D0ACCFB" w14:textId="77777777" w:rsidR="000D4DCB" w:rsidRDefault="00091397">
            <w:r>
              <w:rPr>
                <w:rFonts w:ascii="Calibri" w:eastAsia="Calibri" w:hAnsi="Calibri" w:cs="Calibri"/>
                <w:b/>
                <w:color w:val="1F3A5F"/>
                <w:sz w:val="23"/>
              </w:rPr>
              <w:t>My Creative Tribute</w:t>
            </w:r>
          </w:p>
        </w:tc>
      </w:tr>
      <w:tr w:rsidR="000D4DCB" w14:paraId="45B2FDDF" w14:textId="77777777">
        <w:trPr>
          <w:trHeight w:val="518"/>
        </w:trPr>
        <w:tc>
          <w:tcPr>
            <w:tcW w:w="1296" w:type="dxa"/>
            <w:shd w:val="clear" w:color="auto" w:fill="F4F7FA"/>
            <w:tcMar>
              <w:top w:w="50" w:type="dxa"/>
              <w:left w:w="100" w:type="dxa"/>
              <w:bottom w:w="50" w:type="dxa"/>
              <w:right w:w="80" w:type="dxa"/>
            </w:tcMar>
          </w:tcPr>
          <w:p w14:paraId="59F6FBBB" w14:textId="77777777" w:rsidR="000D4DCB" w:rsidRDefault="00091397">
            <w:r>
              <w:rPr>
                <w:rFonts w:ascii="Calibri" w:eastAsia="Calibri" w:hAnsi="Calibri" w:cs="Calibri"/>
                <w:b/>
                <w:color w:val="1F3A5F"/>
                <w:sz w:val="20"/>
              </w:rPr>
              <w:t>Title:</w:t>
            </w:r>
          </w:p>
        </w:tc>
        <w:tc>
          <w:tcPr>
            <w:tcW w:w="3744" w:type="dxa"/>
            <w:tcMar>
              <w:top w:w="50" w:type="dxa"/>
              <w:left w:w="100" w:type="dxa"/>
              <w:bottom w:w="50" w:type="dxa"/>
              <w:right w:w="100" w:type="dxa"/>
            </w:tcMar>
          </w:tcPr>
          <w:p w14:paraId="732417D6" w14:textId="77777777" w:rsidR="000D4DCB" w:rsidRDefault="000D4DCB"/>
        </w:tc>
        <w:tc>
          <w:tcPr>
            <w:tcW w:w="1296" w:type="dxa"/>
            <w:shd w:val="clear" w:color="auto" w:fill="F4F7FA"/>
            <w:tcMar>
              <w:top w:w="50" w:type="dxa"/>
              <w:left w:w="100" w:type="dxa"/>
              <w:bottom w:w="50" w:type="dxa"/>
              <w:right w:w="80" w:type="dxa"/>
            </w:tcMar>
          </w:tcPr>
          <w:p w14:paraId="4AB363F4" w14:textId="77777777" w:rsidR="000D4DCB" w:rsidRDefault="00091397">
            <w:r>
              <w:rPr>
                <w:rFonts w:ascii="Calibri" w:eastAsia="Calibri" w:hAnsi="Calibri" w:cs="Calibri"/>
                <w:b/>
                <w:color w:val="1F3A5F"/>
                <w:sz w:val="20"/>
              </w:rPr>
              <w:t>Kind:</w:t>
            </w:r>
          </w:p>
        </w:tc>
        <w:tc>
          <w:tcPr>
            <w:tcW w:w="3744" w:type="dxa"/>
            <w:tcMar>
              <w:top w:w="50" w:type="dxa"/>
              <w:left w:w="100" w:type="dxa"/>
              <w:bottom w:w="50" w:type="dxa"/>
              <w:right w:w="100" w:type="dxa"/>
            </w:tcMar>
          </w:tcPr>
          <w:p w14:paraId="5F0E612E" w14:textId="77777777" w:rsidR="000D4DCB" w:rsidRDefault="00091397">
            <w:r>
              <w:rPr>
                <w:rFonts w:ascii="Calibri" w:eastAsia="Calibri" w:hAnsi="Calibri" w:cs="Calibri"/>
                <w:color w:val="1F3A5F"/>
                <w:sz w:val="21"/>
              </w:rPr>
              <w:t xml:space="preserve">☐ </w:t>
            </w:r>
            <w:proofErr w:type="gramStart"/>
            <w:r>
              <w:rPr>
                <w:rFonts w:ascii="Calibri" w:eastAsia="Calibri" w:hAnsi="Calibri" w:cs="Calibri"/>
                <w:color w:val="1F3A5F"/>
                <w:sz w:val="21"/>
              </w:rPr>
              <w:t>Art  ☐</w:t>
            </w:r>
            <w:proofErr w:type="gramEnd"/>
            <w:r>
              <w:rPr>
                <w:rFonts w:ascii="Calibri" w:eastAsia="Calibri" w:hAnsi="Calibri" w:cs="Calibri"/>
                <w:color w:val="1F3A5F"/>
                <w:sz w:val="21"/>
              </w:rPr>
              <w:t xml:space="preserve"> </w:t>
            </w:r>
            <w:proofErr w:type="gramStart"/>
            <w:r>
              <w:rPr>
                <w:rFonts w:ascii="Calibri" w:eastAsia="Calibri" w:hAnsi="Calibri" w:cs="Calibri"/>
                <w:color w:val="1F3A5F"/>
                <w:sz w:val="21"/>
              </w:rPr>
              <w:t>Music  ☐</w:t>
            </w:r>
            <w:proofErr w:type="gramEnd"/>
            <w:r>
              <w:rPr>
                <w:rFonts w:ascii="Calibri" w:eastAsia="Calibri" w:hAnsi="Calibri" w:cs="Calibri"/>
                <w:color w:val="1F3A5F"/>
                <w:sz w:val="21"/>
              </w:rPr>
              <w:t xml:space="preserve"> </w:t>
            </w:r>
            <w:proofErr w:type="gramStart"/>
            <w:r>
              <w:rPr>
                <w:rFonts w:ascii="Calibri" w:eastAsia="Calibri" w:hAnsi="Calibri" w:cs="Calibri"/>
                <w:color w:val="1F3A5F"/>
                <w:sz w:val="21"/>
              </w:rPr>
              <w:t>Video  ☐</w:t>
            </w:r>
            <w:proofErr w:type="gramEnd"/>
            <w:r>
              <w:rPr>
                <w:rFonts w:ascii="Calibri" w:eastAsia="Calibri" w:hAnsi="Calibri" w:cs="Calibri"/>
                <w:color w:val="1F3A5F"/>
                <w:sz w:val="21"/>
              </w:rPr>
              <w:t xml:space="preserve"> Poem</w:t>
            </w:r>
          </w:p>
        </w:tc>
      </w:tr>
    </w:tbl>
    <w:p w14:paraId="7EC23DE2" w14:textId="77777777" w:rsidR="000D4DCB" w:rsidRDefault="000D4DCB">
      <w:pPr>
        <w:spacing w:after="120" w:line="264" w:lineRule="auto"/>
      </w:pPr>
    </w:p>
    <w:p w14:paraId="7CCCFA30" w14:textId="77777777" w:rsidR="000D4DCB" w:rsidRDefault="00091397">
      <w:pPr>
        <w:spacing w:after="40" w:line="264" w:lineRule="auto"/>
      </w:pPr>
      <w:r>
        <w:rPr>
          <w:rFonts w:eastAsia="Georgia" w:cs="Georgia"/>
          <w:i/>
          <w:color w:val="595959"/>
          <w:sz w:val="19"/>
        </w:rPr>
        <w:t>Put a photo, link, or QR code here, or write your poem.</w:t>
      </w:r>
    </w:p>
    <w:tbl>
      <w:tblPr>
        <w:tblW w:w="10080" w:type="dxa"/>
        <w:tblBorders>
          <w:top w:val="single" w:sz="6" w:space="0" w:color="C9D3DD"/>
          <w:left w:val="single" w:sz="6" w:space="0" w:color="C9D3DD"/>
          <w:bottom w:val="single" w:sz="6" w:space="0" w:color="C9D3DD"/>
          <w:right w:val="single" w:sz="6" w:space="0" w:color="C9D3DD"/>
          <w:insideH w:val="nil"/>
          <w:insideV w:val="nil"/>
        </w:tblBorders>
        <w:tblLayout w:type="fixed"/>
        <w:tblLook w:val="04A0" w:firstRow="1" w:lastRow="0" w:firstColumn="1" w:lastColumn="0" w:noHBand="0" w:noVBand="1"/>
      </w:tblPr>
      <w:tblGrid>
        <w:gridCol w:w="10080"/>
      </w:tblGrid>
      <w:tr w:rsidR="000D4DCB" w14:paraId="48437C53" w14:textId="77777777">
        <w:trPr>
          <w:trHeight w:val="8064"/>
        </w:trPr>
        <w:tc>
          <w:tcPr>
            <w:tcW w:w="10080" w:type="dxa"/>
          </w:tcPr>
          <w:p w14:paraId="5EA703A3" w14:textId="77777777" w:rsidR="000D4DCB" w:rsidRDefault="000D4DCB"/>
        </w:tc>
      </w:tr>
    </w:tbl>
    <w:p w14:paraId="60055C82"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79B1E62A" w14:textId="77777777">
        <w:tc>
          <w:tcPr>
            <w:tcW w:w="7632" w:type="dxa"/>
            <w:shd w:val="clear" w:color="auto" w:fill="1F3A5F"/>
            <w:tcMar>
              <w:top w:w="90" w:type="dxa"/>
              <w:left w:w="140" w:type="dxa"/>
              <w:bottom w:w="90" w:type="dxa"/>
              <w:right w:w="140" w:type="dxa"/>
            </w:tcMar>
            <w:vAlign w:val="center"/>
          </w:tcPr>
          <w:p w14:paraId="48BAD7B2"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28</w:t>
            </w:r>
          </w:p>
          <w:p w14:paraId="42F193CB" w14:textId="77777777" w:rsidR="000D4DCB" w:rsidRDefault="00091397">
            <w:r>
              <w:rPr>
                <w:rFonts w:ascii="Calibri" w:eastAsia="Calibri" w:hAnsi="Calibri" w:cs="Calibri"/>
                <w:b/>
                <w:color w:val="FFFFFF"/>
                <w:sz w:val="40"/>
              </w:rPr>
              <w:t>Me and the Cause of Christ</w:t>
            </w:r>
          </w:p>
        </w:tc>
        <w:tc>
          <w:tcPr>
            <w:tcW w:w="2448" w:type="dxa"/>
            <w:shd w:val="clear" w:color="auto" w:fill="1F3A5F"/>
            <w:tcMar>
              <w:top w:w="90" w:type="dxa"/>
              <w:left w:w="140" w:type="dxa"/>
              <w:bottom w:w="90" w:type="dxa"/>
              <w:right w:w="140" w:type="dxa"/>
            </w:tcMar>
            <w:vAlign w:val="center"/>
          </w:tcPr>
          <w:p w14:paraId="48BF9B34" w14:textId="77777777" w:rsidR="000D4DCB" w:rsidRDefault="00091397">
            <w:pPr>
              <w:jc w:val="right"/>
            </w:pPr>
            <w:r>
              <w:rPr>
                <w:rFonts w:ascii="Calibri" w:eastAsia="Calibri" w:hAnsi="Calibri" w:cs="Calibri"/>
                <w:color w:val="C8D6E5"/>
                <w:sz w:val="18"/>
              </w:rPr>
              <w:t>About 15–20 minutes</w:t>
            </w:r>
          </w:p>
        </w:tc>
      </w:tr>
    </w:tbl>
    <w:p w14:paraId="38D7D604" w14:textId="77777777" w:rsidR="000D4DCB" w:rsidRDefault="000D4DCB">
      <w:pPr>
        <w:spacing w:line="264" w:lineRule="auto"/>
      </w:pPr>
    </w:p>
    <w:p w14:paraId="4B3A1B90"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Choose to follow your hero's example.</w:t>
      </w:r>
    </w:p>
    <w:p w14:paraId="0F40416D" w14:textId="77777777" w:rsidR="000D4DCB" w:rsidRDefault="000D4DCB">
      <w:pPr>
        <w:spacing w:line="264" w:lineRule="auto"/>
      </w:pPr>
    </w:p>
    <w:p w14:paraId="2F1AAB78"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4690E092" w14:textId="77777777">
        <w:tc>
          <w:tcPr>
            <w:tcW w:w="504" w:type="dxa"/>
            <w:tcMar>
              <w:top w:w="20" w:type="dxa"/>
              <w:left w:w="20" w:type="dxa"/>
              <w:bottom w:w="20" w:type="dxa"/>
              <w:right w:w="20" w:type="dxa"/>
            </w:tcMar>
          </w:tcPr>
          <w:p w14:paraId="2D30EF44"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4957C0EB" w14:textId="77777777" w:rsidR="000D4DCB" w:rsidRDefault="00091397">
            <w:r>
              <w:rPr>
                <w:rFonts w:eastAsia="Georgia" w:cs="Georgia"/>
                <w:color w:val="222222"/>
                <w:sz w:val="21"/>
              </w:rPr>
              <w:t>Look back at your Christlike Attribute (Step 14), Attribute Goal (Step 20), and Service Report (Step 23).</w:t>
            </w:r>
          </w:p>
        </w:tc>
      </w:tr>
      <w:tr w:rsidR="000D4DCB" w14:paraId="7611BB38" w14:textId="77777777">
        <w:tc>
          <w:tcPr>
            <w:tcW w:w="504" w:type="dxa"/>
            <w:tcMar>
              <w:top w:w="20" w:type="dxa"/>
              <w:left w:w="20" w:type="dxa"/>
              <w:bottom w:w="20" w:type="dxa"/>
              <w:right w:w="20" w:type="dxa"/>
            </w:tcMar>
          </w:tcPr>
          <w:p w14:paraId="3F041BC7"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1BAA79DC" w14:textId="77777777" w:rsidR="000D4DCB" w:rsidRDefault="00091397">
            <w:r>
              <w:rPr>
                <w:rFonts w:eastAsia="Georgia" w:cs="Georgia"/>
                <w:color w:val="222222"/>
                <w:sz w:val="21"/>
              </w:rPr>
              <w:t>Think: How does my hero make me want to be better? What will I do because of what I learned?</w:t>
            </w:r>
          </w:p>
        </w:tc>
      </w:tr>
      <w:tr w:rsidR="000D4DCB" w14:paraId="029F3630" w14:textId="77777777">
        <w:tc>
          <w:tcPr>
            <w:tcW w:w="504" w:type="dxa"/>
            <w:tcMar>
              <w:top w:w="20" w:type="dxa"/>
              <w:left w:w="20" w:type="dxa"/>
              <w:bottom w:w="20" w:type="dxa"/>
              <w:right w:w="20" w:type="dxa"/>
            </w:tcMar>
          </w:tcPr>
          <w:p w14:paraId="21484C6E"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6DA8DFD1" w14:textId="77777777" w:rsidR="000D4DCB" w:rsidRDefault="00091397">
            <w:r>
              <w:rPr>
                <w:rFonts w:eastAsia="Georgia" w:cs="Georgia"/>
                <w:color w:val="222222"/>
                <w:sz w:val="21"/>
              </w:rPr>
              <w:t>Write 3–4 sentences about how your hero helps you want to bring others to Jesus.</w:t>
            </w:r>
          </w:p>
        </w:tc>
      </w:tr>
    </w:tbl>
    <w:p w14:paraId="30EE7A13" w14:textId="77777777" w:rsidR="000D4DCB" w:rsidRDefault="000D4DCB">
      <w:pPr>
        <w:spacing w:after="8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41E16081" w14:textId="77777777">
        <w:tc>
          <w:tcPr>
            <w:tcW w:w="10080" w:type="dxa"/>
            <w:shd w:val="clear" w:color="auto" w:fill="FBF6EC"/>
            <w:tcMar>
              <w:top w:w="70" w:type="dxa"/>
              <w:left w:w="140" w:type="dxa"/>
              <w:bottom w:w="70" w:type="dxa"/>
              <w:right w:w="140" w:type="dxa"/>
            </w:tcMar>
          </w:tcPr>
          <w:p w14:paraId="47CDEBF1" w14:textId="77777777" w:rsidR="000D4DCB" w:rsidRDefault="00091397">
            <w:r>
              <w:rPr>
                <w:rFonts w:ascii="Calibri" w:eastAsia="Calibri" w:hAnsi="Calibri" w:cs="Calibri"/>
                <w:b/>
                <w:color w:val="7A551C"/>
                <w:sz w:val="20"/>
              </w:rPr>
              <w:t xml:space="preserve">REMEMBER: </w:t>
            </w:r>
            <w:r>
              <w:rPr>
                <w:rFonts w:ascii="Calibri" w:eastAsia="Calibri" w:hAnsi="Calibri" w:cs="Calibri"/>
                <w:color w:val="3A2E1A"/>
                <w:sz w:val="20"/>
              </w:rPr>
              <w:t>The Cause of Christ is the work of helping people come to Jesus. You can help, too!</w:t>
            </w:r>
          </w:p>
        </w:tc>
      </w:tr>
    </w:tbl>
    <w:p w14:paraId="7E401A8A" w14:textId="77777777" w:rsidR="000D4DCB" w:rsidRDefault="000D4DCB">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193176C2" w14:textId="77777777">
        <w:tc>
          <w:tcPr>
            <w:tcW w:w="10080" w:type="dxa"/>
            <w:shd w:val="clear" w:color="auto" w:fill="FBF6EC"/>
            <w:tcMar>
              <w:top w:w="70" w:type="dxa"/>
              <w:left w:w="140" w:type="dxa"/>
              <w:bottom w:w="70" w:type="dxa"/>
              <w:right w:w="140" w:type="dxa"/>
            </w:tcMar>
          </w:tcPr>
          <w:p w14:paraId="7C470CA0" w14:textId="77777777" w:rsidR="000D4DCB" w:rsidRDefault="00091397">
            <w:r>
              <w:rPr>
                <w:rFonts w:ascii="Calibri" w:eastAsia="Calibri" w:hAnsi="Calibri" w:cs="Calibri"/>
                <w:b/>
                <w:color w:val="7A551C"/>
                <w:sz w:val="20"/>
              </w:rPr>
              <w:t>Sentence starters</w:t>
            </w:r>
          </w:p>
          <w:p w14:paraId="4CBC56ED" w14:textId="77777777" w:rsidR="000D4DCB" w:rsidRDefault="00091397">
            <w:pPr>
              <w:spacing w:after="20"/>
              <w:ind w:left="216"/>
            </w:pPr>
            <w:r>
              <w:rPr>
                <w:rFonts w:ascii="Calibri" w:eastAsia="Calibri" w:hAnsi="Calibri" w:cs="Calibri"/>
                <w:color w:val="3A2E1A"/>
                <w:sz w:val="20"/>
              </w:rPr>
              <w:t>•  My hero makes me want to help others come to Jesus by…</w:t>
            </w:r>
          </w:p>
          <w:p w14:paraId="705FA53A" w14:textId="77777777" w:rsidR="000D4DCB" w:rsidRDefault="00091397">
            <w:pPr>
              <w:spacing w:after="20"/>
              <w:ind w:left="216"/>
            </w:pPr>
            <w:r>
              <w:rPr>
                <w:rFonts w:ascii="Calibri" w:eastAsia="Calibri" w:hAnsi="Calibri" w:cs="Calibri"/>
                <w:color w:val="3A2E1A"/>
                <w:sz w:val="20"/>
              </w:rPr>
              <w:t>•  Because of my hero's example, I…</w:t>
            </w:r>
          </w:p>
          <w:p w14:paraId="205287D3" w14:textId="77777777" w:rsidR="000D4DCB" w:rsidRDefault="00091397">
            <w:pPr>
              <w:spacing w:after="20"/>
              <w:ind w:left="216"/>
            </w:pPr>
            <w:r>
              <w:rPr>
                <w:rFonts w:ascii="Calibri" w:eastAsia="Calibri" w:hAnsi="Calibri" w:cs="Calibri"/>
                <w:color w:val="3A2E1A"/>
                <w:sz w:val="20"/>
              </w:rPr>
              <w:t>•  From now on, I will…</w:t>
            </w:r>
          </w:p>
        </w:tc>
      </w:tr>
    </w:tbl>
    <w:p w14:paraId="19A5A06F"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1B0BFA98" w14:textId="77777777">
        <w:tc>
          <w:tcPr>
            <w:tcW w:w="10080" w:type="dxa"/>
            <w:shd w:val="clear" w:color="auto" w:fill="E8EEF5"/>
            <w:tcMar>
              <w:top w:w="50" w:type="dxa"/>
              <w:left w:w="120" w:type="dxa"/>
              <w:bottom w:w="50" w:type="dxa"/>
              <w:right w:w="120" w:type="dxa"/>
            </w:tcMar>
          </w:tcPr>
          <w:p w14:paraId="02087F65" w14:textId="77777777" w:rsidR="000D4DCB" w:rsidRDefault="00091397">
            <w:r>
              <w:rPr>
                <w:rFonts w:ascii="Calibri" w:eastAsia="Calibri" w:hAnsi="Calibri" w:cs="Calibri"/>
                <w:b/>
                <w:color w:val="1F3A5F"/>
                <w:sz w:val="23"/>
              </w:rPr>
              <w:t>Me and the Cause of Christ</w:t>
            </w:r>
          </w:p>
        </w:tc>
      </w:tr>
      <w:tr w:rsidR="000D4DCB" w14:paraId="567EE18F" w14:textId="77777777">
        <w:trPr>
          <w:trHeight w:val="547"/>
        </w:trPr>
        <w:tc>
          <w:tcPr>
            <w:tcW w:w="10080" w:type="dxa"/>
            <w:tcBorders>
              <w:bottom w:val="single" w:sz="4" w:space="0" w:color="C9D3DD"/>
            </w:tcBorders>
            <w:tcMar>
              <w:top w:w="0" w:type="dxa"/>
              <w:left w:w="120" w:type="dxa"/>
              <w:bottom w:w="0" w:type="dxa"/>
              <w:right w:w="120" w:type="dxa"/>
            </w:tcMar>
          </w:tcPr>
          <w:p w14:paraId="359955D7" w14:textId="77777777" w:rsidR="000D4DCB" w:rsidRDefault="000D4DCB"/>
        </w:tc>
      </w:tr>
      <w:tr w:rsidR="000D4DCB" w14:paraId="059C0040" w14:textId="77777777">
        <w:trPr>
          <w:trHeight w:val="547"/>
        </w:trPr>
        <w:tc>
          <w:tcPr>
            <w:tcW w:w="10080" w:type="dxa"/>
            <w:tcBorders>
              <w:bottom w:val="single" w:sz="4" w:space="0" w:color="C9D3DD"/>
            </w:tcBorders>
            <w:tcMar>
              <w:top w:w="0" w:type="dxa"/>
              <w:left w:w="120" w:type="dxa"/>
              <w:bottom w:w="0" w:type="dxa"/>
              <w:right w:w="120" w:type="dxa"/>
            </w:tcMar>
          </w:tcPr>
          <w:p w14:paraId="5CA01D97" w14:textId="77777777" w:rsidR="000D4DCB" w:rsidRDefault="000D4DCB"/>
        </w:tc>
      </w:tr>
      <w:tr w:rsidR="000D4DCB" w14:paraId="5734D6A9" w14:textId="77777777">
        <w:trPr>
          <w:trHeight w:val="547"/>
        </w:trPr>
        <w:tc>
          <w:tcPr>
            <w:tcW w:w="10080" w:type="dxa"/>
            <w:tcBorders>
              <w:bottom w:val="single" w:sz="4" w:space="0" w:color="C9D3DD"/>
            </w:tcBorders>
            <w:tcMar>
              <w:top w:w="0" w:type="dxa"/>
              <w:left w:w="120" w:type="dxa"/>
              <w:bottom w:w="0" w:type="dxa"/>
              <w:right w:w="120" w:type="dxa"/>
            </w:tcMar>
          </w:tcPr>
          <w:p w14:paraId="4CC25B49" w14:textId="77777777" w:rsidR="000D4DCB" w:rsidRDefault="000D4DCB"/>
        </w:tc>
      </w:tr>
      <w:tr w:rsidR="000D4DCB" w14:paraId="48893E0B" w14:textId="77777777">
        <w:trPr>
          <w:trHeight w:val="547"/>
        </w:trPr>
        <w:tc>
          <w:tcPr>
            <w:tcW w:w="10080" w:type="dxa"/>
            <w:tcBorders>
              <w:bottom w:val="single" w:sz="4" w:space="0" w:color="C9D3DD"/>
            </w:tcBorders>
            <w:tcMar>
              <w:top w:w="0" w:type="dxa"/>
              <w:left w:w="120" w:type="dxa"/>
              <w:bottom w:w="0" w:type="dxa"/>
              <w:right w:w="120" w:type="dxa"/>
            </w:tcMar>
          </w:tcPr>
          <w:p w14:paraId="211BF4C0" w14:textId="77777777" w:rsidR="000D4DCB" w:rsidRDefault="000D4DCB"/>
        </w:tc>
      </w:tr>
      <w:tr w:rsidR="000D4DCB" w14:paraId="20CF7D87" w14:textId="77777777">
        <w:trPr>
          <w:trHeight w:val="547"/>
        </w:trPr>
        <w:tc>
          <w:tcPr>
            <w:tcW w:w="10080" w:type="dxa"/>
            <w:tcBorders>
              <w:bottom w:val="single" w:sz="4" w:space="0" w:color="C9D3DD"/>
            </w:tcBorders>
            <w:tcMar>
              <w:top w:w="0" w:type="dxa"/>
              <w:left w:w="120" w:type="dxa"/>
              <w:bottom w:w="0" w:type="dxa"/>
              <w:right w:w="120" w:type="dxa"/>
            </w:tcMar>
          </w:tcPr>
          <w:p w14:paraId="541E1319" w14:textId="77777777" w:rsidR="000D4DCB" w:rsidRDefault="000D4DCB"/>
        </w:tc>
      </w:tr>
      <w:tr w:rsidR="000D4DCB" w14:paraId="0E77FCAC" w14:textId="77777777">
        <w:trPr>
          <w:trHeight w:val="547"/>
        </w:trPr>
        <w:tc>
          <w:tcPr>
            <w:tcW w:w="10080" w:type="dxa"/>
            <w:tcBorders>
              <w:bottom w:val="single" w:sz="4" w:space="0" w:color="C9D3DD"/>
            </w:tcBorders>
            <w:tcMar>
              <w:top w:w="0" w:type="dxa"/>
              <w:left w:w="120" w:type="dxa"/>
              <w:bottom w:w="0" w:type="dxa"/>
              <w:right w:w="120" w:type="dxa"/>
            </w:tcMar>
          </w:tcPr>
          <w:p w14:paraId="530F568B" w14:textId="77777777" w:rsidR="000D4DCB" w:rsidRDefault="000D4DCB"/>
        </w:tc>
      </w:tr>
      <w:tr w:rsidR="000D4DCB" w14:paraId="2598C690" w14:textId="77777777">
        <w:trPr>
          <w:trHeight w:val="547"/>
        </w:trPr>
        <w:tc>
          <w:tcPr>
            <w:tcW w:w="10080" w:type="dxa"/>
            <w:tcBorders>
              <w:bottom w:val="single" w:sz="4" w:space="0" w:color="C9D3DD"/>
            </w:tcBorders>
            <w:tcMar>
              <w:top w:w="0" w:type="dxa"/>
              <w:left w:w="120" w:type="dxa"/>
              <w:bottom w:w="0" w:type="dxa"/>
              <w:right w:w="120" w:type="dxa"/>
            </w:tcMar>
          </w:tcPr>
          <w:p w14:paraId="2C2514B9" w14:textId="77777777" w:rsidR="000D4DCB" w:rsidRDefault="000D4DCB"/>
        </w:tc>
      </w:tr>
      <w:tr w:rsidR="000D4DCB" w14:paraId="1B0A415A" w14:textId="77777777">
        <w:trPr>
          <w:trHeight w:val="547"/>
        </w:trPr>
        <w:tc>
          <w:tcPr>
            <w:tcW w:w="10080" w:type="dxa"/>
            <w:tcBorders>
              <w:bottom w:val="single" w:sz="4" w:space="0" w:color="C9D3DD"/>
            </w:tcBorders>
            <w:tcMar>
              <w:top w:w="0" w:type="dxa"/>
              <w:left w:w="120" w:type="dxa"/>
              <w:bottom w:w="0" w:type="dxa"/>
              <w:right w:w="120" w:type="dxa"/>
            </w:tcMar>
          </w:tcPr>
          <w:p w14:paraId="7106557B" w14:textId="77777777" w:rsidR="000D4DCB" w:rsidRDefault="000D4DCB"/>
        </w:tc>
      </w:tr>
      <w:tr w:rsidR="000D4DCB" w14:paraId="25EB7E30" w14:textId="77777777">
        <w:trPr>
          <w:trHeight w:val="547"/>
        </w:trPr>
        <w:tc>
          <w:tcPr>
            <w:tcW w:w="10080" w:type="dxa"/>
            <w:tcBorders>
              <w:bottom w:val="single" w:sz="4" w:space="0" w:color="C9D3DD"/>
            </w:tcBorders>
            <w:tcMar>
              <w:top w:w="0" w:type="dxa"/>
              <w:left w:w="120" w:type="dxa"/>
              <w:bottom w:w="0" w:type="dxa"/>
              <w:right w:w="120" w:type="dxa"/>
            </w:tcMar>
          </w:tcPr>
          <w:p w14:paraId="7379E24C" w14:textId="77777777" w:rsidR="000D4DCB" w:rsidRDefault="000D4DCB"/>
        </w:tc>
      </w:tr>
      <w:tr w:rsidR="000D4DCB" w14:paraId="0D2CF6A5" w14:textId="77777777">
        <w:trPr>
          <w:trHeight w:val="547"/>
        </w:trPr>
        <w:tc>
          <w:tcPr>
            <w:tcW w:w="10080" w:type="dxa"/>
            <w:tcBorders>
              <w:bottom w:val="single" w:sz="4" w:space="0" w:color="C9D3DD"/>
            </w:tcBorders>
            <w:tcMar>
              <w:top w:w="0" w:type="dxa"/>
              <w:left w:w="120" w:type="dxa"/>
              <w:bottom w:w="0" w:type="dxa"/>
              <w:right w:w="120" w:type="dxa"/>
            </w:tcMar>
          </w:tcPr>
          <w:p w14:paraId="5654C596" w14:textId="77777777" w:rsidR="000D4DCB" w:rsidRDefault="000D4DCB"/>
        </w:tc>
      </w:tr>
      <w:tr w:rsidR="000D4DCB" w14:paraId="1858EA5C" w14:textId="77777777">
        <w:trPr>
          <w:trHeight w:val="547"/>
        </w:trPr>
        <w:tc>
          <w:tcPr>
            <w:tcW w:w="10080" w:type="dxa"/>
            <w:tcMar>
              <w:top w:w="0" w:type="dxa"/>
              <w:left w:w="120" w:type="dxa"/>
              <w:bottom w:w="0" w:type="dxa"/>
              <w:right w:w="120" w:type="dxa"/>
            </w:tcMar>
          </w:tcPr>
          <w:p w14:paraId="10FEC1AE" w14:textId="77777777" w:rsidR="000D4DCB" w:rsidRDefault="000D4DCB"/>
        </w:tc>
      </w:tr>
    </w:tbl>
    <w:p w14:paraId="26237D1A"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4C09419D" w14:textId="77777777">
        <w:tc>
          <w:tcPr>
            <w:tcW w:w="7632" w:type="dxa"/>
            <w:shd w:val="clear" w:color="auto" w:fill="1F3A5F"/>
            <w:tcMar>
              <w:top w:w="90" w:type="dxa"/>
              <w:left w:w="140" w:type="dxa"/>
              <w:bottom w:w="90" w:type="dxa"/>
              <w:right w:w="140" w:type="dxa"/>
            </w:tcMar>
            <w:vAlign w:val="center"/>
          </w:tcPr>
          <w:p w14:paraId="3A831255"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29</w:t>
            </w:r>
          </w:p>
          <w:p w14:paraId="51631015" w14:textId="77777777" w:rsidR="000D4DCB" w:rsidRDefault="00091397">
            <w:r>
              <w:rPr>
                <w:rFonts w:ascii="Calibri" w:eastAsia="Calibri" w:hAnsi="Calibri" w:cs="Calibri"/>
                <w:b/>
                <w:color w:val="FFFFFF"/>
                <w:sz w:val="40"/>
              </w:rPr>
              <w:t>How Have I Improved</w:t>
            </w:r>
          </w:p>
        </w:tc>
        <w:tc>
          <w:tcPr>
            <w:tcW w:w="2448" w:type="dxa"/>
            <w:shd w:val="clear" w:color="auto" w:fill="1F3A5F"/>
            <w:tcMar>
              <w:top w:w="90" w:type="dxa"/>
              <w:left w:w="140" w:type="dxa"/>
              <w:bottom w:w="90" w:type="dxa"/>
              <w:right w:w="140" w:type="dxa"/>
            </w:tcMar>
            <w:vAlign w:val="center"/>
          </w:tcPr>
          <w:p w14:paraId="606CE139" w14:textId="77777777" w:rsidR="000D4DCB" w:rsidRDefault="00091397">
            <w:pPr>
              <w:jc w:val="right"/>
            </w:pPr>
            <w:r>
              <w:rPr>
                <w:rFonts w:ascii="Calibri" w:eastAsia="Calibri" w:hAnsi="Calibri" w:cs="Calibri"/>
                <w:color w:val="C8D6E5"/>
                <w:sz w:val="18"/>
              </w:rPr>
              <w:t>About 15–20 minutes</w:t>
            </w:r>
          </w:p>
        </w:tc>
      </w:tr>
    </w:tbl>
    <w:p w14:paraId="1A27122F" w14:textId="77777777" w:rsidR="000D4DCB" w:rsidRDefault="000D4DCB">
      <w:pPr>
        <w:spacing w:line="264" w:lineRule="auto"/>
      </w:pPr>
    </w:p>
    <w:p w14:paraId="67F148FF"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See how you have grown during your Master Project.</w:t>
      </w:r>
    </w:p>
    <w:p w14:paraId="2E8A5A1F" w14:textId="77777777" w:rsidR="000D4DCB" w:rsidRDefault="000D4DCB">
      <w:pPr>
        <w:spacing w:line="264" w:lineRule="auto"/>
      </w:pPr>
    </w:p>
    <w:p w14:paraId="0CB017EE"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183F3CFB" w14:textId="77777777">
        <w:tc>
          <w:tcPr>
            <w:tcW w:w="504" w:type="dxa"/>
            <w:tcMar>
              <w:top w:w="20" w:type="dxa"/>
              <w:left w:w="20" w:type="dxa"/>
              <w:bottom w:w="20" w:type="dxa"/>
              <w:right w:w="20" w:type="dxa"/>
            </w:tcMar>
          </w:tcPr>
          <w:p w14:paraId="5A92AF92"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48665106" w14:textId="77777777" w:rsidR="000D4DCB" w:rsidRDefault="00091397">
            <w:r>
              <w:rPr>
                <w:rFonts w:eastAsia="Georgia" w:cs="Georgia"/>
                <w:color w:val="222222"/>
                <w:sz w:val="21"/>
              </w:rPr>
              <w:t>Look at your Weekly Tracker from Step 20. Think about how you have grown and become more like Jesus.</w:t>
            </w:r>
          </w:p>
        </w:tc>
      </w:tr>
      <w:tr w:rsidR="000D4DCB" w14:paraId="4032BFE3" w14:textId="77777777">
        <w:tc>
          <w:tcPr>
            <w:tcW w:w="504" w:type="dxa"/>
            <w:tcMar>
              <w:top w:w="20" w:type="dxa"/>
              <w:left w:w="20" w:type="dxa"/>
              <w:bottom w:w="20" w:type="dxa"/>
              <w:right w:w="20" w:type="dxa"/>
            </w:tcMar>
          </w:tcPr>
          <w:p w14:paraId="4D132EF1"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73FCB182" w14:textId="77777777" w:rsidR="000D4DCB" w:rsidRDefault="00091397">
            <w:r>
              <w:rPr>
                <w:rFonts w:eastAsia="Georgia" w:cs="Georgia"/>
                <w:color w:val="222222"/>
                <w:sz w:val="21"/>
              </w:rPr>
              <w:t>Write 3–5 sentences about how you have become better at the attribute you chose.</w:t>
            </w:r>
          </w:p>
        </w:tc>
      </w:tr>
    </w:tbl>
    <w:p w14:paraId="75F84473"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2232"/>
        <w:gridCol w:w="2808"/>
        <w:gridCol w:w="2232"/>
        <w:gridCol w:w="2808"/>
      </w:tblGrid>
      <w:tr w:rsidR="000D4DCB" w14:paraId="14B5C887" w14:textId="77777777">
        <w:tc>
          <w:tcPr>
            <w:tcW w:w="10080" w:type="dxa"/>
            <w:gridSpan w:val="4"/>
            <w:shd w:val="clear" w:color="auto" w:fill="E8EEF5"/>
            <w:tcMar>
              <w:top w:w="50" w:type="dxa"/>
              <w:left w:w="120" w:type="dxa"/>
              <w:bottom w:w="50" w:type="dxa"/>
              <w:right w:w="120" w:type="dxa"/>
            </w:tcMar>
          </w:tcPr>
          <w:p w14:paraId="5066D993" w14:textId="77777777" w:rsidR="000D4DCB" w:rsidRDefault="00091397">
            <w:r>
              <w:rPr>
                <w:rFonts w:ascii="Calibri" w:eastAsia="Calibri" w:hAnsi="Calibri" w:cs="Calibri"/>
                <w:b/>
                <w:color w:val="1F3A5F"/>
                <w:sz w:val="23"/>
              </w:rPr>
              <w:t>My Attribute Goal</w:t>
            </w:r>
          </w:p>
        </w:tc>
      </w:tr>
      <w:tr w:rsidR="000D4DCB" w14:paraId="1906F9A7" w14:textId="77777777">
        <w:trPr>
          <w:trHeight w:val="518"/>
        </w:trPr>
        <w:tc>
          <w:tcPr>
            <w:tcW w:w="2232" w:type="dxa"/>
            <w:shd w:val="clear" w:color="auto" w:fill="F4F7FA"/>
            <w:tcMar>
              <w:top w:w="50" w:type="dxa"/>
              <w:left w:w="100" w:type="dxa"/>
              <w:bottom w:w="50" w:type="dxa"/>
              <w:right w:w="80" w:type="dxa"/>
            </w:tcMar>
          </w:tcPr>
          <w:p w14:paraId="1CDA9AA4" w14:textId="77777777" w:rsidR="000D4DCB" w:rsidRDefault="00091397">
            <w:r>
              <w:rPr>
                <w:rFonts w:ascii="Calibri" w:eastAsia="Calibri" w:hAnsi="Calibri" w:cs="Calibri"/>
                <w:b/>
                <w:color w:val="1F3A5F"/>
                <w:sz w:val="20"/>
              </w:rPr>
              <w:t>Attribute:</w:t>
            </w:r>
          </w:p>
        </w:tc>
        <w:tc>
          <w:tcPr>
            <w:tcW w:w="2808" w:type="dxa"/>
            <w:tcMar>
              <w:top w:w="50" w:type="dxa"/>
              <w:left w:w="100" w:type="dxa"/>
              <w:bottom w:w="50" w:type="dxa"/>
              <w:right w:w="100" w:type="dxa"/>
            </w:tcMar>
          </w:tcPr>
          <w:p w14:paraId="096B56E1" w14:textId="77777777" w:rsidR="000D4DCB" w:rsidRDefault="000D4DCB"/>
        </w:tc>
        <w:tc>
          <w:tcPr>
            <w:tcW w:w="2232" w:type="dxa"/>
            <w:shd w:val="clear" w:color="auto" w:fill="F4F7FA"/>
            <w:tcMar>
              <w:top w:w="50" w:type="dxa"/>
              <w:left w:w="100" w:type="dxa"/>
              <w:bottom w:w="50" w:type="dxa"/>
              <w:right w:w="80" w:type="dxa"/>
            </w:tcMar>
          </w:tcPr>
          <w:p w14:paraId="75F0AC48" w14:textId="77777777" w:rsidR="000D4DCB" w:rsidRDefault="0048418A">
            <w:r>
              <w:rPr>
                <w:rFonts w:ascii="Calibri" w:eastAsia="Calibri" w:hAnsi="Calibri" w:cs="Calibri"/>
                <w:b/>
                <w:color w:val="1F3A5F"/>
                <w:sz w:val="20"/>
              </w:rPr>
              <w:t># of w</w:t>
            </w:r>
            <w:r w:rsidR="00091397">
              <w:rPr>
                <w:rFonts w:ascii="Calibri" w:eastAsia="Calibri" w:hAnsi="Calibri" w:cs="Calibri"/>
                <w:b/>
                <w:color w:val="1F3A5F"/>
                <w:sz w:val="20"/>
              </w:rPr>
              <w:t>eeks I did it:</w:t>
            </w:r>
          </w:p>
        </w:tc>
        <w:tc>
          <w:tcPr>
            <w:tcW w:w="2808" w:type="dxa"/>
            <w:tcMar>
              <w:top w:w="50" w:type="dxa"/>
              <w:left w:w="100" w:type="dxa"/>
              <w:bottom w:w="50" w:type="dxa"/>
              <w:right w:w="100" w:type="dxa"/>
            </w:tcMar>
          </w:tcPr>
          <w:p w14:paraId="2D0E4F5A" w14:textId="77777777" w:rsidR="000D4DCB" w:rsidRDefault="000D4DCB"/>
        </w:tc>
      </w:tr>
    </w:tbl>
    <w:p w14:paraId="3BA439DC" w14:textId="77777777" w:rsidR="000D4DCB" w:rsidRDefault="000D4DCB">
      <w:pPr>
        <w:spacing w:after="16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034EFCAD" w14:textId="77777777">
        <w:tc>
          <w:tcPr>
            <w:tcW w:w="10080" w:type="dxa"/>
            <w:shd w:val="clear" w:color="auto" w:fill="FBF6EC"/>
            <w:tcMar>
              <w:top w:w="70" w:type="dxa"/>
              <w:left w:w="140" w:type="dxa"/>
              <w:bottom w:w="70" w:type="dxa"/>
              <w:right w:w="140" w:type="dxa"/>
            </w:tcMar>
          </w:tcPr>
          <w:p w14:paraId="264C7D9F" w14:textId="77777777" w:rsidR="000D4DCB" w:rsidRDefault="00091397">
            <w:r>
              <w:rPr>
                <w:rFonts w:ascii="Calibri" w:eastAsia="Calibri" w:hAnsi="Calibri" w:cs="Calibri"/>
                <w:b/>
                <w:color w:val="7A551C"/>
                <w:sz w:val="20"/>
              </w:rPr>
              <w:t>Sentence starters</w:t>
            </w:r>
          </w:p>
          <w:p w14:paraId="5F7C084A" w14:textId="77777777" w:rsidR="000D4DCB" w:rsidRDefault="00091397">
            <w:pPr>
              <w:spacing w:after="20"/>
              <w:ind w:left="216"/>
            </w:pPr>
            <w:r>
              <w:rPr>
                <w:rFonts w:ascii="Calibri" w:eastAsia="Calibri" w:hAnsi="Calibri" w:cs="Calibri"/>
                <w:color w:val="3A2E1A"/>
                <w:sz w:val="20"/>
              </w:rPr>
              <w:t>•  Because of my Master Project, I am better at…</w:t>
            </w:r>
          </w:p>
          <w:p w14:paraId="3456DC52" w14:textId="77777777" w:rsidR="000D4DCB" w:rsidRDefault="00091397">
            <w:pPr>
              <w:spacing w:after="20"/>
              <w:ind w:left="216"/>
            </w:pPr>
            <w:r>
              <w:rPr>
                <w:rFonts w:ascii="Calibri" w:eastAsia="Calibri" w:hAnsi="Calibri" w:cs="Calibri"/>
                <w:color w:val="3A2E1A"/>
                <w:sz w:val="20"/>
              </w:rPr>
              <w:t>•  At the beginning, I… Now I…</w:t>
            </w:r>
          </w:p>
        </w:tc>
      </w:tr>
    </w:tbl>
    <w:p w14:paraId="084025E2"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56362570" w14:textId="77777777">
        <w:tc>
          <w:tcPr>
            <w:tcW w:w="10080" w:type="dxa"/>
            <w:shd w:val="clear" w:color="auto" w:fill="E8EEF5"/>
            <w:tcMar>
              <w:top w:w="50" w:type="dxa"/>
              <w:left w:w="120" w:type="dxa"/>
              <w:bottom w:w="50" w:type="dxa"/>
              <w:right w:w="120" w:type="dxa"/>
            </w:tcMar>
          </w:tcPr>
          <w:p w14:paraId="1FFA08F3" w14:textId="77777777" w:rsidR="000D4DCB" w:rsidRDefault="00091397">
            <w:r>
              <w:rPr>
                <w:rFonts w:ascii="Calibri" w:eastAsia="Calibri" w:hAnsi="Calibri" w:cs="Calibri"/>
                <w:b/>
                <w:color w:val="1F3A5F"/>
                <w:sz w:val="23"/>
              </w:rPr>
              <w:t>How Have I Improved</w:t>
            </w:r>
          </w:p>
        </w:tc>
      </w:tr>
      <w:tr w:rsidR="000D4DCB" w14:paraId="210E14F2" w14:textId="77777777">
        <w:trPr>
          <w:trHeight w:val="547"/>
        </w:trPr>
        <w:tc>
          <w:tcPr>
            <w:tcW w:w="10080" w:type="dxa"/>
            <w:tcBorders>
              <w:bottom w:val="single" w:sz="4" w:space="0" w:color="C9D3DD"/>
            </w:tcBorders>
            <w:tcMar>
              <w:top w:w="0" w:type="dxa"/>
              <w:left w:w="120" w:type="dxa"/>
              <w:bottom w:w="0" w:type="dxa"/>
              <w:right w:w="120" w:type="dxa"/>
            </w:tcMar>
          </w:tcPr>
          <w:p w14:paraId="76471C1A" w14:textId="77777777" w:rsidR="000D4DCB" w:rsidRDefault="000D4DCB"/>
        </w:tc>
      </w:tr>
      <w:tr w:rsidR="000D4DCB" w14:paraId="09DF0946" w14:textId="77777777">
        <w:trPr>
          <w:trHeight w:val="547"/>
        </w:trPr>
        <w:tc>
          <w:tcPr>
            <w:tcW w:w="10080" w:type="dxa"/>
            <w:tcBorders>
              <w:bottom w:val="single" w:sz="4" w:space="0" w:color="C9D3DD"/>
            </w:tcBorders>
            <w:tcMar>
              <w:top w:w="0" w:type="dxa"/>
              <w:left w:w="120" w:type="dxa"/>
              <w:bottom w:w="0" w:type="dxa"/>
              <w:right w:w="120" w:type="dxa"/>
            </w:tcMar>
          </w:tcPr>
          <w:p w14:paraId="3446595D" w14:textId="77777777" w:rsidR="000D4DCB" w:rsidRDefault="000D4DCB"/>
        </w:tc>
      </w:tr>
      <w:tr w:rsidR="000D4DCB" w14:paraId="049BD5AA" w14:textId="77777777">
        <w:trPr>
          <w:trHeight w:val="547"/>
        </w:trPr>
        <w:tc>
          <w:tcPr>
            <w:tcW w:w="10080" w:type="dxa"/>
            <w:tcBorders>
              <w:bottom w:val="single" w:sz="4" w:space="0" w:color="C9D3DD"/>
            </w:tcBorders>
            <w:tcMar>
              <w:top w:w="0" w:type="dxa"/>
              <w:left w:w="120" w:type="dxa"/>
              <w:bottom w:w="0" w:type="dxa"/>
              <w:right w:w="120" w:type="dxa"/>
            </w:tcMar>
          </w:tcPr>
          <w:p w14:paraId="4C7376A7" w14:textId="77777777" w:rsidR="000D4DCB" w:rsidRDefault="000D4DCB"/>
        </w:tc>
      </w:tr>
      <w:tr w:rsidR="000D4DCB" w14:paraId="37BEEB29" w14:textId="77777777">
        <w:trPr>
          <w:trHeight w:val="547"/>
        </w:trPr>
        <w:tc>
          <w:tcPr>
            <w:tcW w:w="10080" w:type="dxa"/>
            <w:tcBorders>
              <w:bottom w:val="single" w:sz="4" w:space="0" w:color="C9D3DD"/>
            </w:tcBorders>
            <w:tcMar>
              <w:top w:w="0" w:type="dxa"/>
              <w:left w:w="120" w:type="dxa"/>
              <w:bottom w:w="0" w:type="dxa"/>
              <w:right w:w="120" w:type="dxa"/>
            </w:tcMar>
          </w:tcPr>
          <w:p w14:paraId="69608AEF" w14:textId="77777777" w:rsidR="000D4DCB" w:rsidRDefault="000D4DCB"/>
        </w:tc>
      </w:tr>
      <w:tr w:rsidR="0048418A" w14:paraId="4E8519DA" w14:textId="77777777">
        <w:trPr>
          <w:trHeight w:val="547"/>
        </w:trPr>
        <w:tc>
          <w:tcPr>
            <w:tcW w:w="10080" w:type="dxa"/>
            <w:tcBorders>
              <w:bottom w:val="single" w:sz="4" w:space="0" w:color="C9D3DD"/>
            </w:tcBorders>
            <w:tcMar>
              <w:top w:w="0" w:type="dxa"/>
              <w:left w:w="120" w:type="dxa"/>
              <w:bottom w:w="0" w:type="dxa"/>
              <w:right w:w="120" w:type="dxa"/>
            </w:tcMar>
          </w:tcPr>
          <w:p w14:paraId="325052CC" w14:textId="77777777" w:rsidR="0048418A" w:rsidRDefault="0048418A"/>
        </w:tc>
      </w:tr>
      <w:tr w:rsidR="0048418A" w14:paraId="4B6832AB" w14:textId="77777777">
        <w:trPr>
          <w:trHeight w:val="547"/>
        </w:trPr>
        <w:tc>
          <w:tcPr>
            <w:tcW w:w="10080" w:type="dxa"/>
            <w:tcBorders>
              <w:bottom w:val="single" w:sz="4" w:space="0" w:color="C9D3DD"/>
            </w:tcBorders>
            <w:tcMar>
              <w:top w:w="0" w:type="dxa"/>
              <w:left w:w="120" w:type="dxa"/>
              <w:bottom w:w="0" w:type="dxa"/>
              <w:right w:w="120" w:type="dxa"/>
            </w:tcMar>
          </w:tcPr>
          <w:p w14:paraId="633D8D72" w14:textId="77777777" w:rsidR="0048418A" w:rsidRDefault="0048418A"/>
        </w:tc>
      </w:tr>
      <w:tr w:rsidR="0048418A" w14:paraId="1E0EA3B7" w14:textId="77777777">
        <w:trPr>
          <w:trHeight w:val="547"/>
        </w:trPr>
        <w:tc>
          <w:tcPr>
            <w:tcW w:w="10080" w:type="dxa"/>
            <w:tcBorders>
              <w:bottom w:val="single" w:sz="4" w:space="0" w:color="C9D3DD"/>
            </w:tcBorders>
            <w:tcMar>
              <w:top w:w="0" w:type="dxa"/>
              <w:left w:w="120" w:type="dxa"/>
              <w:bottom w:w="0" w:type="dxa"/>
              <w:right w:w="120" w:type="dxa"/>
            </w:tcMar>
          </w:tcPr>
          <w:p w14:paraId="776CA54E" w14:textId="77777777" w:rsidR="0048418A" w:rsidRDefault="0048418A"/>
        </w:tc>
      </w:tr>
      <w:tr w:rsidR="000D4DCB" w14:paraId="7284430D" w14:textId="77777777">
        <w:trPr>
          <w:trHeight w:val="547"/>
        </w:trPr>
        <w:tc>
          <w:tcPr>
            <w:tcW w:w="10080" w:type="dxa"/>
            <w:tcBorders>
              <w:bottom w:val="single" w:sz="4" w:space="0" w:color="C9D3DD"/>
            </w:tcBorders>
            <w:tcMar>
              <w:top w:w="0" w:type="dxa"/>
              <w:left w:w="120" w:type="dxa"/>
              <w:bottom w:w="0" w:type="dxa"/>
              <w:right w:w="120" w:type="dxa"/>
            </w:tcMar>
          </w:tcPr>
          <w:p w14:paraId="32AB590E" w14:textId="77777777" w:rsidR="000D4DCB" w:rsidRDefault="000D4DCB"/>
        </w:tc>
      </w:tr>
      <w:tr w:rsidR="000D4DCB" w14:paraId="33BD1C24" w14:textId="77777777">
        <w:trPr>
          <w:trHeight w:val="547"/>
        </w:trPr>
        <w:tc>
          <w:tcPr>
            <w:tcW w:w="10080" w:type="dxa"/>
            <w:tcBorders>
              <w:bottom w:val="single" w:sz="4" w:space="0" w:color="C9D3DD"/>
            </w:tcBorders>
            <w:tcMar>
              <w:top w:w="0" w:type="dxa"/>
              <w:left w:w="120" w:type="dxa"/>
              <w:bottom w:w="0" w:type="dxa"/>
              <w:right w:w="120" w:type="dxa"/>
            </w:tcMar>
          </w:tcPr>
          <w:p w14:paraId="570D492D" w14:textId="77777777" w:rsidR="000D4DCB" w:rsidRDefault="000D4DCB"/>
        </w:tc>
      </w:tr>
      <w:tr w:rsidR="000D4DCB" w14:paraId="42D31D18" w14:textId="77777777">
        <w:trPr>
          <w:trHeight w:val="547"/>
        </w:trPr>
        <w:tc>
          <w:tcPr>
            <w:tcW w:w="10080" w:type="dxa"/>
            <w:tcMar>
              <w:top w:w="0" w:type="dxa"/>
              <w:left w:w="120" w:type="dxa"/>
              <w:bottom w:w="0" w:type="dxa"/>
              <w:right w:w="120" w:type="dxa"/>
            </w:tcMar>
          </w:tcPr>
          <w:p w14:paraId="78ED4DEB" w14:textId="77777777" w:rsidR="000D4DCB" w:rsidRDefault="000D4DCB"/>
        </w:tc>
      </w:tr>
    </w:tbl>
    <w:p w14:paraId="380FEAC6" w14:textId="77777777" w:rsidR="000D4DCB" w:rsidRDefault="000D4DCB">
      <w:pPr>
        <w:spacing w:after="160" w:line="264" w:lineRule="auto"/>
      </w:pPr>
    </w:p>
    <w:p w14:paraId="55AE8B97"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719C5159" w14:textId="77777777">
        <w:tc>
          <w:tcPr>
            <w:tcW w:w="7632" w:type="dxa"/>
            <w:shd w:val="clear" w:color="auto" w:fill="1F3A5F"/>
            <w:tcMar>
              <w:top w:w="90" w:type="dxa"/>
              <w:left w:w="140" w:type="dxa"/>
              <w:bottom w:w="90" w:type="dxa"/>
              <w:right w:w="140" w:type="dxa"/>
            </w:tcMar>
            <w:vAlign w:val="center"/>
          </w:tcPr>
          <w:p w14:paraId="242DFBA5" w14:textId="77777777" w:rsidR="000D4DCB" w:rsidRDefault="00091397">
            <w:proofErr w:type="gramStart"/>
            <w:r>
              <w:rPr>
                <w:rFonts w:ascii="Calibri" w:eastAsia="Calibri" w:hAnsi="Calibri" w:cs="Calibri"/>
                <w:b/>
                <w:color w:val="C8D6E5"/>
                <w:sz w:val="18"/>
              </w:rPr>
              <w:t>RECORD  ·</w:t>
            </w:r>
            <w:proofErr w:type="gramEnd"/>
            <w:r>
              <w:rPr>
                <w:rFonts w:ascii="Calibri" w:eastAsia="Calibri" w:hAnsi="Calibri" w:cs="Calibri"/>
                <w:b/>
                <w:color w:val="C8D6E5"/>
                <w:sz w:val="18"/>
              </w:rPr>
              <w:t xml:space="preserve">  STEP 30</w:t>
            </w:r>
          </w:p>
          <w:p w14:paraId="131BAFFA" w14:textId="77777777" w:rsidR="000D4DCB" w:rsidRDefault="00091397">
            <w:r>
              <w:rPr>
                <w:rFonts w:ascii="Calibri" w:eastAsia="Calibri" w:hAnsi="Calibri" w:cs="Calibri"/>
                <w:b/>
                <w:color w:val="FFFFFF"/>
                <w:sz w:val="40"/>
              </w:rPr>
              <w:t>Assemble Your Notebook</w:t>
            </w:r>
          </w:p>
        </w:tc>
        <w:tc>
          <w:tcPr>
            <w:tcW w:w="2448" w:type="dxa"/>
            <w:shd w:val="clear" w:color="auto" w:fill="1F3A5F"/>
            <w:tcMar>
              <w:top w:w="90" w:type="dxa"/>
              <w:left w:w="140" w:type="dxa"/>
              <w:bottom w:w="90" w:type="dxa"/>
              <w:right w:w="140" w:type="dxa"/>
            </w:tcMar>
            <w:vAlign w:val="center"/>
          </w:tcPr>
          <w:p w14:paraId="283AC4CA" w14:textId="77777777" w:rsidR="000D4DCB" w:rsidRDefault="00091397">
            <w:pPr>
              <w:jc w:val="right"/>
            </w:pPr>
            <w:r>
              <w:rPr>
                <w:rFonts w:ascii="Calibri" w:eastAsia="Calibri" w:hAnsi="Calibri" w:cs="Calibri"/>
                <w:color w:val="C8D6E5"/>
                <w:sz w:val="18"/>
              </w:rPr>
              <w:t>About 15–20 minutes</w:t>
            </w:r>
          </w:p>
        </w:tc>
      </w:tr>
    </w:tbl>
    <w:p w14:paraId="14E9A69D" w14:textId="77777777" w:rsidR="000D4DCB" w:rsidRDefault="000D4DCB">
      <w:pPr>
        <w:spacing w:line="264" w:lineRule="auto"/>
      </w:pPr>
    </w:p>
    <w:p w14:paraId="62A9A26F"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Put your whole notebook together.</w:t>
      </w:r>
    </w:p>
    <w:p w14:paraId="20C96E84" w14:textId="77777777" w:rsidR="000D4DCB" w:rsidRDefault="000D4DCB">
      <w:pPr>
        <w:spacing w:line="264" w:lineRule="auto"/>
      </w:pPr>
    </w:p>
    <w:p w14:paraId="6AA190E5"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1ACFF7EA" w14:textId="77777777">
        <w:tc>
          <w:tcPr>
            <w:tcW w:w="504" w:type="dxa"/>
            <w:tcMar>
              <w:top w:w="20" w:type="dxa"/>
              <w:left w:w="20" w:type="dxa"/>
              <w:bottom w:w="20" w:type="dxa"/>
              <w:right w:w="20" w:type="dxa"/>
            </w:tcMar>
          </w:tcPr>
          <w:p w14:paraId="5340A451"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71EC8C51" w14:textId="77777777" w:rsidR="000D4DCB" w:rsidRDefault="00091397">
            <w:r>
              <w:rPr>
                <w:rFonts w:eastAsia="Georgia" w:cs="Georgia"/>
                <w:color w:val="222222"/>
                <w:sz w:val="21"/>
              </w:rPr>
              <w:t>Write your Dedication page. To dedicate means to give your project in honor of someone special. Tell who and why.</w:t>
            </w:r>
          </w:p>
        </w:tc>
      </w:tr>
      <w:tr w:rsidR="000D4DCB" w14:paraId="45F1BCDC" w14:textId="77777777">
        <w:tc>
          <w:tcPr>
            <w:tcW w:w="504" w:type="dxa"/>
            <w:tcMar>
              <w:top w:w="20" w:type="dxa"/>
              <w:left w:w="20" w:type="dxa"/>
              <w:bottom w:w="20" w:type="dxa"/>
              <w:right w:w="20" w:type="dxa"/>
            </w:tcMar>
          </w:tcPr>
          <w:p w14:paraId="3766827B"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72A8848B" w14:textId="77777777" w:rsidR="000D4DCB" w:rsidRDefault="00091397">
            <w:r>
              <w:rPr>
                <w:rFonts w:eastAsia="Georgia" w:cs="Georgia"/>
                <w:color w:val="222222"/>
                <w:sz w:val="21"/>
              </w:rPr>
              <w:t>Put every page in order using the checklist below.</w:t>
            </w:r>
          </w:p>
        </w:tc>
      </w:tr>
      <w:tr w:rsidR="000D4DCB" w14:paraId="4D67E8F3" w14:textId="77777777">
        <w:tc>
          <w:tcPr>
            <w:tcW w:w="504" w:type="dxa"/>
            <w:tcMar>
              <w:top w:w="20" w:type="dxa"/>
              <w:left w:w="20" w:type="dxa"/>
              <w:bottom w:w="20" w:type="dxa"/>
              <w:right w:w="20" w:type="dxa"/>
            </w:tcMar>
          </w:tcPr>
          <w:p w14:paraId="65E72135"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6EF1CD8F" w14:textId="77777777" w:rsidR="000D4DCB" w:rsidRDefault="00091397">
            <w:r>
              <w:rPr>
                <w:rFonts w:eastAsia="Georgia" w:cs="Georgia"/>
                <w:color w:val="222222"/>
                <w:sz w:val="21"/>
              </w:rPr>
              <w:t>Read your work out loud to check it. Ask a parent to read it too.</w:t>
            </w:r>
          </w:p>
        </w:tc>
      </w:tr>
    </w:tbl>
    <w:p w14:paraId="266091D0" w14:textId="77777777" w:rsidR="000D4DCB" w:rsidRDefault="000D4DCB">
      <w:pPr>
        <w:spacing w:after="12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0"/>
        <w:gridCol w:w="5040"/>
      </w:tblGrid>
      <w:tr w:rsidR="000D4DCB" w14:paraId="1C5E261F" w14:textId="77777777">
        <w:tc>
          <w:tcPr>
            <w:tcW w:w="10080" w:type="dxa"/>
            <w:gridSpan w:val="2"/>
            <w:shd w:val="clear" w:color="auto" w:fill="E8EEF5"/>
            <w:tcMar>
              <w:top w:w="50" w:type="dxa"/>
              <w:left w:w="120" w:type="dxa"/>
              <w:bottom w:w="50" w:type="dxa"/>
              <w:right w:w="120" w:type="dxa"/>
            </w:tcMar>
          </w:tcPr>
          <w:p w14:paraId="61C6A2BD" w14:textId="77777777" w:rsidR="000D4DCB" w:rsidRDefault="00091397">
            <w:r>
              <w:rPr>
                <w:rFonts w:ascii="Calibri" w:eastAsia="Calibri" w:hAnsi="Calibri" w:cs="Calibri"/>
                <w:b/>
                <w:color w:val="1F3A5F"/>
                <w:sz w:val="23"/>
              </w:rPr>
              <w:t>Notebook Checklist</w:t>
            </w:r>
            <w:r>
              <w:rPr>
                <w:rFonts w:ascii="Calibri" w:eastAsia="Calibri" w:hAnsi="Calibri" w:cs="Calibri"/>
                <w:i/>
                <w:color w:val="595959"/>
                <w:sz w:val="19"/>
              </w:rPr>
              <w:t xml:space="preserve">   Check off each page as you put it in order.</w:t>
            </w:r>
          </w:p>
        </w:tc>
      </w:tr>
      <w:tr w:rsidR="000D4DCB" w14:paraId="246391AB" w14:textId="77777777">
        <w:tc>
          <w:tcPr>
            <w:tcW w:w="5040" w:type="dxa"/>
            <w:shd w:val="clear" w:color="auto" w:fill="F4F7FA"/>
            <w:tcMar>
              <w:top w:w="30" w:type="dxa"/>
              <w:left w:w="120" w:type="dxa"/>
              <w:bottom w:w="30" w:type="dxa"/>
              <w:right w:w="80" w:type="dxa"/>
            </w:tcMar>
          </w:tcPr>
          <w:p w14:paraId="62E93798" w14:textId="77777777" w:rsidR="000D4DCB" w:rsidRDefault="00091397">
            <w:r>
              <w:rPr>
                <w:rFonts w:ascii="Calibri" w:eastAsia="Calibri" w:hAnsi="Calibri" w:cs="Calibri"/>
                <w:b/>
                <w:color w:val="1F3A5F"/>
                <w:sz w:val="20"/>
              </w:rPr>
              <w:t>Front</w:t>
            </w:r>
          </w:p>
        </w:tc>
        <w:tc>
          <w:tcPr>
            <w:tcW w:w="5040" w:type="dxa"/>
            <w:shd w:val="clear" w:color="auto" w:fill="F4F7FA"/>
            <w:tcMar>
              <w:top w:w="30" w:type="dxa"/>
              <w:left w:w="120" w:type="dxa"/>
              <w:bottom w:w="30" w:type="dxa"/>
              <w:right w:w="80" w:type="dxa"/>
            </w:tcMar>
          </w:tcPr>
          <w:p w14:paraId="2806B53C" w14:textId="77777777" w:rsidR="000D4DCB" w:rsidRDefault="00091397">
            <w:proofErr w:type="gramStart"/>
            <w:r>
              <w:rPr>
                <w:rFonts w:ascii="Calibri" w:eastAsia="Calibri" w:hAnsi="Calibri" w:cs="Calibri"/>
                <w:b/>
                <w:color w:val="1F3A5F"/>
                <w:sz w:val="20"/>
              </w:rPr>
              <w:t>Research  (</w:t>
            </w:r>
            <w:proofErr w:type="gramEnd"/>
            <w:r>
              <w:rPr>
                <w:rFonts w:ascii="Calibri" w:eastAsia="Calibri" w:hAnsi="Calibri" w:cs="Calibri"/>
                <w:b/>
                <w:color w:val="1F3A5F"/>
                <w:sz w:val="20"/>
              </w:rPr>
              <w:t>behind its divider)</w:t>
            </w:r>
          </w:p>
        </w:tc>
      </w:tr>
      <w:tr w:rsidR="000D4DCB" w14:paraId="2B2E9EF6" w14:textId="77777777">
        <w:tc>
          <w:tcPr>
            <w:tcW w:w="5040" w:type="dxa"/>
            <w:tcMar>
              <w:top w:w="50" w:type="dxa"/>
              <w:left w:w="120" w:type="dxa"/>
              <w:bottom w:w="50" w:type="dxa"/>
              <w:right w:w="80" w:type="dxa"/>
            </w:tcMar>
          </w:tcPr>
          <w:p w14:paraId="1AD822EB"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Cover</w:t>
            </w:r>
            <w:proofErr w:type="gramEnd"/>
          </w:p>
          <w:p w14:paraId="70C04405"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Dedication</w:t>
            </w:r>
            <w:proofErr w:type="gramEnd"/>
          </w:p>
          <w:p w14:paraId="1AFE6BEE"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Read</w:t>
            </w:r>
            <w:proofErr w:type="gramEnd"/>
            <w:r>
              <w:rPr>
                <w:rFonts w:ascii="Calibri" w:eastAsia="Calibri" w:hAnsi="Calibri" w:cs="Calibri"/>
                <w:color w:val="222222"/>
                <w:sz w:val="20"/>
              </w:rPr>
              <w:t xml:space="preserve"> the Hero Bios (Step 1)</w:t>
            </w:r>
          </w:p>
          <w:p w14:paraId="2D7F4388"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Explore</w:t>
            </w:r>
            <w:proofErr w:type="gramEnd"/>
            <w:r>
              <w:rPr>
                <w:rFonts w:ascii="Calibri" w:eastAsia="Calibri" w:hAnsi="Calibri" w:cs="Calibri"/>
                <w:color w:val="222222"/>
                <w:sz w:val="20"/>
              </w:rPr>
              <w:t xml:space="preserve"> Heroes (Step 2)</w:t>
            </w:r>
          </w:p>
          <w:p w14:paraId="064E897C"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Why</w:t>
            </w:r>
            <w:proofErr w:type="gramEnd"/>
            <w:r>
              <w:rPr>
                <w:rFonts w:ascii="Calibri" w:eastAsia="Calibri" w:hAnsi="Calibri" w:cs="Calibri"/>
                <w:color w:val="222222"/>
                <w:sz w:val="20"/>
              </w:rPr>
              <w:t xml:space="preserve"> I Chose My Hero (Step 3)</w:t>
            </w:r>
          </w:p>
        </w:tc>
        <w:tc>
          <w:tcPr>
            <w:tcW w:w="5040" w:type="dxa"/>
            <w:tcMar>
              <w:top w:w="50" w:type="dxa"/>
              <w:left w:w="120" w:type="dxa"/>
              <w:bottom w:w="50" w:type="dxa"/>
              <w:right w:w="80" w:type="dxa"/>
            </w:tcMar>
          </w:tcPr>
          <w:p w14:paraId="0DFCFBB1"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Hero</w:t>
            </w:r>
            <w:proofErr w:type="gramEnd"/>
            <w:r>
              <w:rPr>
                <w:rFonts w:ascii="Calibri" w:eastAsia="Calibri" w:hAnsi="Calibri" w:cs="Calibri"/>
                <w:color w:val="222222"/>
                <w:sz w:val="20"/>
              </w:rPr>
              <w:t xml:space="preserve"> Notes (Steps 5–8)</w:t>
            </w:r>
          </w:p>
          <w:p w14:paraId="3D507E22"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Timeline</w:t>
            </w:r>
            <w:proofErr w:type="gramEnd"/>
            <w:r>
              <w:rPr>
                <w:rFonts w:ascii="Calibri" w:eastAsia="Calibri" w:hAnsi="Calibri" w:cs="Calibri"/>
                <w:color w:val="222222"/>
                <w:sz w:val="20"/>
              </w:rPr>
              <w:t xml:space="preserve"> (Step 9)</w:t>
            </w:r>
          </w:p>
          <w:p w14:paraId="5403A71B"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Tell</w:t>
            </w:r>
            <w:proofErr w:type="gramEnd"/>
            <w:r>
              <w:rPr>
                <w:rFonts w:ascii="Calibri" w:eastAsia="Calibri" w:hAnsi="Calibri" w:cs="Calibri"/>
                <w:color w:val="222222"/>
                <w:sz w:val="20"/>
              </w:rPr>
              <w:t xml:space="preserve"> It Back (Step 11)</w:t>
            </w:r>
          </w:p>
        </w:tc>
      </w:tr>
      <w:tr w:rsidR="000D4DCB" w14:paraId="05D99593" w14:textId="77777777">
        <w:tc>
          <w:tcPr>
            <w:tcW w:w="5040" w:type="dxa"/>
            <w:shd w:val="clear" w:color="auto" w:fill="F4F7FA"/>
            <w:tcMar>
              <w:top w:w="30" w:type="dxa"/>
              <w:left w:w="120" w:type="dxa"/>
              <w:bottom w:w="30" w:type="dxa"/>
              <w:right w:w="80" w:type="dxa"/>
            </w:tcMar>
          </w:tcPr>
          <w:p w14:paraId="36950947" w14:textId="77777777" w:rsidR="000D4DCB" w:rsidRDefault="00091397">
            <w:proofErr w:type="gramStart"/>
            <w:r>
              <w:rPr>
                <w:rFonts w:ascii="Calibri" w:eastAsia="Calibri" w:hAnsi="Calibri" w:cs="Calibri"/>
                <w:b/>
                <w:color w:val="1F3A5F"/>
                <w:sz w:val="20"/>
              </w:rPr>
              <w:t>Reason  (</w:t>
            </w:r>
            <w:proofErr w:type="gramEnd"/>
            <w:r>
              <w:rPr>
                <w:rFonts w:ascii="Calibri" w:eastAsia="Calibri" w:hAnsi="Calibri" w:cs="Calibri"/>
                <w:b/>
                <w:color w:val="1F3A5F"/>
                <w:sz w:val="20"/>
              </w:rPr>
              <w:t>behind its divider)</w:t>
            </w:r>
          </w:p>
        </w:tc>
        <w:tc>
          <w:tcPr>
            <w:tcW w:w="5040" w:type="dxa"/>
            <w:shd w:val="clear" w:color="auto" w:fill="F4F7FA"/>
            <w:tcMar>
              <w:top w:w="30" w:type="dxa"/>
              <w:left w:w="120" w:type="dxa"/>
              <w:bottom w:w="30" w:type="dxa"/>
              <w:right w:w="80" w:type="dxa"/>
            </w:tcMar>
          </w:tcPr>
          <w:p w14:paraId="0E91AE54" w14:textId="77777777" w:rsidR="000D4DCB" w:rsidRDefault="00091397">
            <w:proofErr w:type="gramStart"/>
            <w:r>
              <w:rPr>
                <w:rFonts w:ascii="Calibri" w:eastAsia="Calibri" w:hAnsi="Calibri" w:cs="Calibri"/>
                <w:b/>
                <w:color w:val="1F3A5F"/>
                <w:sz w:val="20"/>
              </w:rPr>
              <w:t>Relate  (</w:t>
            </w:r>
            <w:proofErr w:type="gramEnd"/>
            <w:r>
              <w:rPr>
                <w:rFonts w:ascii="Calibri" w:eastAsia="Calibri" w:hAnsi="Calibri" w:cs="Calibri"/>
                <w:b/>
                <w:color w:val="1F3A5F"/>
                <w:sz w:val="20"/>
              </w:rPr>
              <w:t>behind its divider)</w:t>
            </w:r>
          </w:p>
        </w:tc>
      </w:tr>
      <w:tr w:rsidR="000D4DCB" w14:paraId="2A515714" w14:textId="77777777">
        <w:tc>
          <w:tcPr>
            <w:tcW w:w="5040" w:type="dxa"/>
            <w:tcMar>
              <w:top w:w="50" w:type="dxa"/>
              <w:left w:w="120" w:type="dxa"/>
              <w:bottom w:w="50" w:type="dxa"/>
              <w:right w:w="80" w:type="dxa"/>
            </w:tcMar>
          </w:tcPr>
          <w:p w14:paraId="074BDFB4"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Character</w:t>
            </w:r>
            <w:proofErr w:type="gramEnd"/>
            <w:r>
              <w:rPr>
                <w:rFonts w:ascii="Calibri" w:eastAsia="Calibri" w:hAnsi="Calibri" w:cs="Calibri"/>
                <w:color w:val="222222"/>
                <w:sz w:val="20"/>
              </w:rPr>
              <w:t xml:space="preserve"> Chart (Steps 12–13)</w:t>
            </w:r>
          </w:p>
          <w:p w14:paraId="04D1B1D2"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Christlike</w:t>
            </w:r>
            <w:proofErr w:type="gramEnd"/>
            <w:r>
              <w:rPr>
                <w:rFonts w:ascii="Calibri" w:eastAsia="Calibri" w:hAnsi="Calibri" w:cs="Calibri"/>
                <w:color w:val="222222"/>
                <w:sz w:val="20"/>
              </w:rPr>
              <w:t xml:space="preserve"> Attribute (Step 14)</w:t>
            </w:r>
          </w:p>
          <w:p w14:paraId="7B9F65F4"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Favorite</w:t>
            </w:r>
            <w:proofErr w:type="gramEnd"/>
            <w:r>
              <w:rPr>
                <w:rFonts w:ascii="Calibri" w:eastAsia="Calibri" w:hAnsi="Calibri" w:cs="Calibri"/>
                <w:color w:val="222222"/>
                <w:sz w:val="20"/>
              </w:rPr>
              <w:t xml:space="preserve"> Story (Step 15)</w:t>
            </w:r>
          </w:p>
          <w:p w14:paraId="2D174956"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Most</w:t>
            </w:r>
            <w:proofErr w:type="gramEnd"/>
            <w:r>
              <w:rPr>
                <w:rFonts w:ascii="Calibri" w:eastAsia="Calibri" w:hAnsi="Calibri" w:cs="Calibri"/>
                <w:color w:val="222222"/>
                <w:sz w:val="20"/>
              </w:rPr>
              <w:t xml:space="preserve"> Important Truths (Step 16)</w:t>
            </w:r>
          </w:p>
          <w:p w14:paraId="71654048"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Cause</w:t>
            </w:r>
            <w:proofErr w:type="gramEnd"/>
            <w:r>
              <w:rPr>
                <w:rFonts w:ascii="Calibri" w:eastAsia="Calibri" w:hAnsi="Calibri" w:cs="Calibri"/>
                <w:color w:val="222222"/>
                <w:sz w:val="20"/>
              </w:rPr>
              <w:t xml:space="preserve"> of Christ (Step 17)</w:t>
            </w:r>
          </w:p>
        </w:tc>
        <w:tc>
          <w:tcPr>
            <w:tcW w:w="5040" w:type="dxa"/>
            <w:tcMar>
              <w:top w:w="50" w:type="dxa"/>
              <w:left w:w="120" w:type="dxa"/>
              <w:bottom w:w="50" w:type="dxa"/>
              <w:right w:w="80" w:type="dxa"/>
            </w:tcMar>
          </w:tcPr>
          <w:p w14:paraId="545FF467"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Favorite</w:t>
            </w:r>
            <w:proofErr w:type="gramEnd"/>
            <w:r>
              <w:rPr>
                <w:rFonts w:ascii="Calibri" w:eastAsia="Calibri" w:hAnsi="Calibri" w:cs="Calibri"/>
                <w:color w:val="222222"/>
                <w:sz w:val="20"/>
              </w:rPr>
              <w:t xml:space="preserve"> Quotes (Steps 18–19)</w:t>
            </w:r>
          </w:p>
          <w:p w14:paraId="003002FE"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Attribute</w:t>
            </w:r>
            <w:proofErr w:type="gramEnd"/>
            <w:r>
              <w:rPr>
                <w:rFonts w:ascii="Calibri" w:eastAsia="Calibri" w:hAnsi="Calibri" w:cs="Calibri"/>
                <w:color w:val="222222"/>
                <w:sz w:val="20"/>
              </w:rPr>
              <w:t xml:space="preserve"> Goal (Step 20)</w:t>
            </w:r>
          </w:p>
          <w:p w14:paraId="4CEF6925"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w:t>
            </w:r>
            <w:proofErr w:type="gramEnd"/>
            <w:r>
              <w:rPr>
                <w:rFonts w:ascii="Calibri" w:eastAsia="Calibri" w:hAnsi="Calibri" w:cs="Calibri"/>
                <w:color w:val="222222"/>
                <w:sz w:val="20"/>
              </w:rPr>
              <w:t xml:space="preserve"> Plan (Step 21)</w:t>
            </w:r>
          </w:p>
          <w:p w14:paraId="17A183FE"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w:t>
            </w:r>
            <w:proofErr w:type="gramEnd"/>
            <w:r>
              <w:rPr>
                <w:rFonts w:ascii="Calibri" w:eastAsia="Calibri" w:hAnsi="Calibri" w:cs="Calibri"/>
                <w:color w:val="222222"/>
                <w:sz w:val="20"/>
              </w:rPr>
              <w:t xml:space="preserve"> Log (Step 22)</w:t>
            </w:r>
          </w:p>
        </w:tc>
      </w:tr>
      <w:tr w:rsidR="000D4DCB" w14:paraId="634EA76A" w14:textId="77777777">
        <w:tc>
          <w:tcPr>
            <w:tcW w:w="5040" w:type="dxa"/>
            <w:shd w:val="clear" w:color="auto" w:fill="F4F7FA"/>
            <w:tcMar>
              <w:top w:w="30" w:type="dxa"/>
              <w:left w:w="120" w:type="dxa"/>
              <w:bottom w:w="30" w:type="dxa"/>
              <w:right w:w="80" w:type="dxa"/>
            </w:tcMar>
          </w:tcPr>
          <w:p w14:paraId="0D866FC3" w14:textId="77777777" w:rsidR="000D4DCB" w:rsidRDefault="00091397">
            <w:proofErr w:type="gramStart"/>
            <w:r>
              <w:rPr>
                <w:rFonts w:ascii="Calibri" w:eastAsia="Calibri" w:hAnsi="Calibri" w:cs="Calibri"/>
                <w:b/>
                <w:color w:val="1F3A5F"/>
                <w:sz w:val="20"/>
              </w:rPr>
              <w:t>Record  (</w:t>
            </w:r>
            <w:proofErr w:type="gramEnd"/>
            <w:r>
              <w:rPr>
                <w:rFonts w:ascii="Calibri" w:eastAsia="Calibri" w:hAnsi="Calibri" w:cs="Calibri"/>
                <w:b/>
                <w:color w:val="1F3A5F"/>
                <w:sz w:val="20"/>
              </w:rPr>
              <w:t>behind its divider)</w:t>
            </w:r>
          </w:p>
        </w:tc>
        <w:tc>
          <w:tcPr>
            <w:tcW w:w="5040" w:type="dxa"/>
            <w:shd w:val="clear" w:color="auto" w:fill="F4F7FA"/>
            <w:tcMar>
              <w:top w:w="30" w:type="dxa"/>
              <w:left w:w="120" w:type="dxa"/>
              <w:bottom w:w="30" w:type="dxa"/>
              <w:right w:w="80" w:type="dxa"/>
            </w:tcMar>
          </w:tcPr>
          <w:p w14:paraId="797A48FA" w14:textId="77777777" w:rsidR="000D4DCB" w:rsidRDefault="00091397">
            <w:r>
              <w:rPr>
                <w:rFonts w:ascii="Calibri" w:eastAsia="Calibri" w:hAnsi="Calibri" w:cs="Calibri"/>
                <w:b/>
                <w:color w:val="1F3A5F"/>
                <w:sz w:val="20"/>
              </w:rPr>
              <w:t>Proofreading</w:t>
            </w:r>
          </w:p>
        </w:tc>
      </w:tr>
      <w:tr w:rsidR="000D4DCB" w14:paraId="38B7F376" w14:textId="77777777">
        <w:tc>
          <w:tcPr>
            <w:tcW w:w="5040" w:type="dxa"/>
            <w:tcMar>
              <w:top w:w="50" w:type="dxa"/>
              <w:left w:w="120" w:type="dxa"/>
              <w:bottom w:w="50" w:type="dxa"/>
              <w:right w:w="80" w:type="dxa"/>
            </w:tcMar>
          </w:tcPr>
          <w:p w14:paraId="5B796C71"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Service</w:t>
            </w:r>
            <w:proofErr w:type="gramEnd"/>
            <w:r>
              <w:rPr>
                <w:rFonts w:ascii="Calibri" w:eastAsia="Calibri" w:hAnsi="Calibri" w:cs="Calibri"/>
                <w:color w:val="222222"/>
                <w:sz w:val="20"/>
              </w:rPr>
              <w:t xml:space="preserve"> Report (Step 23)</w:t>
            </w:r>
          </w:p>
          <w:p w14:paraId="5C420A35"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Memorization</w:t>
            </w:r>
            <w:proofErr w:type="gramEnd"/>
            <w:r>
              <w:rPr>
                <w:rFonts w:ascii="Calibri" w:eastAsia="Calibri" w:hAnsi="Calibri" w:cs="Calibri"/>
                <w:color w:val="222222"/>
                <w:sz w:val="20"/>
              </w:rPr>
              <w:t xml:space="preserve"> (Step 24)</w:t>
            </w:r>
          </w:p>
          <w:p w14:paraId="6C8E8751"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Creative</w:t>
            </w:r>
            <w:proofErr w:type="gramEnd"/>
            <w:r>
              <w:rPr>
                <w:rFonts w:ascii="Calibri" w:eastAsia="Calibri" w:hAnsi="Calibri" w:cs="Calibri"/>
                <w:color w:val="222222"/>
                <w:sz w:val="20"/>
              </w:rPr>
              <w:t xml:space="preserve"> Tribute (Steps 25–27)</w:t>
            </w:r>
          </w:p>
          <w:p w14:paraId="32EA1621"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Me</w:t>
            </w:r>
            <w:proofErr w:type="gramEnd"/>
            <w:r>
              <w:rPr>
                <w:rFonts w:ascii="Calibri" w:eastAsia="Calibri" w:hAnsi="Calibri" w:cs="Calibri"/>
                <w:color w:val="222222"/>
                <w:sz w:val="20"/>
              </w:rPr>
              <w:t xml:space="preserve"> and the Cause of Christ (Step 28)</w:t>
            </w:r>
          </w:p>
          <w:p w14:paraId="595FB273"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How</w:t>
            </w:r>
            <w:proofErr w:type="gramEnd"/>
            <w:r>
              <w:rPr>
                <w:rFonts w:ascii="Calibri" w:eastAsia="Calibri" w:hAnsi="Calibri" w:cs="Calibri"/>
                <w:color w:val="222222"/>
                <w:sz w:val="20"/>
              </w:rPr>
              <w:t xml:space="preserve"> Have I Improved (Step 29)</w:t>
            </w:r>
          </w:p>
        </w:tc>
        <w:tc>
          <w:tcPr>
            <w:tcW w:w="5040" w:type="dxa"/>
            <w:tcMar>
              <w:top w:w="50" w:type="dxa"/>
              <w:left w:w="120" w:type="dxa"/>
              <w:bottom w:w="50" w:type="dxa"/>
              <w:right w:w="80" w:type="dxa"/>
            </w:tcMar>
          </w:tcPr>
          <w:p w14:paraId="474DC409"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I</w:t>
            </w:r>
            <w:proofErr w:type="gramEnd"/>
            <w:r>
              <w:rPr>
                <w:rFonts w:ascii="Calibri" w:eastAsia="Calibri" w:hAnsi="Calibri" w:cs="Calibri"/>
                <w:color w:val="222222"/>
                <w:sz w:val="20"/>
              </w:rPr>
              <w:t xml:space="preserve"> read my whole notebook out loud.</w:t>
            </w:r>
          </w:p>
          <w:p w14:paraId="0D667A72"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A</w:t>
            </w:r>
            <w:proofErr w:type="gramEnd"/>
            <w:r>
              <w:rPr>
                <w:rFonts w:ascii="Calibri" w:eastAsia="Calibri" w:hAnsi="Calibri" w:cs="Calibri"/>
                <w:color w:val="222222"/>
                <w:sz w:val="20"/>
              </w:rPr>
              <w:t xml:space="preserve"> parent read it.</w:t>
            </w:r>
          </w:p>
          <w:p w14:paraId="2F740D7B"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I</w:t>
            </w:r>
            <w:proofErr w:type="gramEnd"/>
            <w:r>
              <w:rPr>
                <w:rFonts w:ascii="Calibri" w:eastAsia="Calibri" w:hAnsi="Calibri" w:cs="Calibri"/>
                <w:color w:val="222222"/>
                <w:sz w:val="20"/>
              </w:rPr>
              <w:t xml:space="preserve"> fixed my mistakes.</w:t>
            </w:r>
          </w:p>
          <w:p w14:paraId="1235E5A7" w14:textId="77777777" w:rsidR="000D4DCB" w:rsidRDefault="00091397">
            <w:pPr>
              <w:spacing w:after="40"/>
            </w:pPr>
            <w:proofErr w:type="gramStart"/>
            <w:r>
              <w:rPr>
                <w:rFonts w:ascii="Segoe UI Symbol" w:eastAsia="Segoe UI Symbol" w:hAnsi="Segoe UI Symbol" w:cs="Segoe UI Symbol"/>
                <w:color w:val="1F3A5F"/>
                <w:sz w:val="21"/>
              </w:rPr>
              <w:t xml:space="preserve">☐  </w:t>
            </w:r>
            <w:r>
              <w:rPr>
                <w:rFonts w:ascii="Calibri" w:eastAsia="Calibri" w:hAnsi="Calibri" w:cs="Calibri"/>
                <w:color w:val="222222"/>
                <w:sz w:val="20"/>
              </w:rPr>
              <w:t>My</w:t>
            </w:r>
            <w:proofErr w:type="gramEnd"/>
            <w:r>
              <w:rPr>
                <w:rFonts w:ascii="Calibri" w:eastAsia="Calibri" w:hAnsi="Calibri" w:cs="Calibri"/>
                <w:color w:val="222222"/>
                <w:sz w:val="20"/>
              </w:rPr>
              <w:t xml:space="preserve"> Table of Contents is filled in.</w:t>
            </w:r>
          </w:p>
        </w:tc>
      </w:tr>
    </w:tbl>
    <w:p w14:paraId="0403CDC3" w14:textId="77777777" w:rsidR="000D4DCB" w:rsidRDefault="000D4DCB">
      <w:pPr>
        <w:sectPr w:rsidR="000D4DCB">
          <w:pgSz w:w="12240" w:h="15840"/>
          <w:pgMar w:top="864" w:right="1080" w:bottom="864" w:left="1080" w:header="720" w:footer="720" w:gutter="0"/>
          <w:cols w:space="720"/>
          <w:docGrid w:linePitch="360"/>
        </w:sect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10080"/>
      </w:tblGrid>
      <w:tr w:rsidR="000D4DCB" w14:paraId="3CF48CDD" w14:textId="77777777">
        <w:tc>
          <w:tcPr>
            <w:tcW w:w="10080" w:type="dxa"/>
            <w:shd w:val="clear" w:color="auto" w:fill="1F3A5F"/>
            <w:tcMar>
              <w:top w:w="120" w:type="dxa"/>
              <w:left w:w="240" w:type="dxa"/>
              <w:bottom w:w="120" w:type="dxa"/>
              <w:right w:w="240" w:type="dxa"/>
            </w:tcMar>
          </w:tcPr>
          <w:p w14:paraId="20F967CA" w14:textId="77777777" w:rsidR="000D4DCB" w:rsidRDefault="00091397">
            <w:r>
              <w:rPr>
                <w:rFonts w:ascii="Calibri" w:eastAsia="Calibri" w:hAnsi="Calibri" w:cs="Calibri"/>
                <w:b/>
                <w:color w:val="C8D6E5"/>
                <w:sz w:val="20"/>
              </w:rPr>
              <w:lastRenderedPageBreak/>
              <w:t>MASTER PROJECT</w:t>
            </w:r>
          </w:p>
          <w:p w14:paraId="1B0F81D5" w14:textId="77777777" w:rsidR="000D4DCB" w:rsidRDefault="00091397">
            <w:r>
              <w:rPr>
                <w:rFonts w:ascii="Calibri" w:eastAsia="Calibri" w:hAnsi="Calibri" w:cs="Calibri"/>
                <w:b/>
                <w:color w:val="FFFFFF"/>
                <w:sz w:val="64"/>
              </w:rPr>
              <w:t>Dedication</w:t>
            </w:r>
          </w:p>
        </w:tc>
      </w:tr>
    </w:tbl>
    <w:p w14:paraId="0CCCD4E0" w14:textId="77777777" w:rsidR="000D4DCB" w:rsidRDefault="000D4DCB">
      <w:pPr>
        <w:spacing w:after="200" w:line="264" w:lineRule="auto"/>
      </w:pPr>
    </w:p>
    <w:p w14:paraId="290F6001" w14:textId="77777777" w:rsidR="000D4DCB" w:rsidRDefault="00091397">
      <w:pPr>
        <w:spacing w:after="200" w:line="264" w:lineRule="auto"/>
      </w:pPr>
      <w:r>
        <w:rPr>
          <w:rFonts w:eastAsia="Georgia" w:cs="Georgia"/>
          <w:color w:val="595959"/>
          <w:sz w:val="21"/>
        </w:rPr>
        <w:t>Choose someone special to honor with your Master Project. Tell why you chose them.</w:t>
      </w: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3744"/>
        <w:gridCol w:w="6336"/>
      </w:tblGrid>
      <w:tr w:rsidR="000D4DCB" w14:paraId="532EC683" w14:textId="77777777">
        <w:trPr>
          <w:trHeight w:val="720"/>
        </w:trPr>
        <w:tc>
          <w:tcPr>
            <w:tcW w:w="3744" w:type="dxa"/>
            <w:shd w:val="clear" w:color="auto" w:fill="E8EEF5"/>
            <w:tcMar>
              <w:top w:w="50" w:type="dxa"/>
              <w:left w:w="100" w:type="dxa"/>
              <w:bottom w:w="50" w:type="dxa"/>
              <w:right w:w="80" w:type="dxa"/>
            </w:tcMar>
            <w:vAlign w:val="center"/>
          </w:tcPr>
          <w:p w14:paraId="4DE2DCE8" w14:textId="77777777" w:rsidR="000D4DCB" w:rsidRDefault="00091397">
            <w:r>
              <w:rPr>
                <w:rFonts w:ascii="Calibri" w:eastAsia="Calibri" w:hAnsi="Calibri" w:cs="Calibri"/>
                <w:b/>
                <w:color w:val="1F3A5F"/>
                <w:sz w:val="23"/>
              </w:rPr>
              <w:t>I dedicate my Master Project to:</w:t>
            </w:r>
          </w:p>
        </w:tc>
        <w:tc>
          <w:tcPr>
            <w:tcW w:w="6336" w:type="dxa"/>
            <w:tcMar>
              <w:top w:w="50" w:type="dxa"/>
              <w:left w:w="100" w:type="dxa"/>
              <w:bottom w:w="50" w:type="dxa"/>
              <w:right w:w="100" w:type="dxa"/>
            </w:tcMar>
          </w:tcPr>
          <w:p w14:paraId="13418241" w14:textId="77777777" w:rsidR="000D4DCB" w:rsidRDefault="000D4DCB"/>
        </w:tc>
      </w:tr>
    </w:tbl>
    <w:p w14:paraId="448273B2" w14:textId="77777777" w:rsidR="000D4DCB" w:rsidRDefault="000D4DCB">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3AD03543" w14:textId="77777777">
        <w:tc>
          <w:tcPr>
            <w:tcW w:w="10080" w:type="dxa"/>
            <w:shd w:val="clear" w:color="auto" w:fill="E8EEF5"/>
            <w:tcMar>
              <w:top w:w="50" w:type="dxa"/>
              <w:left w:w="120" w:type="dxa"/>
              <w:bottom w:w="50" w:type="dxa"/>
              <w:right w:w="120" w:type="dxa"/>
            </w:tcMar>
          </w:tcPr>
          <w:p w14:paraId="5B9D40EA" w14:textId="77777777" w:rsidR="000D4DCB" w:rsidRDefault="00091397">
            <w:r>
              <w:rPr>
                <w:rFonts w:ascii="Calibri" w:eastAsia="Calibri" w:hAnsi="Calibri" w:cs="Calibri"/>
                <w:b/>
                <w:color w:val="1F3A5F"/>
                <w:sz w:val="23"/>
              </w:rPr>
              <w:t>Because…</w:t>
            </w:r>
          </w:p>
        </w:tc>
      </w:tr>
      <w:tr w:rsidR="000D4DCB" w14:paraId="480AE50E" w14:textId="77777777">
        <w:trPr>
          <w:trHeight w:val="576"/>
        </w:trPr>
        <w:tc>
          <w:tcPr>
            <w:tcW w:w="10080" w:type="dxa"/>
            <w:tcBorders>
              <w:bottom w:val="single" w:sz="4" w:space="0" w:color="C9D3DD"/>
            </w:tcBorders>
            <w:tcMar>
              <w:top w:w="0" w:type="dxa"/>
              <w:left w:w="120" w:type="dxa"/>
              <w:bottom w:w="0" w:type="dxa"/>
              <w:right w:w="120" w:type="dxa"/>
            </w:tcMar>
          </w:tcPr>
          <w:p w14:paraId="60982687" w14:textId="77777777" w:rsidR="000D4DCB" w:rsidRDefault="000D4DCB"/>
        </w:tc>
      </w:tr>
      <w:tr w:rsidR="000D4DCB" w14:paraId="1E798927" w14:textId="77777777">
        <w:trPr>
          <w:trHeight w:val="576"/>
        </w:trPr>
        <w:tc>
          <w:tcPr>
            <w:tcW w:w="10080" w:type="dxa"/>
            <w:tcBorders>
              <w:bottom w:val="single" w:sz="4" w:space="0" w:color="C9D3DD"/>
            </w:tcBorders>
            <w:tcMar>
              <w:top w:w="0" w:type="dxa"/>
              <w:left w:w="120" w:type="dxa"/>
              <w:bottom w:w="0" w:type="dxa"/>
              <w:right w:w="120" w:type="dxa"/>
            </w:tcMar>
          </w:tcPr>
          <w:p w14:paraId="65022605" w14:textId="77777777" w:rsidR="000D4DCB" w:rsidRDefault="000D4DCB"/>
        </w:tc>
      </w:tr>
      <w:tr w:rsidR="000D4DCB" w14:paraId="0FF8DCE9" w14:textId="77777777">
        <w:trPr>
          <w:trHeight w:val="576"/>
        </w:trPr>
        <w:tc>
          <w:tcPr>
            <w:tcW w:w="10080" w:type="dxa"/>
            <w:tcBorders>
              <w:bottom w:val="single" w:sz="4" w:space="0" w:color="C9D3DD"/>
            </w:tcBorders>
            <w:tcMar>
              <w:top w:w="0" w:type="dxa"/>
              <w:left w:w="120" w:type="dxa"/>
              <w:bottom w:w="0" w:type="dxa"/>
              <w:right w:w="120" w:type="dxa"/>
            </w:tcMar>
          </w:tcPr>
          <w:p w14:paraId="378F4FE5" w14:textId="77777777" w:rsidR="000D4DCB" w:rsidRDefault="000D4DCB"/>
        </w:tc>
      </w:tr>
      <w:tr w:rsidR="000D4DCB" w14:paraId="75FE94CB" w14:textId="77777777">
        <w:trPr>
          <w:trHeight w:val="576"/>
        </w:trPr>
        <w:tc>
          <w:tcPr>
            <w:tcW w:w="10080" w:type="dxa"/>
            <w:tcBorders>
              <w:bottom w:val="single" w:sz="4" w:space="0" w:color="C9D3DD"/>
            </w:tcBorders>
            <w:tcMar>
              <w:top w:w="0" w:type="dxa"/>
              <w:left w:w="120" w:type="dxa"/>
              <w:bottom w:w="0" w:type="dxa"/>
              <w:right w:w="120" w:type="dxa"/>
            </w:tcMar>
          </w:tcPr>
          <w:p w14:paraId="593F8C84" w14:textId="77777777" w:rsidR="000D4DCB" w:rsidRDefault="000D4DCB"/>
        </w:tc>
      </w:tr>
      <w:tr w:rsidR="000D4DCB" w14:paraId="6D6A2CC4" w14:textId="77777777">
        <w:trPr>
          <w:trHeight w:val="576"/>
        </w:trPr>
        <w:tc>
          <w:tcPr>
            <w:tcW w:w="10080" w:type="dxa"/>
            <w:tcBorders>
              <w:bottom w:val="single" w:sz="4" w:space="0" w:color="C9D3DD"/>
            </w:tcBorders>
            <w:tcMar>
              <w:top w:w="0" w:type="dxa"/>
              <w:left w:w="120" w:type="dxa"/>
              <w:bottom w:w="0" w:type="dxa"/>
              <w:right w:w="120" w:type="dxa"/>
            </w:tcMar>
          </w:tcPr>
          <w:p w14:paraId="429F1EB7" w14:textId="77777777" w:rsidR="000D4DCB" w:rsidRDefault="000D4DCB"/>
        </w:tc>
      </w:tr>
      <w:tr w:rsidR="000D4DCB" w14:paraId="61BE5E99" w14:textId="77777777">
        <w:trPr>
          <w:trHeight w:val="576"/>
        </w:trPr>
        <w:tc>
          <w:tcPr>
            <w:tcW w:w="10080" w:type="dxa"/>
            <w:tcBorders>
              <w:bottom w:val="single" w:sz="4" w:space="0" w:color="C9D3DD"/>
            </w:tcBorders>
            <w:tcMar>
              <w:top w:w="0" w:type="dxa"/>
              <w:left w:w="120" w:type="dxa"/>
              <w:bottom w:w="0" w:type="dxa"/>
              <w:right w:w="120" w:type="dxa"/>
            </w:tcMar>
          </w:tcPr>
          <w:p w14:paraId="1D4456B0" w14:textId="77777777" w:rsidR="000D4DCB" w:rsidRDefault="000D4DCB"/>
        </w:tc>
      </w:tr>
      <w:tr w:rsidR="000D4DCB" w14:paraId="36DC87DC" w14:textId="77777777">
        <w:trPr>
          <w:trHeight w:val="576"/>
        </w:trPr>
        <w:tc>
          <w:tcPr>
            <w:tcW w:w="10080" w:type="dxa"/>
            <w:tcBorders>
              <w:bottom w:val="single" w:sz="4" w:space="0" w:color="C9D3DD"/>
            </w:tcBorders>
            <w:tcMar>
              <w:top w:w="0" w:type="dxa"/>
              <w:left w:w="120" w:type="dxa"/>
              <w:bottom w:w="0" w:type="dxa"/>
              <w:right w:w="120" w:type="dxa"/>
            </w:tcMar>
          </w:tcPr>
          <w:p w14:paraId="5F400A6B" w14:textId="77777777" w:rsidR="000D4DCB" w:rsidRDefault="000D4DCB"/>
        </w:tc>
      </w:tr>
      <w:tr w:rsidR="000D4DCB" w14:paraId="604A7D2E" w14:textId="77777777">
        <w:trPr>
          <w:trHeight w:val="576"/>
        </w:trPr>
        <w:tc>
          <w:tcPr>
            <w:tcW w:w="10080" w:type="dxa"/>
            <w:tcBorders>
              <w:bottom w:val="single" w:sz="4" w:space="0" w:color="C9D3DD"/>
            </w:tcBorders>
            <w:tcMar>
              <w:top w:w="0" w:type="dxa"/>
              <w:left w:w="120" w:type="dxa"/>
              <w:bottom w:w="0" w:type="dxa"/>
              <w:right w:w="120" w:type="dxa"/>
            </w:tcMar>
          </w:tcPr>
          <w:p w14:paraId="4554C65B" w14:textId="77777777" w:rsidR="000D4DCB" w:rsidRDefault="000D4DCB"/>
        </w:tc>
      </w:tr>
      <w:tr w:rsidR="000D4DCB" w14:paraId="3BE536C8" w14:textId="77777777">
        <w:trPr>
          <w:trHeight w:val="576"/>
        </w:trPr>
        <w:tc>
          <w:tcPr>
            <w:tcW w:w="10080" w:type="dxa"/>
            <w:tcBorders>
              <w:bottom w:val="single" w:sz="4" w:space="0" w:color="C9D3DD"/>
            </w:tcBorders>
            <w:tcMar>
              <w:top w:w="0" w:type="dxa"/>
              <w:left w:w="120" w:type="dxa"/>
              <w:bottom w:w="0" w:type="dxa"/>
              <w:right w:w="120" w:type="dxa"/>
            </w:tcMar>
          </w:tcPr>
          <w:p w14:paraId="24B12BAC" w14:textId="77777777" w:rsidR="000D4DCB" w:rsidRDefault="000D4DCB"/>
        </w:tc>
      </w:tr>
      <w:tr w:rsidR="000D4DCB" w14:paraId="5F256481" w14:textId="77777777">
        <w:trPr>
          <w:trHeight w:val="576"/>
        </w:trPr>
        <w:tc>
          <w:tcPr>
            <w:tcW w:w="10080" w:type="dxa"/>
            <w:tcBorders>
              <w:bottom w:val="single" w:sz="4" w:space="0" w:color="C9D3DD"/>
            </w:tcBorders>
            <w:tcMar>
              <w:top w:w="0" w:type="dxa"/>
              <w:left w:w="120" w:type="dxa"/>
              <w:bottom w:w="0" w:type="dxa"/>
              <w:right w:w="120" w:type="dxa"/>
            </w:tcMar>
          </w:tcPr>
          <w:p w14:paraId="63737391" w14:textId="77777777" w:rsidR="000D4DCB" w:rsidRDefault="000D4DCB"/>
        </w:tc>
      </w:tr>
      <w:tr w:rsidR="000D4DCB" w14:paraId="2B377E65" w14:textId="77777777">
        <w:trPr>
          <w:trHeight w:val="576"/>
        </w:trPr>
        <w:tc>
          <w:tcPr>
            <w:tcW w:w="10080" w:type="dxa"/>
            <w:tcBorders>
              <w:bottom w:val="single" w:sz="4" w:space="0" w:color="C9D3DD"/>
            </w:tcBorders>
            <w:tcMar>
              <w:top w:w="0" w:type="dxa"/>
              <w:left w:w="120" w:type="dxa"/>
              <w:bottom w:w="0" w:type="dxa"/>
              <w:right w:w="120" w:type="dxa"/>
            </w:tcMar>
          </w:tcPr>
          <w:p w14:paraId="388D991B" w14:textId="77777777" w:rsidR="000D4DCB" w:rsidRDefault="000D4DCB"/>
        </w:tc>
      </w:tr>
      <w:tr w:rsidR="000D4DCB" w14:paraId="038B15BF" w14:textId="77777777">
        <w:trPr>
          <w:trHeight w:val="576"/>
        </w:trPr>
        <w:tc>
          <w:tcPr>
            <w:tcW w:w="10080" w:type="dxa"/>
            <w:tcBorders>
              <w:bottom w:val="single" w:sz="4" w:space="0" w:color="C9D3DD"/>
            </w:tcBorders>
            <w:tcMar>
              <w:top w:w="0" w:type="dxa"/>
              <w:left w:w="120" w:type="dxa"/>
              <w:bottom w:w="0" w:type="dxa"/>
              <w:right w:w="120" w:type="dxa"/>
            </w:tcMar>
          </w:tcPr>
          <w:p w14:paraId="0AF8BD84" w14:textId="77777777" w:rsidR="000D4DCB" w:rsidRDefault="000D4DCB"/>
        </w:tc>
      </w:tr>
      <w:tr w:rsidR="000D4DCB" w14:paraId="3E224AAC" w14:textId="77777777">
        <w:trPr>
          <w:trHeight w:val="576"/>
        </w:trPr>
        <w:tc>
          <w:tcPr>
            <w:tcW w:w="10080" w:type="dxa"/>
            <w:tcMar>
              <w:top w:w="0" w:type="dxa"/>
              <w:left w:w="120" w:type="dxa"/>
              <w:bottom w:w="0" w:type="dxa"/>
              <w:right w:w="120" w:type="dxa"/>
            </w:tcMar>
          </w:tcPr>
          <w:p w14:paraId="09CDFAFC" w14:textId="77777777" w:rsidR="000D4DCB" w:rsidRDefault="000D4DCB"/>
        </w:tc>
      </w:tr>
    </w:tbl>
    <w:p w14:paraId="44977A02" w14:textId="77777777" w:rsidR="000D4DCB" w:rsidRDefault="000D4DCB">
      <w:pPr>
        <w:sectPr w:rsidR="000D4DCB">
          <w:pgSz w:w="12240" w:h="15840"/>
          <w:pgMar w:top="864" w:right="1080" w:bottom="864" w:left="1080" w:header="720" w:footer="720" w:gutter="0"/>
          <w:cols w:space="720"/>
          <w:docGrid w:linePitch="360"/>
        </w:sectPr>
      </w:pPr>
    </w:p>
    <w:p w14:paraId="02306A2F"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67DA0599" w14:textId="77777777">
        <w:tc>
          <w:tcPr>
            <w:tcW w:w="7632" w:type="dxa"/>
            <w:shd w:val="clear" w:color="auto" w:fill="1F3A5F"/>
            <w:tcMar>
              <w:top w:w="90" w:type="dxa"/>
              <w:left w:w="140" w:type="dxa"/>
              <w:bottom w:w="90" w:type="dxa"/>
              <w:right w:w="140" w:type="dxa"/>
            </w:tcMar>
            <w:vAlign w:val="center"/>
          </w:tcPr>
          <w:p w14:paraId="16663D2E" w14:textId="77777777" w:rsidR="000D4DCB" w:rsidRDefault="00091397">
            <w:proofErr w:type="gramStart"/>
            <w:r>
              <w:rPr>
                <w:rFonts w:ascii="Calibri" w:eastAsia="Calibri" w:hAnsi="Calibri" w:cs="Calibri"/>
                <w:b/>
                <w:color w:val="C8D6E5"/>
                <w:sz w:val="18"/>
              </w:rPr>
              <w:t>PRESENT  ·</w:t>
            </w:r>
            <w:proofErr w:type="gramEnd"/>
            <w:r>
              <w:rPr>
                <w:rFonts w:ascii="Calibri" w:eastAsia="Calibri" w:hAnsi="Calibri" w:cs="Calibri"/>
                <w:b/>
                <w:color w:val="C8D6E5"/>
                <w:sz w:val="18"/>
              </w:rPr>
              <w:t xml:space="preserve">  STEP 31</w:t>
            </w:r>
          </w:p>
          <w:p w14:paraId="6B45D8B7" w14:textId="77777777" w:rsidR="000D4DCB" w:rsidRDefault="00091397">
            <w:r>
              <w:rPr>
                <w:rFonts w:ascii="Calibri" w:eastAsia="Calibri" w:hAnsi="Calibri" w:cs="Calibri"/>
                <w:b/>
                <w:color w:val="FFFFFF"/>
                <w:sz w:val="40"/>
              </w:rPr>
              <w:t>Prepare Your Presentation</w:t>
            </w:r>
          </w:p>
        </w:tc>
        <w:tc>
          <w:tcPr>
            <w:tcW w:w="2448" w:type="dxa"/>
            <w:shd w:val="clear" w:color="auto" w:fill="1F3A5F"/>
            <w:tcMar>
              <w:top w:w="90" w:type="dxa"/>
              <w:left w:w="140" w:type="dxa"/>
              <w:bottom w:w="90" w:type="dxa"/>
              <w:right w:w="140" w:type="dxa"/>
            </w:tcMar>
            <w:vAlign w:val="center"/>
          </w:tcPr>
          <w:p w14:paraId="7197CE80" w14:textId="77777777" w:rsidR="000D4DCB" w:rsidRDefault="00091397">
            <w:pPr>
              <w:jc w:val="right"/>
            </w:pPr>
            <w:r>
              <w:rPr>
                <w:rFonts w:ascii="Calibri" w:eastAsia="Calibri" w:hAnsi="Calibri" w:cs="Calibri"/>
                <w:color w:val="C8D6E5"/>
                <w:sz w:val="18"/>
              </w:rPr>
              <w:t>About 15–20 minutes</w:t>
            </w:r>
          </w:p>
        </w:tc>
      </w:tr>
    </w:tbl>
    <w:p w14:paraId="3215BD96" w14:textId="77777777" w:rsidR="000D4DCB" w:rsidRDefault="000D4DCB">
      <w:pPr>
        <w:spacing w:line="264" w:lineRule="auto"/>
      </w:pPr>
    </w:p>
    <w:p w14:paraId="0716F8C4"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Get ready to share your hero with others.</w:t>
      </w:r>
    </w:p>
    <w:p w14:paraId="17521F71" w14:textId="77777777" w:rsidR="000D4DCB" w:rsidRDefault="000D4DCB">
      <w:pPr>
        <w:spacing w:line="264" w:lineRule="auto"/>
      </w:pPr>
    </w:p>
    <w:p w14:paraId="448CFA48" w14:textId="77777777" w:rsidR="000D4DCB" w:rsidRDefault="00091397">
      <w:pPr>
        <w:spacing w:after="60" w:line="264" w:lineRule="auto"/>
      </w:pPr>
      <w:r>
        <w:rPr>
          <w:rFonts w:ascii="Calibri" w:eastAsia="Calibri" w:hAnsi="Calibri" w:cs="Calibri"/>
          <w:b/>
          <w:color w:val="1F3A5F"/>
          <w:sz w:val="26"/>
        </w:rPr>
        <w:t>What to do</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504"/>
        <w:gridCol w:w="9576"/>
      </w:tblGrid>
      <w:tr w:rsidR="000D4DCB" w14:paraId="5416F767" w14:textId="77777777">
        <w:tc>
          <w:tcPr>
            <w:tcW w:w="504" w:type="dxa"/>
            <w:tcMar>
              <w:top w:w="20" w:type="dxa"/>
              <w:left w:w="20" w:type="dxa"/>
              <w:bottom w:w="20" w:type="dxa"/>
              <w:right w:w="20" w:type="dxa"/>
            </w:tcMar>
          </w:tcPr>
          <w:p w14:paraId="6F6A79E4" w14:textId="77777777" w:rsidR="000D4DCB" w:rsidRDefault="00091397">
            <w:r>
              <w:rPr>
                <w:rFonts w:ascii="Calibri" w:eastAsia="Calibri" w:hAnsi="Calibri" w:cs="Calibri"/>
                <w:b/>
                <w:color w:val="1F3A5F"/>
                <w:sz w:val="21"/>
              </w:rPr>
              <w:t>1.</w:t>
            </w:r>
          </w:p>
        </w:tc>
        <w:tc>
          <w:tcPr>
            <w:tcW w:w="9576" w:type="dxa"/>
            <w:tcMar>
              <w:top w:w="20" w:type="dxa"/>
              <w:left w:w="40" w:type="dxa"/>
              <w:bottom w:w="20" w:type="dxa"/>
              <w:right w:w="40" w:type="dxa"/>
            </w:tcMar>
          </w:tcPr>
          <w:p w14:paraId="62D30295" w14:textId="77777777" w:rsidR="000D4DCB" w:rsidRDefault="00091397">
            <w:r>
              <w:rPr>
                <w:rFonts w:eastAsia="Georgia" w:cs="Georgia"/>
                <w:color w:val="222222"/>
                <w:sz w:val="21"/>
              </w:rPr>
              <w:t>Plan a 3–5 minute presentation. A presentation is when you share what you learned with others.</w:t>
            </w:r>
          </w:p>
        </w:tc>
      </w:tr>
      <w:tr w:rsidR="000D4DCB" w14:paraId="58AA0D36" w14:textId="77777777">
        <w:tc>
          <w:tcPr>
            <w:tcW w:w="504" w:type="dxa"/>
            <w:tcMar>
              <w:top w:w="20" w:type="dxa"/>
              <w:left w:w="20" w:type="dxa"/>
              <w:bottom w:w="20" w:type="dxa"/>
              <w:right w:w="20" w:type="dxa"/>
            </w:tcMar>
          </w:tcPr>
          <w:p w14:paraId="101E0C21" w14:textId="77777777" w:rsidR="000D4DCB" w:rsidRDefault="00091397">
            <w:r>
              <w:rPr>
                <w:rFonts w:ascii="Calibri" w:eastAsia="Calibri" w:hAnsi="Calibri" w:cs="Calibri"/>
                <w:b/>
                <w:color w:val="1F3A5F"/>
                <w:sz w:val="21"/>
              </w:rPr>
              <w:t>2.</w:t>
            </w:r>
          </w:p>
        </w:tc>
        <w:tc>
          <w:tcPr>
            <w:tcW w:w="9576" w:type="dxa"/>
            <w:tcMar>
              <w:top w:w="20" w:type="dxa"/>
              <w:left w:w="40" w:type="dxa"/>
              <w:bottom w:w="20" w:type="dxa"/>
              <w:right w:w="40" w:type="dxa"/>
            </w:tcMar>
          </w:tcPr>
          <w:p w14:paraId="6BC3FC11" w14:textId="77777777" w:rsidR="000D4DCB" w:rsidRDefault="00091397">
            <w:r>
              <w:rPr>
                <w:rFonts w:eastAsia="Georgia" w:cs="Georgia"/>
                <w:color w:val="222222"/>
                <w:sz w:val="21"/>
              </w:rPr>
              <w:t>For each part below, write a few key words. Key words are a few words that help you remember what to say.</w:t>
            </w:r>
          </w:p>
        </w:tc>
      </w:tr>
      <w:tr w:rsidR="000D4DCB" w14:paraId="2D13CF49" w14:textId="77777777">
        <w:tc>
          <w:tcPr>
            <w:tcW w:w="504" w:type="dxa"/>
            <w:tcMar>
              <w:top w:w="20" w:type="dxa"/>
              <w:left w:w="20" w:type="dxa"/>
              <w:bottom w:w="20" w:type="dxa"/>
              <w:right w:w="20" w:type="dxa"/>
            </w:tcMar>
          </w:tcPr>
          <w:p w14:paraId="0EC9C62F" w14:textId="77777777" w:rsidR="000D4DCB" w:rsidRDefault="00091397">
            <w:r>
              <w:rPr>
                <w:rFonts w:ascii="Calibri" w:eastAsia="Calibri" w:hAnsi="Calibri" w:cs="Calibri"/>
                <w:b/>
                <w:color w:val="1F3A5F"/>
                <w:sz w:val="21"/>
              </w:rPr>
              <w:t>3.</w:t>
            </w:r>
          </w:p>
        </w:tc>
        <w:tc>
          <w:tcPr>
            <w:tcW w:w="9576" w:type="dxa"/>
            <w:tcMar>
              <w:top w:w="20" w:type="dxa"/>
              <w:left w:w="40" w:type="dxa"/>
              <w:bottom w:w="20" w:type="dxa"/>
              <w:right w:w="40" w:type="dxa"/>
            </w:tcMar>
          </w:tcPr>
          <w:p w14:paraId="6DC4AC53" w14:textId="77777777" w:rsidR="000D4DCB" w:rsidRDefault="00091397">
            <w:r>
              <w:rPr>
                <w:rFonts w:eastAsia="Georgia" w:cs="Georgia"/>
                <w:color w:val="222222"/>
                <w:sz w:val="21"/>
              </w:rPr>
              <w:t>Choose pictures or short videos to show. Practice once for a parent, and say your memorization.</w:t>
            </w:r>
          </w:p>
        </w:tc>
      </w:tr>
    </w:tbl>
    <w:p w14:paraId="6C03E2FB" w14:textId="77777777" w:rsidR="000D4DCB" w:rsidRDefault="000D4DCB">
      <w:pPr>
        <w:spacing w:after="8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504"/>
        <w:gridCol w:w="4752"/>
        <w:gridCol w:w="4824"/>
      </w:tblGrid>
      <w:tr w:rsidR="000D4DCB" w14:paraId="49D5CC98" w14:textId="77777777">
        <w:tc>
          <w:tcPr>
            <w:tcW w:w="10080" w:type="dxa"/>
            <w:gridSpan w:val="3"/>
            <w:shd w:val="clear" w:color="auto" w:fill="E8EEF5"/>
            <w:tcMar>
              <w:top w:w="50" w:type="dxa"/>
              <w:left w:w="120" w:type="dxa"/>
              <w:bottom w:w="50" w:type="dxa"/>
              <w:right w:w="120" w:type="dxa"/>
            </w:tcMar>
          </w:tcPr>
          <w:p w14:paraId="6C27B19D" w14:textId="77777777" w:rsidR="000D4DCB" w:rsidRDefault="00091397">
            <w:r>
              <w:rPr>
                <w:rFonts w:ascii="Calibri" w:eastAsia="Calibri" w:hAnsi="Calibri" w:cs="Calibri"/>
                <w:b/>
                <w:color w:val="1F3A5F"/>
                <w:sz w:val="23"/>
              </w:rPr>
              <w:t>My Presentation Outline</w:t>
            </w:r>
          </w:p>
        </w:tc>
      </w:tr>
      <w:tr w:rsidR="000D4DCB" w14:paraId="2DA1A011" w14:textId="77777777">
        <w:tc>
          <w:tcPr>
            <w:tcW w:w="504" w:type="dxa"/>
            <w:shd w:val="clear" w:color="auto" w:fill="F4F7FA"/>
            <w:tcMar>
              <w:top w:w="40" w:type="dxa"/>
              <w:left w:w="100" w:type="dxa"/>
              <w:bottom w:w="40" w:type="dxa"/>
              <w:right w:w="80" w:type="dxa"/>
            </w:tcMar>
          </w:tcPr>
          <w:p w14:paraId="2A16C71A" w14:textId="77777777" w:rsidR="000D4DCB" w:rsidRDefault="00091397">
            <w:r>
              <w:rPr>
                <w:rFonts w:ascii="Calibri" w:eastAsia="Calibri" w:hAnsi="Calibri" w:cs="Calibri"/>
                <w:b/>
                <w:color w:val="1F3A5F"/>
                <w:sz w:val="20"/>
              </w:rPr>
              <w:t>#</w:t>
            </w:r>
          </w:p>
        </w:tc>
        <w:tc>
          <w:tcPr>
            <w:tcW w:w="4752" w:type="dxa"/>
            <w:shd w:val="clear" w:color="auto" w:fill="F4F7FA"/>
            <w:tcMar>
              <w:top w:w="40" w:type="dxa"/>
              <w:left w:w="100" w:type="dxa"/>
              <w:bottom w:w="40" w:type="dxa"/>
              <w:right w:w="80" w:type="dxa"/>
            </w:tcMar>
          </w:tcPr>
          <w:p w14:paraId="46E0E8CB" w14:textId="77777777" w:rsidR="000D4DCB" w:rsidRDefault="00091397">
            <w:r>
              <w:rPr>
                <w:rFonts w:ascii="Calibri" w:eastAsia="Calibri" w:hAnsi="Calibri" w:cs="Calibri"/>
                <w:b/>
                <w:color w:val="1F3A5F"/>
                <w:sz w:val="20"/>
              </w:rPr>
              <w:t>Part</w:t>
            </w:r>
          </w:p>
        </w:tc>
        <w:tc>
          <w:tcPr>
            <w:tcW w:w="4824" w:type="dxa"/>
            <w:shd w:val="clear" w:color="auto" w:fill="F4F7FA"/>
            <w:tcMar>
              <w:top w:w="40" w:type="dxa"/>
              <w:left w:w="100" w:type="dxa"/>
              <w:bottom w:w="40" w:type="dxa"/>
              <w:right w:w="80" w:type="dxa"/>
            </w:tcMar>
          </w:tcPr>
          <w:p w14:paraId="3D4F7E00" w14:textId="77777777" w:rsidR="000D4DCB" w:rsidRDefault="00091397">
            <w:r>
              <w:rPr>
                <w:rFonts w:ascii="Calibri" w:eastAsia="Calibri" w:hAnsi="Calibri" w:cs="Calibri"/>
                <w:b/>
                <w:color w:val="1F3A5F"/>
                <w:sz w:val="20"/>
              </w:rPr>
              <w:t>Key words</w:t>
            </w:r>
          </w:p>
        </w:tc>
      </w:tr>
      <w:tr w:rsidR="000D4DCB" w14:paraId="0AD9D456" w14:textId="77777777">
        <w:trPr>
          <w:trHeight w:val="720"/>
        </w:trPr>
        <w:tc>
          <w:tcPr>
            <w:tcW w:w="504" w:type="dxa"/>
            <w:shd w:val="clear" w:color="auto" w:fill="F4F7FA"/>
            <w:tcMar>
              <w:top w:w="40" w:type="dxa"/>
              <w:left w:w="100" w:type="dxa"/>
              <w:bottom w:w="40" w:type="dxa"/>
              <w:right w:w="80" w:type="dxa"/>
            </w:tcMar>
          </w:tcPr>
          <w:p w14:paraId="2C866C64" w14:textId="77777777" w:rsidR="000D4DCB" w:rsidRDefault="00091397">
            <w:r>
              <w:rPr>
                <w:rFonts w:ascii="Calibri" w:eastAsia="Calibri" w:hAnsi="Calibri" w:cs="Calibri"/>
                <w:b/>
                <w:color w:val="1F3A5F"/>
                <w:sz w:val="20"/>
              </w:rPr>
              <w:t>1</w:t>
            </w:r>
          </w:p>
        </w:tc>
        <w:tc>
          <w:tcPr>
            <w:tcW w:w="4752" w:type="dxa"/>
            <w:tcMar>
              <w:top w:w="40" w:type="dxa"/>
              <w:left w:w="100" w:type="dxa"/>
              <w:bottom w:w="40" w:type="dxa"/>
              <w:right w:w="80" w:type="dxa"/>
            </w:tcMar>
          </w:tcPr>
          <w:p w14:paraId="3BF9055B" w14:textId="77777777" w:rsidR="000D4DCB" w:rsidRDefault="00091397">
            <w:r>
              <w:rPr>
                <w:rFonts w:ascii="Calibri" w:eastAsia="Calibri" w:hAnsi="Calibri" w:cs="Calibri"/>
                <w:color w:val="222222"/>
                <w:sz w:val="20"/>
              </w:rPr>
              <w:t>Why I chose my hero (Step 3)</w:t>
            </w:r>
          </w:p>
        </w:tc>
        <w:tc>
          <w:tcPr>
            <w:tcW w:w="4824" w:type="dxa"/>
            <w:tcMar>
              <w:top w:w="40" w:type="dxa"/>
              <w:left w:w="100" w:type="dxa"/>
              <w:bottom w:w="40" w:type="dxa"/>
              <w:right w:w="80" w:type="dxa"/>
            </w:tcMar>
          </w:tcPr>
          <w:p w14:paraId="5B4F4368" w14:textId="77777777" w:rsidR="000D4DCB" w:rsidRDefault="000D4DCB"/>
        </w:tc>
      </w:tr>
      <w:tr w:rsidR="000D4DCB" w14:paraId="63636408" w14:textId="77777777">
        <w:trPr>
          <w:trHeight w:val="720"/>
        </w:trPr>
        <w:tc>
          <w:tcPr>
            <w:tcW w:w="504" w:type="dxa"/>
            <w:shd w:val="clear" w:color="auto" w:fill="F4F7FA"/>
            <w:tcMar>
              <w:top w:w="40" w:type="dxa"/>
              <w:left w:w="100" w:type="dxa"/>
              <w:bottom w:w="40" w:type="dxa"/>
              <w:right w:w="80" w:type="dxa"/>
            </w:tcMar>
          </w:tcPr>
          <w:p w14:paraId="61B39BC4" w14:textId="77777777" w:rsidR="000D4DCB" w:rsidRDefault="00091397">
            <w:r>
              <w:rPr>
                <w:rFonts w:ascii="Calibri" w:eastAsia="Calibri" w:hAnsi="Calibri" w:cs="Calibri"/>
                <w:b/>
                <w:color w:val="1F3A5F"/>
                <w:sz w:val="20"/>
              </w:rPr>
              <w:t>2</w:t>
            </w:r>
          </w:p>
        </w:tc>
        <w:tc>
          <w:tcPr>
            <w:tcW w:w="4752" w:type="dxa"/>
            <w:tcMar>
              <w:top w:w="40" w:type="dxa"/>
              <w:left w:w="100" w:type="dxa"/>
              <w:bottom w:w="40" w:type="dxa"/>
              <w:right w:w="80" w:type="dxa"/>
            </w:tcMar>
          </w:tcPr>
          <w:p w14:paraId="426B94B5" w14:textId="77777777" w:rsidR="000D4DCB" w:rsidRDefault="00091397">
            <w:r>
              <w:rPr>
                <w:rFonts w:ascii="Calibri" w:eastAsia="Calibri" w:hAnsi="Calibri" w:cs="Calibri"/>
                <w:color w:val="222222"/>
                <w:sz w:val="20"/>
              </w:rPr>
              <w:t>My hero's story and my favorite story (Steps 9, 15)</w:t>
            </w:r>
          </w:p>
        </w:tc>
        <w:tc>
          <w:tcPr>
            <w:tcW w:w="4824" w:type="dxa"/>
            <w:tcMar>
              <w:top w:w="40" w:type="dxa"/>
              <w:left w:w="100" w:type="dxa"/>
              <w:bottom w:w="40" w:type="dxa"/>
              <w:right w:w="80" w:type="dxa"/>
            </w:tcMar>
          </w:tcPr>
          <w:p w14:paraId="3434A9D0" w14:textId="77777777" w:rsidR="000D4DCB" w:rsidRDefault="000D4DCB"/>
        </w:tc>
      </w:tr>
      <w:tr w:rsidR="000D4DCB" w14:paraId="39461B6C" w14:textId="77777777">
        <w:trPr>
          <w:trHeight w:val="720"/>
        </w:trPr>
        <w:tc>
          <w:tcPr>
            <w:tcW w:w="504" w:type="dxa"/>
            <w:shd w:val="clear" w:color="auto" w:fill="F4F7FA"/>
            <w:tcMar>
              <w:top w:w="40" w:type="dxa"/>
              <w:left w:w="100" w:type="dxa"/>
              <w:bottom w:w="40" w:type="dxa"/>
              <w:right w:w="80" w:type="dxa"/>
            </w:tcMar>
          </w:tcPr>
          <w:p w14:paraId="77016E14" w14:textId="77777777" w:rsidR="000D4DCB" w:rsidRDefault="00091397">
            <w:r>
              <w:rPr>
                <w:rFonts w:ascii="Calibri" w:eastAsia="Calibri" w:hAnsi="Calibri" w:cs="Calibri"/>
                <w:b/>
                <w:color w:val="1F3A5F"/>
                <w:sz w:val="20"/>
              </w:rPr>
              <w:t>3</w:t>
            </w:r>
          </w:p>
        </w:tc>
        <w:tc>
          <w:tcPr>
            <w:tcW w:w="4752" w:type="dxa"/>
            <w:tcMar>
              <w:top w:w="40" w:type="dxa"/>
              <w:left w:w="100" w:type="dxa"/>
              <w:bottom w:w="40" w:type="dxa"/>
              <w:right w:w="80" w:type="dxa"/>
            </w:tcMar>
          </w:tcPr>
          <w:p w14:paraId="0CE8FA0B" w14:textId="77777777" w:rsidR="000D4DCB" w:rsidRDefault="00091397">
            <w:r>
              <w:rPr>
                <w:rFonts w:ascii="Calibri" w:eastAsia="Calibri" w:hAnsi="Calibri" w:cs="Calibri"/>
                <w:color w:val="222222"/>
                <w:sz w:val="20"/>
              </w:rPr>
              <w:t>How my hero was like Jesus and helped people come to Him (Steps 14, 17)</w:t>
            </w:r>
          </w:p>
        </w:tc>
        <w:tc>
          <w:tcPr>
            <w:tcW w:w="4824" w:type="dxa"/>
            <w:tcMar>
              <w:top w:w="40" w:type="dxa"/>
              <w:left w:w="100" w:type="dxa"/>
              <w:bottom w:w="40" w:type="dxa"/>
              <w:right w:w="80" w:type="dxa"/>
            </w:tcMar>
          </w:tcPr>
          <w:p w14:paraId="60CD2660" w14:textId="77777777" w:rsidR="000D4DCB" w:rsidRDefault="000D4DCB"/>
        </w:tc>
      </w:tr>
      <w:tr w:rsidR="000D4DCB" w14:paraId="314E4A63" w14:textId="77777777">
        <w:trPr>
          <w:trHeight w:val="720"/>
        </w:trPr>
        <w:tc>
          <w:tcPr>
            <w:tcW w:w="504" w:type="dxa"/>
            <w:shd w:val="clear" w:color="auto" w:fill="F4F7FA"/>
            <w:tcMar>
              <w:top w:w="40" w:type="dxa"/>
              <w:left w:w="100" w:type="dxa"/>
              <w:bottom w:w="40" w:type="dxa"/>
              <w:right w:w="80" w:type="dxa"/>
            </w:tcMar>
          </w:tcPr>
          <w:p w14:paraId="5196E350" w14:textId="77777777" w:rsidR="000D4DCB" w:rsidRDefault="00091397">
            <w:r>
              <w:rPr>
                <w:rFonts w:ascii="Calibri" w:eastAsia="Calibri" w:hAnsi="Calibri" w:cs="Calibri"/>
                <w:b/>
                <w:color w:val="1F3A5F"/>
                <w:sz w:val="20"/>
              </w:rPr>
              <w:t>4</w:t>
            </w:r>
          </w:p>
        </w:tc>
        <w:tc>
          <w:tcPr>
            <w:tcW w:w="4752" w:type="dxa"/>
            <w:tcMar>
              <w:top w:w="40" w:type="dxa"/>
              <w:left w:w="100" w:type="dxa"/>
              <w:bottom w:w="40" w:type="dxa"/>
              <w:right w:w="80" w:type="dxa"/>
            </w:tcMar>
          </w:tcPr>
          <w:p w14:paraId="249B4F2D" w14:textId="77777777" w:rsidR="000D4DCB" w:rsidRDefault="00091397">
            <w:r>
              <w:rPr>
                <w:rFonts w:ascii="Calibri" w:eastAsia="Calibri" w:hAnsi="Calibri" w:cs="Calibri"/>
                <w:color w:val="222222"/>
                <w:sz w:val="20"/>
              </w:rPr>
              <w:t>My service and my Creative Tribute (Steps 23, 27)</w:t>
            </w:r>
          </w:p>
        </w:tc>
        <w:tc>
          <w:tcPr>
            <w:tcW w:w="4824" w:type="dxa"/>
            <w:tcMar>
              <w:top w:w="40" w:type="dxa"/>
              <w:left w:w="100" w:type="dxa"/>
              <w:bottom w:w="40" w:type="dxa"/>
              <w:right w:w="80" w:type="dxa"/>
            </w:tcMar>
          </w:tcPr>
          <w:p w14:paraId="75394663" w14:textId="77777777" w:rsidR="000D4DCB" w:rsidRDefault="000D4DCB"/>
        </w:tc>
      </w:tr>
      <w:tr w:rsidR="000D4DCB" w14:paraId="27AD166F" w14:textId="77777777">
        <w:trPr>
          <w:trHeight w:val="720"/>
        </w:trPr>
        <w:tc>
          <w:tcPr>
            <w:tcW w:w="504" w:type="dxa"/>
            <w:shd w:val="clear" w:color="auto" w:fill="F4F7FA"/>
            <w:tcMar>
              <w:top w:w="40" w:type="dxa"/>
              <w:left w:w="100" w:type="dxa"/>
              <w:bottom w:w="40" w:type="dxa"/>
              <w:right w:w="80" w:type="dxa"/>
            </w:tcMar>
          </w:tcPr>
          <w:p w14:paraId="23888C90" w14:textId="77777777" w:rsidR="000D4DCB" w:rsidRDefault="00091397">
            <w:r>
              <w:rPr>
                <w:rFonts w:ascii="Calibri" w:eastAsia="Calibri" w:hAnsi="Calibri" w:cs="Calibri"/>
                <w:b/>
                <w:color w:val="1F3A5F"/>
                <w:sz w:val="20"/>
              </w:rPr>
              <w:t>5</w:t>
            </w:r>
          </w:p>
        </w:tc>
        <w:tc>
          <w:tcPr>
            <w:tcW w:w="4752" w:type="dxa"/>
            <w:tcMar>
              <w:top w:w="40" w:type="dxa"/>
              <w:left w:w="100" w:type="dxa"/>
              <w:bottom w:w="40" w:type="dxa"/>
              <w:right w:w="80" w:type="dxa"/>
            </w:tcMar>
          </w:tcPr>
          <w:p w14:paraId="4885268F" w14:textId="77777777" w:rsidR="000D4DCB" w:rsidRDefault="00091397">
            <w:r>
              <w:rPr>
                <w:rFonts w:ascii="Calibri" w:eastAsia="Calibri" w:hAnsi="Calibri" w:cs="Calibri"/>
                <w:color w:val="222222"/>
                <w:sz w:val="20"/>
              </w:rPr>
              <w:t>My memorization (Step 24)</w:t>
            </w:r>
          </w:p>
        </w:tc>
        <w:tc>
          <w:tcPr>
            <w:tcW w:w="4824" w:type="dxa"/>
            <w:tcMar>
              <w:top w:w="40" w:type="dxa"/>
              <w:left w:w="100" w:type="dxa"/>
              <w:bottom w:w="40" w:type="dxa"/>
              <w:right w:w="80" w:type="dxa"/>
            </w:tcMar>
          </w:tcPr>
          <w:p w14:paraId="37252945" w14:textId="77777777" w:rsidR="000D4DCB" w:rsidRDefault="000D4DCB"/>
        </w:tc>
      </w:tr>
      <w:tr w:rsidR="000D4DCB" w14:paraId="47D96CB0" w14:textId="77777777">
        <w:trPr>
          <w:trHeight w:val="720"/>
        </w:trPr>
        <w:tc>
          <w:tcPr>
            <w:tcW w:w="504" w:type="dxa"/>
            <w:shd w:val="clear" w:color="auto" w:fill="F4F7FA"/>
            <w:tcMar>
              <w:top w:w="40" w:type="dxa"/>
              <w:left w:w="100" w:type="dxa"/>
              <w:bottom w:w="40" w:type="dxa"/>
              <w:right w:w="80" w:type="dxa"/>
            </w:tcMar>
          </w:tcPr>
          <w:p w14:paraId="3642560C" w14:textId="77777777" w:rsidR="000D4DCB" w:rsidRDefault="00091397">
            <w:r>
              <w:rPr>
                <w:rFonts w:ascii="Calibri" w:eastAsia="Calibri" w:hAnsi="Calibri" w:cs="Calibri"/>
                <w:b/>
                <w:color w:val="1F3A5F"/>
                <w:sz w:val="20"/>
              </w:rPr>
              <w:t>6</w:t>
            </w:r>
          </w:p>
        </w:tc>
        <w:tc>
          <w:tcPr>
            <w:tcW w:w="4752" w:type="dxa"/>
            <w:tcMar>
              <w:top w:w="40" w:type="dxa"/>
              <w:left w:w="100" w:type="dxa"/>
              <w:bottom w:w="40" w:type="dxa"/>
              <w:right w:w="80" w:type="dxa"/>
            </w:tcMar>
          </w:tcPr>
          <w:p w14:paraId="29EBED44" w14:textId="77777777" w:rsidR="000D4DCB" w:rsidRDefault="00091397">
            <w:r>
              <w:rPr>
                <w:rFonts w:ascii="Calibri" w:eastAsia="Calibri" w:hAnsi="Calibri" w:cs="Calibri"/>
                <w:color w:val="222222"/>
                <w:sz w:val="20"/>
              </w:rPr>
              <w:t>How I have improved (Step 29)</w:t>
            </w:r>
          </w:p>
        </w:tc>
        <w:tc>
          <w:tcPr>
            <w:tcW w:w="4824" w:type="dxa"/>
            <w:tcMar>
              <w:top w:w="40" w:type="dxa"/>
              <w:left w:w="100" w:type="dxa"/>
              <w:bottom w:w="40" w:type="dxa"/>
              <w:right w:w="80" w:type="dxa"/>
            </w:tcMar>
          </w:tcPr>
          <w:p w14:paraId="5AFA1A8D" w14:textId="77777777" w:rsidR="000D4DCB" w:rsidRDefault="000D4DCB"/>
        </w:tc>
      </w:tr>
    </w:tbl>
    <w:p w14:paraId="7B2B7121" w14:textId="77777777" w:rsidR="000D4DCB" w:rsidRDefault="000D4DCB">
      <w:pPr>
        <w:spacing w:after="160" w:line="264" w:lineRule="auto"/>
      </w:pPr>
    </w:p>
    <w:p w14:paraId="4C9FECFC" w14:textId="77777777" w:rsidR="000D4DCB" w:rsidRDefault="00091397">
      <w:pPr>
        <w:spacing w:after="40" w:line="264" w:lineRule="auto"/>
      </w:pPr>
      <w:r>
        <w:rPr>
          <w:rFonts w:ascii="Calibri" w:eastAsia="Calibri" w:hAnsi="Calibri" w:cs="Calibri"/>
          <w:b/>
          <w:color w:val="1F3A5F"/>
          <w:sz w:val="26"/>
        </w:rPr>
        <w:t>Things I will show</w:t>
      </w:r>
    </w:p>
    <w:tbl>
      <w:tblPr>
        <w:tblW w:w="10080" w:type="dxa"/>
        <w:tblBorders>
          <w:top w:val="single" w:sz="0" w:space="0" w:color="FFFFFF"/>
          <w:left w:val="single" w:sz="0" w:space="0" w:color="FFFFFF"/>
          <w:bottom w:val="single" w:sz="0" w:space="0" w:color="FFFFFF"/>
          <w:right w:val="single" w:sz="0" w:space="0" w:color="FFFFFF"/>
          <w:insideH w:val="nil"/>
          <w:insideV w:val="nil"/>
        </w:tblBorders>
        <w:tblLayout w:type="fixed"/>
        <w:tblLook w:val="04A0" w:firstRow="1" w:lastRow="0" w:firstColumn="1" w:lastColumn="0" w:noHBand="0" w:noVBand="1"/>
      </w:tblPr>
      <w:tblGrid>
        <w:gridCol w:w="2160"/>
        <w:gridCol w:w="2016"/>
        <w:gridCol w:w="3744"/>
        <w:gridCol w:w="2160"/>
      </w:tblGrid>
      <w:tr w:rsidR="000D4DCB" w14:paraId="781FAF1A" w14:textId="77777777">
        <w:tc>
          <w:tcPr>
            <w:tcW w:w="2160" w:type="dxa"/>
            <w:tcMar>
              <w:top w:w="20" w:type="dxa"/>
              <w:left w:w="60" w:type="dxa"/>
              <w:bottom w:w="20" w:type="dxa"/>
              <w:right w:w="40" w:type="dxa"/>
            </w:tcMar>
          </w:tcPr>
          <w:p w14:paraId="2E534BE6"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0"/>
              </w:rPr>
              <w:t>Pictures</w:t>
            </w:r>
            <w:proofErr w:type="gramEnd"/>
          </w:p>
        </w:tc>
        <w:tc>
          <w:tcPr>
            <w:tcW w:w="2016" w:type="dxa"/>
            <w:tcMar>
              <w:top w:w="20" w:type="dxa"/>
              <w:left w:w="60" w:type="dxa"/>
              <w:bottom w:w="20" w:type="dxa"/>
              <w:right w:w="40" w:type="dxa"/>
            </w:tcMar>
          </w:tcPr>
          <w:p w14:paraId="4C9393EA"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0"/>
              </w:rPr>
              <w:t>Videos</w:t>
            </w:r>
            <w:proofErr w:type="gramEnd"/>
          </w:p>
        </w:tc>
        <w:tc>
          <w:tcPr>
            <w:tcW w:w="3744" w:type="dxa"/>
            <w:tcMar>
              <w:top w:w="20" w:type="dxa"/>
              <w:left w:w="60" w:type="dxa"/>
              <w:bottom w:w="20" w:type="dxa"/>
              <w:right w:w="40" w:type="dxa"/>
            </w:tcMar>
          </w:tcPr>
          <w:p w14:paraId="549E5E49"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0"/>
              </w:rPr>
              <w:t>Master</w:t>
            </w:r>
            <w:proofErr w:type="gramEnd"/>
            <w:r>
              <w:rPr>
                <w:rFonts w:eastAsia="Georgia" w:cs="Georgia"/>
                <w:color w:val="222222"/>
                <w:sz w:val="20"/>
              </w:rPr>
              <w:t xml:space="preserve"> Project Binder</w:t>
            </w:r>
          </w:p>
        </w:tc>
        <w:tc>
          <w:tcPr>
            <w:tcW w:w="2160" w:type="dxa"/>
            <w:tcMar>
              <w:top w:w="20" w:type="dxa"/>
              <w:left w:w="60" w:type="dxa"/>
              <w:bottom w:w="20" w:type="dxa"/>
              <w:right w:w="40" w:type="dxa"/>
            </w:tcMar>
          </w:tcPr>
          <w:p w14:paraId="5A93EE09" w14:textId="77777777" w:rsidR="000D4DCB" w:rsidRDefault="00091397">
            <w:proofErr w:type="gramStart"/>
            <w:r>
              <w:rPr>
                <w:rFonts w:ascii="Segoe UI Symbol" w:eastAsia="Segoe UI Symbol" w:hAnsi="Segoe UI Symbol" w:cs="Segoe UI Symbol"/>
                <w:color w:val="1F3A5F"/>
                <w:sz w:val="24"/>
              </w:rPr>
              <w:t xml:space="preserve">☐  </w:t>
            </w:r>
            <w:r>
              <w:rPr>
                <w:rFonts w:eastAsia="Georgia" w:cs="Georgia"/>
                <w:color w:val="222222"/>
                <w:sz w:val="20"/>
              </w:rPr>
              <w:t>Slides</w:t>
            </w:r>
            <w:proofErr w:type="gramEnd"/>
          </w:p>
        </w:tc>
      </w:tr>
    </w:tbl>
    <w:p w14:paraId="728D5E7F" w14:textId="77777777" w:rsidR="000D4DCB" w:rsidRDefault="000D4DCB">
      <w:pPr>
        <w:spacing w:after="160" w:line="264" w:lineRule="auto"/>
      </w:pPr>
    </w:p>
    <w:tbl>
      <w:tblPr>
        <w:tblW w:w="10080" w:type="dxa"/>
        <w:tblBorders>
          <w:top w:val="single" w:sz="6" w:space="0" w:color="9FB3C8"/>
          <w:left w:val="single" w:sz="6" w:space="0" w:color="9FB3C8"/>
          <w:bottom w:val="single" w:sz="6" w:space="0" w:color="9FB3C8"/>
          <w:right w:val="single" w:sz="6" w:space="0" w:color="9FB3C8"/>
          <w:insideH w:val="single" w:sz="6" w:space="0" w:color="9FB3C8"/>
          <w:insideV w:val="single" w:sz="6" w:space="0" w:color="9FB3C8"/>
        </w:tblBorders>
        <w:tblLayout w:type="fixed"/>
        <w:tblLook w:val="04A0" w:firstRow="1" w:lastRow="0" w:firstColumn="1" w:lastColumn="0" w:noHBand="0" w:noVBand="1"/>
      </w:tblPr>
      <w:tblGrid>
        <w:gridCol w:w="1872"/>
        <w:gridCol w:w="3168"/>
        <w:gridCol w:w="1872"/>
        <w:gridCol w:w="3168"/>
      </w:tblGrid>
      <w:tr w:rsidR="000D4DCB" w14:paraId="24D67972" w14:textId="77777777">
        <w:tc>
          <w:tcPr>
            <w:tcW w:w="10080" w:type="dxa"/>
            <w:gridSpan w:val="4"/>
            <w:shd w:val="clear" w:color="auto" w:fill="E8EEF5"/>
            <w:tcMar>
              <w:top w:w="50" w:type="dxa"/>
              <w:left w:w="120" w:type="dxa"/>
              <w:bottom w:w="50" w:type="dxa"/>
              <w:right w:w="120" w:type="dxa"/>
            </w:tcMar>
          </w:tcPr>
          <w:p w14:paraId="346F171D" w14:textId="77777777" w:rsidR="000D4DCB" w:rsidRDefault="00091397">
            <w:r>
              <w:rPr>
                <w:rFonts w:ascii="Calibri" w:eastAsia="Calibri" w:hAnsi="Calibri" w:cs="Calibri"/>
                <w:b/>
                <w:color w:val="1F3A5F"/>
                <w:sz w:val="23"/>
              </w:rPr>
              <w:t>Practice Sign-Off</w:t>
            </w:r>
          </w:p>
        </w:tc>
      </w:tr>
      <w:tr w:rsidR="000D4DCB" w14:paraId="44CDD1C4" w14:textId="77777777">
        <w:trPr>
          <w:trHeight w:val="518"/>
        </w:trPr>
        <w:tc>
          <w:tcPr>
            <w:tcW w:w="1872" w:type="dxa"/>
            <w:shd w:val="clear" w:color="auto" w:fill="F4F7FA"/>
            <w:tcMar>
              <w:top w:w="50" w:type="dxa"/>
              <w:left w:w="100" w:type="dxa"/>
              <w:bottom w:w="50" w:type="dxa"/>
              <w:right w:w="80" w:type="dxa"/>
            </w:tcMar>
          </w:tcPr>
          <w:p w14:paraId="52FDCFF2" w14:textId="77777777" w:rsidR="000D4DCB" w:rsidRDefault="00091397">
            <w:r>
              <w:rPr>
                <w:rFonts w:ascii="Calibri" w:eastAsia="Calibri" w:hAnsi="Calibri" w:cs="Calibri"/>
                <w:b/>
                <w:color w:val="1F3A5F"/>
                <w:sz w:val="20"/>
              </w:rPr>
              <w:t>Listener name:</w:t>
            </w:r>
          </w:p>
        </w:tc>
        <w:tc>
          <w:tcPr>
            <w:tcW w:w="3168" w:type="dxa"/>
            <w:tcMar>
              <w:top w:w="50" w:type="dxa"/>
              <w:left w:w="100" w:type="dxa"/>
              <w:bottom w:w="50" w:type="dxa"/>
              <w:right w:w="100" w:type="dxa"/>
            </w:tcMar>
          </w:tcPr>
          <w:p w14:paraId="6E1F6654" w14:textId="77777777" w:rsidR="000D4DCB" w:rsidRDefault="000D4DCB"/>
        </w:tc>
        <w:tc>
          <w:tcPr>
            <w:tcW w:w="1872" w:type="dxa"/>
            <w:shd w:val="clear" w:color="auto" w:fill="F4F7FA"/>
            <w:tcMar>
              <w:top w:w="50" w:type="dxa"/>
              <w:left w:w="100" w:type="dxa"/>
              <w:bottom w:w="50" w:type="dxa"/>
              <w:right w:w="80" w:type="dxa"/>
            </w:tcMar>
          </w:tcPr>
          <w:p w14:paraId="45A5A88A" w14:textId="77777777" w:rsidR="000D4DCB" w:rsidRDefault="00091397">
            <w:r>
              <w:rPr>
                <w:rFonts w:ascii="Calibri" w:eastAsia="Calibri" w:hAnsi="Calibri" w:cs="Calibri"/>
                <w:b/>
                <w:color w:val="1F3A5F"/>
                <w:sz w:val="20"/>
              </w:rPr>
              <w:t>Signature:</w:t>
            </w:r>
          </w:p>
        </w:tc>
        <w:tc>
          <w:tcPr>
            <w:tcW w:w="3168" w:type="dxa"/>
            <w:tcMar>
              <w:top w:w="50" w:type="dxa"/>
              <w:left w:w="100" w:type="dxa"/>
              <w:bottom w:w="50" w:type="dxa"/>
              <w:right w:w="100" w:type="dxa"/>
            </w:tcMar>
          </w:tcPr>
          <w:p w14:paraId="7F3F91EB" w14:textId="77777777" w:rsidR="000D4DCB" w:rsidRDefault="000D4DCB"/>
        </w:tc>
      </w:tr>
      <w:tr w:rsidR="000D4DCB" w14:paraId="767AEB93" w14:textId="77777777">
        <w:trPr>
          <w:trHeight w:val="518"/>
        </w:trPr>
        <w:tc>
          <w:tcPr>
            <w:tcW w:w="1872" w:type="dxa"/>
            <w:shd w:val="clear" w:color="auto" w:fill="F4F7FA"/>
            <w:tcMar>
              <w:top w:w="50" w:type="dxa"/>
              <w:left w:w="100" w:type="dxa"/>
              <w:bottom w:w="50" w:type="dxa"/>
              <w:right w:w="80" w:type="dxa"/>
            </w:tcMar>
          </w:tcPr>
          <w:p w14:paraId="26F52D89" w14:textId="77777777" w:rsidR="000D4DCB" w:rsidRDefault="00091397">
            <w:r>
              <w:rPr>
                <w:rFonts w:ascii="Calibri" w:eastAsia="Calibri" w:hAnsi="Calibri" w:cs="Calibri"/>
                <w:b/>
                <w:color w:val="1F3A5F"/>
                <w:sz w:val="20"/>
              </w:rPr>
              <w:t>Minutes:</w:t>
            </w:r>
          </w:p>
        </w:tc>
        <w:tc>
          <w:tcPr>
            <w:tcW w:w="3168" w:type="dxa"/>
            <w:tcMar>
              <w:top w:w="50" w:type="dxa"/>
              <w:left w:w="100" w:type="dxa"/>
              <w:bottom w:w="50" w:type="dxa"/>
              <w:right w:w="100" w:type="dxa"/>
            </w:tcMar>
          </w:tcPr>
          <w:p w14:paraId="26E0B8BD" w14:textId="77777777" w:rsidR="000D4DCB" w:rsidRDefault="000D4DCB"/>
        </w:tc>
        <w:tc>
          <w:tcPr>
            <w:tcW w:w="1872" w:type="dxa"/>
            <w:shd w:val="clear" w:color="auto" w:fill="F4F7FA"/>
            <w:tcMar>
              <w:top w:w="50" w:type="dxa"/>
              <w:left w:w="100" w:type="dxa"/>
              <w:bottom w:w="50" w:type="dxa"/>
              <w:right w:w="80" w:type="dxa"/>
            </w:tcMar>
          </w:tcPr>
          <w:p w14:paraId="161BE794" w14:textId="77777777" w:rsidR="000D4DCB" w:rsidRDefault="00091397">
            <w:r>
              <w:rPr>
                <w:rFonts w:ascii="Calibri" w:eastAsia="Calibri" w:hAnsi="Calibri" w:cs="Calibri"/>
                <w:b/>
                <w:color w:val="1F3A5F"/>
                <w:sz w:val="20"/>
              </w:rPr>
              <w:t>Check:</w:t>
            </w:r>
          </w:p>
        </w:tc>
        <w:tc>
          <w:tcPr>
            <w:tcW w:w="3168" w:type="dxa"/>
            <w:tcMar>
              <w:top w:w="50" w:type="dxa"/>
              <w:left w:w="100" w:type="dxa"/>
              <w:bottom w:w="50" w:type="dxa"/>
              <w:right w:w="100" w:type="dxa"/>
            </w:tcMar>
          </w:tcPr>
          <w:p w14:paraId="478FE617" w14:textId="77777777" w:rsidR="000D4DCB" w:rsidRDefault="00091397">
            <w:r>
              <w:rPr>
                <w:rFonts w:ascii="Calibri" w:eastAsia="Calibri" w:hAnsi="Calibri" w:cs="Calibri"/>
                <w:color w:val="1F3A5F"/>
                <w:sz w:val="21"/>
              </w:rPr>
              <w:t>☐ Said memorization   ☐ Did not read</w:t>
            </w:r>
          </w:p>
        </w:tc>
      </w:tr>
    </w:tbl>
    <w:p w14:paraId="64AC63D5" w14:textId="77777777" w:rsidR="000D4DCB" w:rsidRDefault="000D4DCB">
      <w:pPr>
        <w:pageBreakBefore/>
        <w:spacing w:line="20" w:lineRule="exact"/>
        <w:rPr>
          <w:sz w:val="2"/>
        </w:rPr>
      </w:pPr>
    </w:p>
    <w:tbl>
      <w:tblPr>
        <w:tblW w:w="10080" w:type="dxa"/>
        <w:tblBorders>
          <w:top w:val="single" w:sz="4" w:space="0" w:color="1F3A5F"/>
          <w:left w:val="single" w:sz="4" w:space="0" w:color="1F3A5F"/>
          <w:bottom w:val="single" w:sz="4" w:space="0" w:color="1F3A5F"/>
          <w:right w:val="single" w:sz="4" w:space="0" w:color="1F3A5F"/>
          <w:insideH w:val="nil"/>
          <w:insideV w:val="nil"/>
        </w:tblBorders>
        <w:tblLayout w:type="fixed"/>
        <w:tblLook w:val="04A0" w:firstRow="1" w:lastRow="0" w:firstColumn="1" w:lastColumn="0" w:noHBand="0" w:noVBand="1"/>
      </w:tblPr>
      <w:tblGrid>
        <w:gridCol w:w="7632"/>
        <w:gridCol w:w="2448"/>
      </w:tblGrid>
      <w:tr w:rsidR="000D4DCB" w14:paraId="61FD4F96" w14:textId="77777777">
        <w:tc>
          <w:tcPr>
            <w:tcW w:w="7632" w:type="dxa"/>
            <w:shd w:val="clear" w:color="auto" w:fill="1F3A5F"/>
            <w:tcMar>
              <w:top w:w="90" w:type="dxa"/>
              <w:left w:w="140" w:type="dxa"/>
              <w:bottom w:w="90" w:type="dxa"/>
              <w:right w:w="140" w:type="dxa"/>
            </w:tcMar>
            <w:vAlign w:val="center"/>
          </w:tcPr>
          <w:p w14:paraId="447EBEC4" w14:textId="77777777" w:rsidR="000D4DCB" w:rsidRDefault="00091397">
            <w:proofErr w:type="gramStart"/>
            <w:r>
              <w:rPr>
                <w:rFonts w:ascii="Calibri" w:eastAsia="Calibri" w:hAnsi="Calibri" w:cs="Calibri"/>
                <w:b/>
                <w:color w:val="C8D6E5"/>
                <w:sz w:val="18"/>
              </w:rPr>
              <w:t>PRESENT  ·</w:t>
            </w:r>
            <w:proofErr w:type="gramEnd"/>
            <w:r>
              <w:rPr>
                <w:rFonts w:ascii="Calibri" w:eastAsia="Calibri" w:hAnsi="Calibri" w:cs="Calibri"/>
                <w:b/>
                <w:color w:val="C8D6E5"/>
                <w:sz w:val="18"/>
              </w:rPr>
              <w:t xml:space="preserve">  STEP 32</w:t>
            </w:r>
          </w:p>
          <w:p w14:paraId="4D693D9E" w14:textId="77777777" w:rsidR="000D4DCB" w:rsidRDefault="00091397">
            <w:r>
              <w:rPr>
                <w:rFonts w:ascii="Calibri" w:eastAsia="Calibri" w:hAnsi="Calibri" w:cs="Calibri"/>
                <w:b/>
                <w:color w:val="FFFFFF"/>
                <w:sz w:val="40"/>
              </w:rPr>
              <w:t>Presentation Tips</w:t>
            </w:r>
          </w:p>
        </w:tc>
        <w:tc>
          <w:tcPr>
            <w:tcW w:w="2448" w:type="dxa"/>
            <w:shd w:val="clear" w:color="auto" w:fill="1F3A5F"/>
            <w:tcMar>
              <w:top w:w="90" w:type="dxa"/>
              <w:left w:w="140" w:type="dxa"/>
              <w:bottom w:w="90" w:type="dxa"/>
              <w:right w:w="140" w:type="dxa"/>
            </w:tcMar>
            <w:vAlign w:val="center"/>
          </w:tcPr>
          <w:p w14:paraId="596DBD20" w14:textId="77777777" w:rsidR="000D4DCB" w:rsidRDefault="00091397">
            <w:pPr>
              <w:jc w:val="right"/>
            </w:pPr>
            <w:r>
              <w:rPr>
                <w:rFonts w:ascii="Calibri" w:eastAsia="Calibri" w:hAnsi="Calibri" w:cs="Calibri"/>
                <w:color w:val="C8D6E5"/>
                <w:sz w:val="18"/>
              </w:rPr>
              <w:t>About 15–20 minutes</w:t>
            </w:r>
          </w:p>
        </w:tc>
      </w:tr>
    </w:tbl>
    <w:p w14:paraId="4DE31AF6" w14:textId="77777777" w:rsidR="000D4DCB" w:rsidRDefault="000D4DCB">
      <w:pPr>
        <w:spacing w:line="264" w:lineRule="auto"/>
      </w:pPr>
    </w:p>
    <w:p w14:paraId="1C8E37AB" w14:textId="77777777" w:rsidR="000D4DCB" w:rsidRDefault="00091397">
      <w:pPr>
        <w:spacing w:after="120" w:line="264" w:lineRule="auto"/>
      </w:pPr>
      <w:r>
        <w:rPr>
          <w:rFonts w:ascii="Calibri" w:eastAsia="Calibri" w:hAnsi="Calibri" w:cs="Calibri"/>
          <w:b/>
          <w:color w:val="1F3A5F"/>
        </w:rPr>
        <w:t xml:space="preserve">Goal: </w:t>
      </w:r>
      <w:r>
        <w:rPr>
          <w:rFonts w:eastAsia="Georgia" w:cs="Georgia"/>
          <w:color w:val="222222"/>
        </w:rPr>
        <w:t>Share your hero and what you learned, and be brave!</w:t>
      </w:r>
    </w:p>
    <w:p w14:paraId="16FA6EF8" w14:textId="77777777" w:rsidR="000D4DCB" w:rsidRDefault="000D4DCB">
      <w:pPr>
        <w:spacing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645CE8C4" w14:textId="77777777">
        <w:tc>
          <w:tcPr>
            <w:tcW w:w="10080" w:type="dxa"/>
            <w:shd w:val="clear" w:color="auto" w:fill="FBF6EC"/>
            <w:tcMar>
              <w:top w:w="70" w:type="dxa"/>
              <w:left w:w="140" w:type="dxa"/>
              <w:bottom w:w="70" w:type="dxa"/>
              <w:right w:w="140" w:type="dxa"/>
            </w:tcMar>
          </w:tcPr>
          <w:p w14:paraId="207FDD63" w14:textId="77777777" w:rsidR="000D4DCB" w:rsidRDefault="00091397">
            <w:r>
              <w:rPr>
                <w:rFonts w:ascii="Calibri" w:eastAsia="Calibri" w:hAnsi="Calibri" w:cs="Calibri"/>
                <w:b/>
                <w:color w:val="7A551C"/>
                <w:sz w:val="20"/>
              </w:rPr>
              <w:t xml:space="preserve">REMEMBER: </w:t>
            </w:r>
            <w:r>
              <w:rPr>
                <w:rFonts w:ascii="Calibri" w:eastAsia="Calibri" w:hAnsi="Calibri" w:cs="Calibri"/>
                <w:color w:val="3A2E1A"/>
                <w:sz w:val="20"/>
              </w:rPr>
              <w:t>You have come to know and love your hero. Now you can help others love your hero too!</w:t>
            </w:r>
          </w:p>
        </w:tc>
      </w:tr>
    </w:tbl>
    <w:p w14:paraId="5B5AA42F" w14:textId="77777777" w:rsidR="000D4DCB" w:rsidRDefault="000D4DCB">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665DFC3B" w14:textId="77777777">
        <w:tc>
          <w:tcPr>
            <w:tcW w:w="10080" w:type="dxa"/>
            <w:shd w:val="clear" w:color="auto" w:fill="E8EEF5"/>
            <w:tcMar>
              <w:top w:w="60" w:type="dxa"/>
              <w:left w:w="140" w:type="dxa"/>
              <w:bottom w:w="60" w:type="dxa"/>
              <w:right w:w="140" w:type="dxa"/>
            </w:tcMar>
          </w:tcPr>
          <w:p w14:paraId="3F597804" w14:textId="77777777" w:rsidR="000D4DCB" w:rsidRDefault="00091397">
            <w:r>
              <w:rPr>
                <w:rFonts w:ascii="Calibri" w:eastAsia="Calibri" w:hAnsi="Calibri" w:cs="Calibri"/>
                <w:b/>
                <w:color w:val="1F3A5F"/>
                <w:sz w:val="25"/>
              </w:rPr>
              <w:t>Before You Present</w:t>
            </w:r>
          </w:p>
        </w:tc>
      </w:tr>
      <w:tr w:rsidR="000D4DCB" w14:paraId="1269D51E" w14:textId="77777777">
        <w:tc>
          <w:tcPr>
            <w:tcW w:w="10080" w:type="dxa"/>
            <w:tcMar>
              <w:top w:w="80" w:type="dxa"/>
              <w:left w:w="160" w:type="dxa"/>
              <w:bottom w:w="90" w:type="dxa"/>
              <w:right w:w="140" w:type="dxa"/>
            </w:tcMar>
          </w:tcPr>
          <w:p w14:paraId="3EA247EA"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color w:val="222222"/>
              </w:rPr>
              <w:t>Practice with your key words. Do not write out every word. Know your story well enough to tell it from your heart.</w:t>
            </w:r>
          </w:p>
          <w:p w14:paraId="72ADA5BC"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color w:val="222222"/>
              </w:rPr>
              <w:t>Set up your pictures, videos, or things to show before you start.</w:t>
            </w:r>
          </w:p>
          <w:p w14:paraId="0ABC1350"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color w:val="222222"/>
              </w:rPr>
              <w:t>You may dress up like your hero if you want to.</w:t>
            </w:r>
          </w:p>
          <w:p w14:paraId="6C3D9AD5"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color w:val="222222"/>
              </w:rPr>
              <w:t>Invite your family to watch.</w:t>
            </w:r>
          </w:p>
        </w:tc>
      </w:tr>
    </w:tbl>
    <w:p w14:paraId="01219D6B" w14:textId="77777777" w:rsidR="000D4DCB" w:rsidRDefault="000D4DCB">
      <w:pPr>
        <w:spacing w:after="200" w:line="264" w:lineRule="auto"/>
      </w:pPr>
    </w:p>
    <w:tbl>
      <w:tblPr>
        <w:tblW w:w="10080" w:type="dxa"/>
        <w:tblBorders>
          <w:top w:val="single" w:sz="6" w:space="0" w:color="9FB3C8"/>
          <w:left w:val="single" w:sz="6" w:space="0" w:color="9FB3C8"/>
          <w:bottom w:val="single" w:sz="6" w:space="0" w:color="9FB3C8"/>
          <w:right w:val="single" w:sz="6" w:space="0" w:color="9FB3C8"/>
          <w:insideH w:val="nil"/>
          <w:insideV w:val="nil"/>
        </w:tblBorders>
        <w:tblLayout w:type="fixed"/>
        <w:tblLook w:val="04A0" w:firstRow="1" w:lastRow="0" w:firstColumn="1" w:lastColumn="0" w:noHBand="0" w:noVBand="1"/>
      </w:tblPr>
      <w:tblGrid>
        <w:gridCol w:w="10080"/>
      </w:tblGrid>
      <w:tr w:rsidR="000D4DCB" w14:paraId="107A909A" w14:textId="77777777">
        <w:tc>
          <w:tcPr>
            <w:tcW w:w="10080" w:type="dxa"/>
            <w:shd w:val="clear" w:color="auto" w:fill="E8EEF5"/>
            <w:tcMar>
              <w:top w:w="60" w:type="dxa"/>
              <w:left w:w="140" w:type="dxa"/>
              <w:bottom w:w="60" w:type="dxa"/>
              <w:right w:w="140" w:type="dxa"/>
            </w:tcMar>
          </w:tcPr>
          <w:p w14:paraId="01A0CA39" w14:textId="77777777" w:rsidR="000D4DCB" w:rsidRDefault="00091397">
            <w:r>
              <w:rPr>
                <w:rFonts w:ascii="Calibri" w:eastAsia="Calibri" w:hAnsi="Calibri" w:cs="Calibri"/>
                <w:b/>
                <w:color w:val="1F3A5F"/>
                <w:sz w:val="25"/>
              </w:rPr>
              <w:t>While You Present</w:t>
            </w:r>
          </w:p>
        </w:tc>
      </w:tr>
      <w:tr w:rsidR="000D4DCB" w14:paraId="4D96BCAB" w14:textId="77777777">
        <w:tc>
          <w:tcPr>
            <w:tcW w:w="10080" w:type="dxa"/>
            <w:tcMar>
              <w:top w:w="80" w:type="dxa"/>
              <w:left w:w="160" w:type="dxa"/>
              <w:bottom w:w="90" w:type="dxa"/>
              <w:right w:w="140" w:type="dxa"/>
            </w:tcMar>
          </w:tcPr>
          <w:p w14:paraId="490A2325"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b/>
                <w:color w:val="222222"/>
              </w:rPr>
              <w:t xml:space="preserve">Look at the people watching. </w:t>
            </w:r>
            <w:r>
              <w:rPr>
                <w:rFonts w:eastAsia="Georgia" w:cs="Georgia"/>
                <w:color w:val="222222"/>
              </w:rPr>
              <w:t>Peek at your notes, but do not read them.</w:t>
            </w:r>
          </w:p>
          <w:p w14:paraId="24F320AA"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b/>
                <w:color w:val="222222"/>
              </w:rPr>
              <w:t xml:space="preserve">Tell stories. </w:t>
            </w:r>
            <w:r>
              <w:rPr>
                <w:rFonts w:eastAsia="Georgia" w:cs="Georgia"/>
                <w:color w:val="222222"/>
              </w:rPr>
              <w:t>Stories help people love your hero like you do.</w:t>
            </w:r>
          </w:p>
          <w:p w14:paraId="1E38F04D"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b/>
                <w:color w:val="222222"/>
              </w:rPr>
              <w:t xml:space="preserve">Speak clearly. </w:t>
            </w:r>
            <w:r>
              <w:rPr>
                <w:rFonts w:eastAsia="Georgia" w:cs="Georgia"/>
                <w:color w:val="222222"/>
              </w:rPr>
              <w:t>Talk slowly and loudly so everyone can hear. Try not to say "um" or "like."</w:t>
            </w:r>
          </w:p>
          <w:p w14:paraId="09678BF3"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b/>
                <w:color w:val="222222"/>
              </w:rPr>
              <w:t xml:space="preserve">Say your memorization without looking. </w:t>
            </w:r>
            <w:r>
              <w:rPr>
                <w:rFonts w:eastAsia="Georgia" w:cs="Georgia"/>
                <w:color w:val="222222"/>
              </w:rPr>
              <w:t>Take a deep breath before you begin.</w:t>
            </w:r>
          </w:p>
          <w:p w14:paraId="647091D0" w14:textId="77777777" w:rsidR="000D4DCB" w:rsidRDefault="00091397">
            <w:pPr>
              <w:spacing w:after="120"/>
              <w:ind w:left="288" w:hanging="288"/>
            </w:pPr>
            <w:r>
              <w:rPr>
                <w:rFonts w:ascii="Calibri" w:eastAsia="Calibri" w:hAnsi="Calibri" w:cs="Calibri"/>
                <w:b/>
                <w:color w:val="1F3A5F"/>
              </w:rPr>
              <w:t xml:space="preserve">•  </w:t>
            </w:r>
            <w:r>
              <w:rPr>
                <w:rFonts w:eastAsia="Georgia" w:cs="Georgia"/>
                <w:b/>
                <w:color w:val="222222"/>
              </w:rPr>
              <w:t xml:space="preserve">Share your heart. </w:t>
            </w:r>
            <w:r>
              <w:rPr>
                <w:rFonts w:eastAsia="Georgia" w:cs="Georgia"/>
                <w:color w:val="222222"/>
              </w:rPr>
              <w:t>Tell why this hero is special to you.</w:t>
            </w:r>
          </w:p>
        </w:tc>
      </w:tr>
    </w:tbl>
    <w:p w14:paraId="2AD0B960" w14:textId="77777777" w:rsidR="000D4DCB" w:rsidRDefault="000D4DCB">
      <w:pPr>
        <w:spacing w:after="200" w:line="264" w:lineRule="auto"/>
      </w:pPr>
    </w:p>
    <w:tbl>
      <w:tblPr>
        <w:tblW w:w="10080" w:type="dxa"/>
        <w:tblBorders>
          <w:top w:val="single" w:sz="6" w:space="0" w:color="C8963E"/>
          <w:left w:val="single" w:sz="6" w:space="0" w:color="C8963E"/>
          <w:bottom w:val="single" w:sz="6" w:space="0" w:color="C8963E"/>
          <w:right w:val="single" w:sz="6" w:space="0" w:color="C8963E"/>
          <w:insideH w:val="nil"/>
          <w:insideV w:val="nil"/>
        </w:tblBorders>
        <w:tblLayout w:type="fixed"/>
        <w:tblLook w:val="04A0" w:firstRow="1" w:lastRow="0" w:firstColumn="1" w:lastColumn="0" w:noHBand="0" w:noVBand="1"/>
      </w:tblPr>
      <w:tblGrid>
        <w:gridCol w:w="10080"/>
      </w:tblGrid>
      <w:tr w:rsidR="000D4DCB" w14:paraId="383B1B64" w14:textId="77777777">
        <w:tc>
          <w:tcPr>
            <w:tcW w:w="10080" w:type="dxa"/>
            <w:shd w:val="clear" w:color="auto" w:fill="F6EBD5"/>
            <w:tcMar>
              <w:top w:w="60" w:type="dxa"/>
              <w:left w:w="140" w:type="dxa"/>
              <w:bottom w:w="60" w:type="dxa"/>
              <w:right w:w="140" w:type="dxa"/>
            </w:tcMar>
          </w:tcPr>
          <w:p w14:paraId="246455C5" w14:textId="77777777" w:rsidR="000D4DCB" w:rsidRDefault="00091397">
            <w:r>
              <w:rPr>
                <w:rFonts w:ascii="Calibri" w:eastAsia="Calibri" w:hAnsi="Calibri" w:cs="Calibri"/>
                <w:b/>
                <w:color w:val="7A551C"/>
                <w:sz w:val="25"/>
              </w:rPr>
              <w:t>Recording Tips</w:t>
            </w:r>
          </w:p>
        </w:tc>
      </w:tr>
      <w:tr w:rsidR="000D4DCB" w14:paraId="68DDD981" w14:textId="77777777">
        <w:tc>
          <w:tcPr>
            <w:tcW w:w="10080" w:type="dxa"/>
            <w:tcMar>
              <w:top w:w="80" w:type="dxa"/>
              <w:left w:w="160" w:type="dxa"/>
              <w:bottom w:w="90" w:type="dxa"/>
              <w:right w:w="140" w:type="dxa"/>
            </w:tcMar>
          </w:tcPr>
          <w:p w14:paraId="4E96A757" w14:textId="77777777" w:rsidR="000D4DCB" w:rsidRDefault="00091397">
            <w:pPr>
              <w:spacing w:after="120"/>
              <w:ind w:left="288" w:hanging="288"/>
            </w:pPr>
            <w:r>
              <w:rPr>
                <w:rFonts w:ascii="Calibri" w:eastAsia="Calibri" w:hAnsi="Calibri" w:cs="Calibri"/>
                <w:b/>
                <w:color w:val="7A551C"/>
              </w:rPr>
              <w:t xml:space="preserve">•  </w:t>
            </w:r>
            <w:r>
              <w:rPr>
                <w:rFonts w:eastAsia="Georgia" w:cs="Georgia"/>
                <w:color w:val="222222"/>
              </w:rPr>
              <w:t>Record in a quiet place. Have the light in front of you, not behind you.</w:t>
            </w:r>
          </w:p>
          <w:p w14:paraId="049E908C" w14:textId="77777777" w:rsidR="000D4DCB" w:rsidRDefault="00091397">
            <w:pPr>
              <w:spacing w:after="120"/>
              <w:ind w:left="288" w:hanging="288"/>
            </w:pPr>
            <w:r>
              <w:rPr>
                <w:rFonts w:ascii="Calibri" w:eastAsia="Calibri" w:hAnsi="Calibri" w:cs="Calibri"/>
                <w:b/>
                <w:color w:val="7A551C"/>
              </w:rPr>
              <w:t xml:space="preserve">•  </w:t>
            </w:r>
            <w:r>
              <w:rPr>
                <w:rFonts w:eastAsia="Georgia" w:cs="Georgia"/>
                <w:color w:val="222222"/>
              </w:rPr>
              <w:t>Ask someone to hold the camera still, or use a stand.</w:t>
            </w:r>
          </w:p>
          <w:p w14:paraId="521BF977" w14:textId="77777777" w:rsidR="000D4DCB" w:rsidRDefault="00091397">
            <w:pPr>
              <w:spacing w:after="120"/>
              <w:ind w:left="288" w:hanging="288"/>
            </w:pPr>
            <w:r>
              <w:rPr>
                <w:rFonts w:ascii="Calibri" w:eastAsia="Calibri" w:hAnsi="Calibri" w:cs="Calibri"/>
                <w:b/>
                <w:color w:val="7A551C"/>
              </w:rPr>
              <w:t xml:space="preserve">•  </w:t>
            </w:r>
            <w:r>
              <w:rPr>
                <w:rFonts w:eastAsia="Georgia" w:cs="Georgia"/>
                <w:color w:val="222222"/>
              </w:rPr>
              <w:t>Do a quick test to make sure people can see and hear you.</w:t>
            </w:r>
          </w:p>
          <w:p w14:paraId="163E2353" w14:textId="77777777" w:rsidR="000D4DCB" w:rsidRDefault="00091397">
            <w:pPr>
              <w:spacing w:after="120"/>
              <w:ind w:left="288" w:hanging="288"/>
            </w:pPr>
            <w:r>
              <w:rPr>
                <w:rFonts w:ascii="Calibri" w:eastAsia="Calibri" w:hAnsi="Calibri" w:cs="Calibri"/>
                <w:b/>
                <w:color w:val="7A551C"/>
              </w:rPr>
              <w:t xml:space="preserve">•  </w:t>
            </w:r>
            <w:r>
              <w:rPr>
                <w:rFonts w:eastAsia="Georgia" w:cs="Georgia"/>
                <w:color w:val="222222"/>
              </w:rPr>
              <w:t>Keep your presentation to 3–5 minutes.</w:t>
            </w:r>
          </w:p>
        </w:tc>
      </w:tr>
    </w:tbl>
    <w:p w14:paraId="21EE061A" w14:textId="77777777" w:rsidR="00FE4B69" w:rsidRDefault="00FE4B69"/>
    <w:sectPr w:rsidR="00FE4B69" w:rsidSect="00034616">
      <w:pgSz w:w="12240" w:h="15840"/>
      <w:pgMar w:top="864"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158ED6" w14:textId="77777777" w:rsidR="00495D55" w:rsidRDefault="00495D55">
      <w:pPr>
        <w:spacing w:line="240" w:lineRule="auto"/>
      </w:pPr>
      <w:r>
        <w:separator/>
      </w:r>
    </w:p>
  </w:endnote>
  <w:endnote w:type="continuationSeparator" w:id="0">
    <w:p w14:paraId="527DF54B" w14:textId="77777777" w:rsidR="00495D55" w:rsidRDefault="00495D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1CBDC" w14:textId="77777777" w:rsidR="000D4DCB" w:rsidRDefault="000D4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559BDD" w14:textId="77777777" w:rsidR="000D4DCB" w:rsidRDefault="00091397">
    <w:pPr>
      <w:jc w:val="center"/>
    </w:pPr>
    <w:r>
      <w:rPr>
        <w:rFonts w:ascii="Calibri" w:hAnsi="Calibri"/>
        <w:color w:val="595959"/>
        <w:sz w:val="16"/>
      </w:rPr>
      <w:t xml:space="preserve">AHS Worldwide · Master Project Student Workbook · Grades 3–5 · Page </w:t>
    </w:r>
    <w:r>
      <w:rPr>
        <w:rFonts w:ascii="Calibri" w:hAnsi="Calibri"/>
        <w:color w:val="595959"/>
        <w:sz w:val="16"/>
      </w:rPr>
      <w:fldChar w:fldCharType="begin"/>
    </w:r>
    <w:r>
      <w:rPr>
        <w:rFonts w:ascii="Calibri" w:hAnsi="Calibri"/>
        <w:color w:val="595959"/>
        <w:sz w:val="16"/>
      </w:rPr>
      <w:instrText>PAGE</w:instrText>
    </w:r>
    <w:r>
      <w:rPr>
        <w:rFonts w:ascii="Calibri" w:hAnsi="Calibri"/>
        <w:color w:val="595959"/>
        <w:sz w:val="16"/>
      </w:rPr>
      <w:fldChar w:fldCharType="separate"/>
    </w:r>
    <w:r w:rsidR="002E793E">
      <w:rPr>
        <w:rFonts w:ascii="Calibri" w:hAnsi="Calibri"/>
        <w:noProof/>
        <w:color w:val="595959"/>
        <w:sz w:val="16"/>
      </w:rPr>
      <w:t>2</w:t>
    </w:r>
    <w:r>
      <w:rPr>
        <w:rFonts w:ascii="Calibri" w:hAnsi="Calibri"/>
        <w:color w:val="59595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D87E7A" w14:textId="77777777" w:rsidR="00495D55" w:rsidRDefault="00495D55">
      <w:pPr>
        <w:spacing w:line="240" w:lineRule="auto"/>
      </w:pPr>
      <w:r>
        <w:separator/>
      </w:r>
    </w:p>
  </w:footnote>
  <w:footnote w:type="continuationSeparator" w:id="0">
    <w:p w14:paraId="770565E1" w14:textId="77777777" w:rsidR="00495D55" w:rsidRDefault="00495D5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9553782">
    <w:abstractNumId w:val="8"/>
  </w:num>
  <w:num w:numId="2" w16cid:durableId="1652756180">
    <w:abstractNumId w:val="6"/>
  </w:num>
  <w:num w:numId="3" w16cid:durableId="1809085492">
    <w:abstractNumId w:val="5"/>
  </w:num>
  <w:num w:numId="4" w16cid:durableId="1638871208">
    <w:abstractNumId w:val="4"/>
  </w:num>
  <w:num w:numId="5" w16cid:durableId="2105224403">
    <w:abstractNumId w:val="7"/>
  </w:num>
  <w:num w:numId="6" w16cid:durableId="1371683608">
    <w:abstractNumId w:val="3"/>
  </w:num>
  <w:num w:numId="7" w16cid:durableId="1579557663">
    <w:abstractNumId w:val="2"/>
  </w:num>
  <w:num w:numId="8" w16cid:durableId="1617828004">
    <w:abstractNumId w:val="1"/>
  </w:num>
  <w:num w:numId="9" w16cid:durableId="14495460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1397"/>
    <w:rsid w:val="000B09CE"/>
    <w:rsid w:val="000D0458"/>
    <w:rsid w:val="000D4DCB"/>
    <w:rsid w:val="000F6447"/>
    <w:rsid w:val="000F72FF"/>
    <w:rsid w:val="0015074B"/>
    <w:rsid w:val="00150F2F"/>
    <w:rsid w:val="001D44C4"/>
    <w:rsid w:val="00253E38"/>
    <w:rsid w:val="0029639D"/>
    <w:rsid w:val="00296BD1"/>
    <w:rsid w:val="002B2AAD"/>
    <w:rsid w:val="002D4B59"/>
    <w:rsid w:val="002E1CDA"/>
    <w:rsid w:val="002E793E"/>
    <w:rsid w:val="00313314"/>
    <w:rsid w:val="00326F90"/>
    <w:rsid w:val="00391594"/>
    <w:rsid w:val="003B0687"/>
    <w:rsid w:val="003E065E"/>
    <w:rsid w:val="004711AF"/>
    <w:rsid w:val="0048418A"/>
    <w:rsid w:val="00495D55"/>
    <w:rsid w:val="0051477A"/>
    <w:rsid w:val="005300FD"/>
    <w:rsid w:val="00573F52"/>
    <w:rsid w:val="00632FA8"/>
    <w:rsid w:val="00682CDD"/>
    <w:rsid w:val="0075343D"/>
    <w:rsid w:val="00753CD0"/>
    <w:rsid w:val="00782297"/>
    <w:rsid w:val="00786211"/>
    <w:rsid w:val="007C4C46"/>
    <w:rsid w:val="007E4563"/>
    <w:rsid w:val="0083595E"/>
    <w:rsid w:val="00911CE4"/>
    <w:rsid w:val="0095370B"/>
    <w:rsid w:val="0095681C"/>
    <w:rsid w:val="00A17B2B"/>
    <w:rsid w:val="00AA1D8D"/>
    <w:rsid w:val="00AF40CE"/>
    <w:rsid w:val="00B47730"/>
    <w:rsid w:val="00B57300"/>
    <w:rsid w:val="00BE57C8"/>
    <w:rsid w:val="00C66C01"/>
    <w:rsid w:val="00CB0664"/>
    <w:rsid w:val="00D53B4F"/>
    <w:rsid w:val="00D56331"/>
    <w:rsid w:val="00D709CC"/>
    <w:rsid w:val="00DA0468"/>
    <w:rsid w:val="00DC6BA2"/>
    <w:rsid w:val="00DE79CC"/>
    <w:rsid w:val="00E633E3"/>
    <w:rsid w:val="00E63C90"/>
    <w:rsid w:val="00F35A84"/>
    <w:rsid w:val="00F550B9"/>
    <w:rsid w:val="00F95C88"/>
    <w:rsid w:val="00FC693F"/>
    <w:rsid w:val="00FE4B69"/>
    <w:rsid w:val="00FF093B"/>
    <w:rsid w:val="265AA5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450458"/>
  <w14:defaultImageDpi w14:val="300"/>
  <w15:docId w15:val="{DA10A821-149D-2944-982C-A77B2B6A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Georgia" w:hAnsi="Georgia"/>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LTitle">
    <w:name w:val="HL Title"/>
    <w:next w:val="HLBodyText"/>
    <w:qFormat/>
    <w:pPr>
      <w:keepNext/>
      <w:keepLines/>
      <w:spacing w:after="240"/>
      <w:jc w:val="center"/>
    </w:pPr>
    <w:rPr>
      <w:rFonts w:ascii="Calibri" w:eastAsia="Calibri" w:hAnsi="Calibri" w:cs="Calibri"/>
      <w:b/>
      <w:bCs/>
      <w:color w:val="1F3A5F"/>
      <w:sz w:val="52"/>
      <w:szCs w:val="36"/>
    </w:rPr>
  </w:style>
  <w:style w:type="paragraph" w:customStyle="1" w:styleId="HLSubtitle">
    <w:name w:val="HL Subtitle"/>
    <w:basedOn w:val="HLTitle"/>
    <w:next w:val="HLBodyText"/>
    <w:qFormat/>
    <w:pPr>
      <w:spacing w:before="240"/>
    </w:pPr>
    <w:rPr>
      <w:b w:val="0"/>
      <w:color w:val="595959"/>
      <w:sz w:val="26"/>
      <w:szCs w:val="30"/>
    </w:rPr>
  </w:style>
  <w:style w:type="paragraph" w:customStyle="1" w:styleId="HLFirstParagraph">
    <w:name w:val="HL First Paragraph"/>
    <w:basedOn w:val="HLBodyText"/>
    <w:next w:val="HLBodyText"/>
    <w:qFormat/>
  </w:style>
  <w:style w:type="paragraph" w:customStyle="1" w:styleId="HLBodyText">
    <w:name w:val="HL Body Text"/>
    <w:qFormat/>
    <w:pPr>
      <w:spacing w:before="40" w:after="100"/>
    </w:pPr>
  </w:style>
  <w:style w:type="paragraph" w:customStyle="1" w:styleId="HLheading2">
    <w:name w:val="HL heading 2"/>
    <w:next w:val="HLBodyText"/>
    <w:uiPriority w:val="9"/>
    <w:unhideWhenUsed/>
    <w:qFormat/>
    <w:pPr>
      <w:keepNext/>
      <w:keepLines/>
      <w:spacing w:before="200" w:after="80"/>
      <w:outlineLvl w:val="1"/>
    </w:pPr>
    <w:rPr>
      <w:rFonts w:ascii="Calibri" w:eastAsia="Calibri" w:hAnsi="Calibri" w:cs="Calibri"/>
      <w:b/>
      <w:bCs/>
      <w:color w:val="1F3A5F"/>
      <w:sz w:val="30"/>
      <w:szCs w:val="28"/>
    </w:rPr>
  </w:style>
  <w:style w:type="table" w:customStyle="1" w:styleId="HLTable">
    <w:name w:val="HL 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HLCompact">
    <w:name w:val="HL Compact"/>
    <w:basedOn w:val="HLBodyText"/>
    <w:qFormat/>
    <w:pPr>
      <w:spacing w:after="60"/>
    </w:pPr>
  </w:style>
  <w:style w:type="paragraph" w:customStyle="1" w:styleId="HLheading1">
    <w:name w:val="HL heading 1"/>
    <w:next w:val="HLBodyText"/>
    <w:uiPriority w:val="9"/>
    <w:qFormat/>
    <w:pPr>
      <w:keepNext/>
      <w:keepLines/>
      <w:pBdr>
        <w:bottom w:val="single" w:sz="8" w:space="4" w:color="1F3A5F"/>
      </w:pBdr>
      <w:spacing w:before="240"/>
      <w:outlineLvl w:val="0"/>
    </w:pPr>
    <w:rPr>
      <w:rFonts w:ascii="Calibri" w:eastAsia="Calibri" w:hAnsi="Calibri" w:cs="Calibri"/>
      <w:b/>
      <w:bCs/>
      <w:color w:val="1F3A5F"/>
      <w:sz w:val="40"/>
      <w:szCs w:val="32"/>
    </w:rPr>
  </w:style>
  <w:style w:type="paragraph" w:customStyle="1" w:styleId="HLheading3">
    <w:name w:val="HL heading 3"/>
    <w:next w:val="HLBodyText"/>
    <w:uiPriority w:val="9"/>
    <w:unhideWhenUsed/>
    <w:qFormat/>
    <w:pPr>
      <w:keepNext/>
      <w:keepLines/>
      <w:spacing w:before="100" w:after="20"/>
      <w:outlineLvl w:val="2"/>
    </w:pPr>
    <w:rPr>
      <w:rFonts w:ascii="Calibri" w:eastAsia="Calibri" w:hAnsi="Calibri" w:cs="Calibri"/>
      <w:b/>
      <w:bCs/>
      <w:color w:val="9B2C2C"/>
      <w:sz w:val="24"/>
    </w:rPr>
  </w:style>
  <w:style w:type="paragraph" w:styleId="Revision">
    <w:name w:val="Revision"/>
    <w:hidden/>
    <w:uiPriority w:val="99"/>
    <w:semiHidden/>
    <w:rsid w:val="00DA0468"/>
    <w:pPr>
      <w:spacing w:after="0" w:line="240" w:lineRule="auto"/>
    </w:pPr>
    <w:rPr>
      <w:rFonts w:ascii="Georgia" w:hAnsi="Georg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6819</Words>
  <Characters>38874</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Knecht</cp:lastModifiedBy>
  <cp:revision>2</cp:revision>
  <dcterms:created xsi:type="dcterms:W3CDTF">2026-09-25T16:46:00Z</dcterms:created>
  <dcterms:modified xsi:type="dcterms:W3CDTF">2026-09-25T16:46:00Z</dcterms:modified>
  <cp:category/>
</cp:coreProperties>
</file>