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76CFF8" w14:textId="77777777" w:rsidR="00807A9D" w:rsidRDefault="003E36A8">
      <w:r>
        <w:rPr>
          <w:noProof/>
        </w:rPr>
        <w:drawing>
          <wp:anchor distT="0" distB="0" distL="114300" distR="114300" simplePos="0" relativeHeight="251658240" behindDoc="1" locked="0" layoutInCell="1" allowOverlap="1" wp14:anchorId="570F9C14" wp14:editId="66862824">
            <wp:simplePos x="0" y="0"/>
            <wp:positionH relativeFrom="column">
              <wp:posOffset>0</wp:posOffset>
            </wp:positionH>
            <wp:positionV relativeFrom="paragraph">
              <wp:posOffset>-34506</wp:posOffset>
            </wp:positionV>
            <wp:extent cx="7773042" cy="10058400"/>
            <wp:effectExtent l="0" t="0" r="0" b="0"/>
            <wp:wrapNone/>
            <wp:docPr id="2048624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24046" name="Picture 2048624046"/>
                    <pic:cNvPicPr/>
                  </pic:nvPicPr>
                  <pic:blipFill>
                    <a:blip r:embed="rId8"/>
                    <a:stretch>
                      <a:fillRect/>
                    </a:stretch>
                  </pic:blipFill>
                  <pic:spPr>
                    <a:xfrm>
                      <a:off x="0" y="0"/>
                      <a:ext cx="7792624" cy="10083739"/>
                    </a:xfrm>
                    <a:prstGeom prst="rect">
                      <a:avLst/>
                    </a:prstGeom>
                  </pic:spPr>
                </pic:pic>
              </a:graphicData>
            </a:graphic>
            <wp14:sizeRelH relativeFrom="page">
              <wp14:pctWidth>0</wp14:pctWidth>
            </wp14:sizeRelH>
            <wp14:sizeRelV relativeFrom="page">
              <wp14:pctHeight>0</wp14:pctHeight>
            </wp14:sizeRelV>
          </wp:anchor>
        </w:drawing>
      </w:r>
    </w:p>
    <w:p w14:paraId="5A1515D0" w14:textId="77777777" w:rsidR="00807A9D" w:rsidRDefault="00807A9D">
      <w:pPr>
        <w:spacing w:line="20" w:lineRule="exact"/>
        <w:rPr>
          <w:sz w:val="2"/>
        </w:rPr>
        <w:sectPr w:rsidR="00807A9D">
          <w:pgSz w:w="12240" w:h="15840"/>
          <w:pgMar w:top="0" w:right="0" w:bottom="0" w:left="0" w:header="720" w:footer="720" w:gutter="0"/>
          <w:cols w:space="720"/>
          <w:docGrid w:linePitch="360"/>
        </w:sectPr>
      </w:pPr>
    </w:p>
    <w:p w14:paraId="75F2B9A8" w14:textId="77777777" w:rsidR="00807A9D" w:rsidRPr="00356009" w:rsidRDefault="00B57BF7" w:rsidP="00356009">
      <w:pPr>
        <w:spacing w:after="200"/>
        <w:rPr>
          <w:rFonts w:ascii="Calibri" w:eastAsia="Calibri" w:hAnsi="Calibri" w:cs="Calibri"/>
          <w:b/>
          <w:color w:val="1F3A5F"/>
          <w:sz w:val="44"/>
        </w:rPr>
      </w:pPr>
      <w:r>
        <w:rPr>
          <w:rFonts w:ascii="Calibri" w:eastAsia="Calibri" w:hAnsi="Calibri" w:cs="Calibri"/>
          <w:b/>
          <w:color w:val="1F3A5F"/>
          <w:sz w:val="44"/>
        </w:rPr>
        <w:lastRenderedPageBreak/>
        <w:t>Welcome to your Master Project!</w:t>
      </w:r>
    </w:p>
    <w:p w14:paraId="7BC94DDA" w14:textId="77777777" w:rsidR="00807A9D" w:rsidRDefault="00B57BF7">
      <w:pPr>
        <w:spacing w:after="120" w:line="264" w:lineRule="auto"/>
      </w:pPr>
      <w:r>
        <w:rPr>
          <w:rFonts w:eastAsia="Georgia" w:cs="Georgia"/>
          <w:color w:val="222222"/>
        </w:rPr>
        <w:t>This year you will come to know the Master, Jesus Christ, by closely studying the life of a Christlike hero of your choice. Each step in this workbook takes about 20–30 minutes and guides you to create one page of your Master Project Notebook. Complete the steps in order, and store each finished page in your binder within the proper section.</w:t>
      </w:r>
    </w:p>
    <w:p w14:paraId="74BC8CB8" w14:textId="77777777" w:rsidR="00807A9D" w:rsidRDefault="00B57BF7">
      <w:pPr>
        <w:spacing w:after="200" w:line="264" w:lineRule="auto"/>
      </w:pPr>
      <w:r>
        <w:rPr>
          <w:rFonts w:eastAsia="Georgia" w:cs="Georgia"/>
          <w:color w:val="222222"/>
        </w:rPr>
        <w:t>As you prayerfully and thoughtfully study your hero, do your best work, and prepare for your final presentation, you will come closer to your Savior and become more committed to moving His cause forward throughout your life. You will become “more useful in the Hands of the Lord in building the Kingdom of God on Earth” (AHS Mission Statement).</w:t>
      </w:r>
    </w:p>
    <w:p w14:paraId="006F57AC" w14:textId="77777777" w:rsidR="00807A9D" w:rsidRDefault="00B57BF7">
      <w:pPr>
        <w:spacing w:after="80" w:line="264" w:lineRule="auto"/>
      </w:pPr>
      <w:r>
        <w:rPr>
          <w:rFonts w:ascii="Calibri" w:eastAsia="Calibri" w:hAnsi="Calibri" w:cs="Calibri"/>
          <w:b/>
          <w:color w:val="1F3A5F"/>
          <w:sz w:val="26"/>
        </w:rPr>
        <w:t>Materials You Will Need</w:t>
      </w: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5040"/>
        <w:gridCol w:w="5040"/>
      </w:tblGrid>
      <w:tr w:rsidR="00807A9D" w14:paraId="22746B48" w14:textId="77777777">
        <w:tc>
          <w:tcPr>
            <w:tcW w:w="10080" w:type="dxa"/>
            <w:gridSpan w:val="2"/>
            <w:shd w:val="clear" w:color="auto" w:fill="E8EEF5"/>
            <w:tcMar>
              <w:top w:w="50" w:type="dxa"/>
              <w:left w:w="120" w:type="dxa"/>
              <w:bottom w:w="50" w:type="dxa"/>
              <w:right w:w="120" w:type="dxa"/>
            </w:tcMar>
          </w:tcPr>
          <w:p w14:paraId="4A831975" w14:textId="77777777" w:rsidR="00807A9D" w:rsidRDefault="00B57BF7">
            <w:r>
              <w:rPr>
                <w:rFonts w:ascii="Calibri" w:eastAsia="Calibri" w:hAnsi="Calibri" w:cs="Calibri"/>
                <w:b/>
                <w:color w:val="1F3A5F"/>
                <w:sz w:val="21"/>
              </w:rPr>
              <w:t>Gather these before you begin</w:t>
            </w:r>
          </w:p>
        </w:tc>
      </w:tr>
      <w:tr w:rsidR="00807A9D" w14:paraId="524F28F2" w14:textId="77777777">
        <w:tc>
          <w:tcPr>
            <w:tcW w:w="5040" w:type="dxa"/>
            <w:tcMar>
              <w:top w:w="40" w:type="dxa"/>
              <w:left w:w="120" w:type="dxa"/>
              <w:bottom w:w="40" w:type="dxa"/>
              <w:right w:w="80" w:type="dxa"/>
            </w:tcMar>
          </w:tcPr>
          <w:p w14:paraId="67447CED" w14:textId="77777777" w:rsidR="00807A9D" w:rsidRDefault="00B57BF7">
            <w:r>
              <w:rPr>
                <w:rFonts w:ascii="Segoe UI Symbol" w:eastAsia="Segoe UI Symbol" w:hAnsi="Segoe UI Symbol" w:cs="Segoe UI Symbol"/>
                <w:color w:val="1F3A5F"/>
              </w:rPr>
              <w:t xml:space="preserve">☐  </w:t>
            </w:r>
            <w:r>
              <w:rPr>
                <w:rFonts w:ascii="Calibri" w:eastAsia="Calibri" w:hAnsi="Calibri" w:cs="Calibri"/>
                <w:color w:val="222222"/>
                <w:sz w:val="20"/>
              </w:rPr>
              <w:t>3-ring binder (1–1½ inch is ideal)</w:t>
            </w:r>
          </w:p>
        </w:tc>
        <w:tc>
          <w:tcPr>
            <w:tcW w:w="5040" w:type="dxa"/>
            <w:tcMar>
              <w:top w:w="40" w:type="dxa"/>
              <w:left w:w="120" w:type="dxa"/>
              <w:bottom w:w="40" w:type="dxa"/>
              <w:right w:w="80" w:type="dxa"/>
            </w:tcMar>
          </w:tcPr>
          <w:p w14:paraId="49796CC9" w14:textId="77777777" w:rsidR="00807A9D" w:rsidRDefault="00B57BF7">
            <w:r>
              <w:rPr>
                <w:rFonts w:ascii="Segoe UI Symbol" w:eastAsia="Segoe UI Symbol" w:hAnsi="Segoe UI Symbol" w:cs="Segoe UI Symbol"/>
                <w:color w:val="1F3A5F"/>
              </w:rPr>
              <w:t xml:space="preserve">☐  </w:t>
            </w:r>
            <w:r>
              <w:rPr>
                <w:rFonts w:ascii="Calibri" w:eastAsia="Calibri" w:hAnsi="Calibri" w:cs="Calibri"/>
                <w:color w:val="222222"/>
                <w:sz w:val="20"/>
              </w:rPr>
              <w:t>Printer and printer paper</w:t>
            </w:r>
          </w:p>
        </w:tc>
      </w:tr>
      <w:tr w:rsidR="00807A9D" w14:paraId="27F353A9" w14:textId="77777777">
        <w:tc>
          <w:tcPr>
            <w:tcW w:w="5040" w:type="dxa"/>
            <w:tcMar>
              <w:top w:w="40" w:type="dxa"/>
              <w:left w:w="120" w:type="dxa"/>
              <w:bottom w:w="40" w:type="dxa"/>
              <w:right w:w="80" w:type="dxa"/>
            </w:tcMar>
          </w:tcPr>
          <w:p w14:paraId="41E2A228" w14:textId="77777777" w:rsidR="00807A9D" w:rsidRDefault="00B57BF7">
            <w:r>
              <w:rPr>
                <w:rFonts w:ascii="Segoe UI Symbol" w:eastAsia="Segoe UI Symbol" w:hAnsi="Segoe UI Symbol" w:cs="Segoe UI Symbol"/>
                <w:color w:val="1F3A5F"/>
              </w:rPr>
              <w:t xml:space="preserve">☐  </w:t>
            </w:r>
            <w:r>
              <w:rPr>
                <w:rFonts w:ascii="Calibri" w:eastAsia="Calibri" w:hAnsi="Calibri" w:cs="Calibri"/>
                <w:color w:val="222222"/>
                <w:sz w:val="20"/>
              </w:rPr>
              <w:t>Cardstock for printing the cover, spine label, and dividers</w:t>
            </w:r>
          </w:p>
        </w:tc>
        <w:tc>
          <w:tcPr>
            <w:tcW w:w="5040" w:type="dxa"/>
            <w:tcMar>
              <w:top w:w="40" w:type="dxa"/>
              <w:left w:w="120" w:type="dxa"/>
              <w:bottom w:w="40" w:type="dxa"/>
              <w:right w:w="80" w:type="dxa"/>
            </w:tcMar>
          </w:tcPr>
          <w:p w14:paraId="2E73B4FF" w14:textId="77777777" w:rsidR="00807A9D" w:rsidRDefault="00B57BF7">
            <w:r>
              <w:rPr>
                <w:rFonts w:ascii="Segoe UI Symbol" w:eastAsia="Segoe UI Symbol" w:hAnsi="Segoe UI Symbol" w:cs="Segoe UI Symbol"/>
                <w:color w:val="1F3A5F"/>
              </w:rPr>
              <w:t xml:space="preserve">☐  </w:t>
            </w:r>
            <w:r>
              <w:rPr>
                <w:rFonts w:ascii="Calibri" w:eastAsia="Calibri" w:hAnsi="Calibri" w:cs="Calibri"/>
                <w:color w:val="222222"/>
                <w:sz w:val="20"/>
              </w:rPr>
              <w:t>Laptop or computer with internet access</w:t>
            </w:r>
          </w:p>
        </w:tc>
      </w:tr>
      <w:tr w:rsidR="00807A9D" w14:paraId="64EA992B" w14:textId="77777777">
        <w:tc>
          <w:tcPr>
            <w:tcW w:w="5040" w:type="dxa"/>
            <w:tcMar>
              <w:top w:w="40" w:type="dxa"/>
              <w:left w:w="120" w:type="dxa"/>
              <w:bottom w:w="40" w:type="dxa"/>
              <w:right w:w="80" w:type="dxa"/>
            </w:tcMar>
          </w:tcPr>
          <w:p w14:paraId="3CDD36A3" w14:textId="77777777" w:rsidR="00807A9D" w:rsidRDefault="00B57BF7">
            <w:r>
              <w:rPr>
                <w:rFonts w:ascii="Segoe UI Symbol" w:eastAsia="Segoe UI Symbol" w:hAnsi="Segoe UI Symbol" w:cs="Segoe UI Symbol"/>
                <w:color w:val="1F3A5F"/>
              </w:rPr>
              <w:t xml:space="preserve">☐  </w:t>
            </w:r>
            <w:r>
              <w:rPr>
                <w:rFonts w:ascii="Calibri" w:eastAsia="Calibri" w:hAnsi="Calibri" w:cs="Calibri"/>
                <w:color w:val="222222"/>
                <w:sz w:val="20"/>
              </w:rPr>
              <w:t>Clear plastic page protectors</w:t>
            </w:r>
          </w:p>
        </w:tc>
        <w:tc>
          <w:tcPr>
            <w:tcW w:w="5040" w:type="dxa"/>
            <w:tcMar>
              <w:top w:w="40" w:type="dxa"/>
              <w:left w:w="120" w:type="dxa"/>
              <w:bottom w:w="40" w:type="dxa"/>
              <w:right w:w="80" w:type="dxa"/>
            </w:tcMar>
          </w:tcPr>
          <w:p w14:paraId="0D85E68E" w14:textId="77777777" w:rsidR="00807A9D" w:rsidRDefault="00B57BF7">
            <w:r>
              <w:rPr>
                <w:rFonts w:ascii="Segoe UI Symbol" w:eastAsia="Segoe UI Symbol" w:hAnsi="Segoe UI Symbol" w:cs="Segoe UI Symbol"/>
                <w:color w:val="1F3A5F"/>
              </w:rPr>
              <w:t xml:space="preserve">☐  </w:t>
            </w:r>
            <w:r>
              <w:rPr>
                <w:rFonts w:ascii="Calibri" w:eastAsia="Calibri" w:hAnsi="Calibri" w:cs="Calibri"/>
                <w:color w:val="222222"/>
                <w:sz w:val="20"/>
              </w:rPr>
              <w:t>Phone or camera for photos and recording your presentation</w:t>
            </w:r>
          </w:p>
        </w:tc>
      </w:tr>
      <w:tr w:rsidR="00807A9D" w14:paraId="071DC483" w14:textId="77777777">
        <w:tc>
          <w:tcPr>
            <w:tcW w:w="5040" w:type="dxa"/>
            <w:tcMar>
              <w:top w:w="40" w:type="dxa"/>
              <w:left w:w="120" w:type="dxa"/>
              <w:bottom w:w="40" w:type="dxa"/>
              <w:right w:w="80" w:type="dxa"/>
            </w:tcMar>
          </w:tcPr>
          <w:p w14:paraId="170300AF" w14:textId="77777777" w:rsidR="00807A9D" w:rsidRDefault="00B57BF7">
            <w:r>
              <w:rPr>
                <w:rFonts w:ascii="Segoe UI Symbol" w:eastAsia="Segoe UI Symbol" w:hAnsi="Segoe UI Symbol" w:cs="Segoe UI Symbol"/>
                <w:color w:val="1F3A5F"/>
              </w:rPr>
              <w:t xml:space="preserve">☐  </w:t>
            </w:r>
            <w:r>
              <w:rPr>
                <w:rFonts w:ascii="Calibri" w:eastAsia="Calibri" w:hAnsi="Calibri" w:cs="Calibri"/>
                <w:color w:val="222222"/>
                <w:sz w:val="20"/>
              </w:rPr>
              <w:t>A personal notebook for research and notes</w:t>
            </w:r>
          </w:p>
        </w:tc>
        <w:tc>
          <w:tcPr>
            <w:tcW w:w="5040" w:type="dxa"/>
            <w:tcMar>
              <w:top w:w="40" w:type="dxa"/>
              <w:left w:w="120" w:type="dxa"/>
              <w:bottom w:w="40" w:type="dxa"/>
              <w:right w:w="80" w:type="dxa"/>
            </w:tcMar>
          </w:tcPr>
          <w:p w14:paraId="693DE8ED" w14:textId="77777777" w:rsidR="00807A9D" w:rsidRDefault="00B57BF7">
            <w:r>
              <w:rPr>
                <w:rFonts w:ascii="Segoe UI Symbol" w:eastAsia="Segoe UI Symbol" w:hAnsi="Segoe UI Symbol" w:cs="Segoe UI Symbol"/>
                <w:color w:val="1F3A5F"/>
              </w:rPr>
              <w:t xml:space="preserve">☐  </w:t>
            </w:r>
            <w:r>
              <w:rPr>
                <w:rFonts w:ascii="Calibri" w:eastAsia="Calibri" w:hAnsi="Calibri" w:cs="Calibri"/>
                <w:color w:val="222222"/>
                <w:sz w:val="20"/>
              </w:rPr>
              <w:t>Sticky tabs for marking sources (optional)</w:t>
            </w:r>
          </w:p>
        </w:tc>
      </w:tr>
      <w:tr w:rsidR="00807A9D" w14:paraId="69D4CC04" w14:textId="77777777">
        <w:tc>
          <w:tcPr>
            <w:tcW w:w="5040" w:type="dxa"/>
            <w:tcMar>
              <w:top w:w="40" w:type="dxa"/>
              <w:left w:w="120" w:type="dxa"/>
              <w:bottom w:w="40" w:type="dxa"/>
              <w:right w:w="80" w:type="dxa"/>
            </w:tcMar>
          </w:tcPr>
          <w:p w14:paraId="1C088519" w14:textId="77777777" w:rsidR="00807A9D" w:rsidRDefault="00B57BF7">
            <w:r>
              <w:rPr>
                <w:rFonts w:ascii="Segoe UI Symbol" w:eastAsia="Segoe UI Symbol" w:hAnsi="Segoe UI Symbol" w:cs="Segoe UI Symbol"/>
                <w:color w:val="1F3A5F"/>
              </w:rPr>
              <w:t xml:space="preserve">☐  </w:t>
            </w:r>
            <w:r>
              <w:rPr>
                <w:rFonts w:ascii="Calibri" w:eastAsia="Calibri" w:hAnsi="Calibri" w:cs="Calibri"/>
                <w:color w:val="222222"/>
                <w:sz w:val="20"/>
              </w:rPr>
              <w:t>Pens, pencils, and highlighters</w:t>
            </w:r>
          </w:p>
        </w:tc>
        <w:tc>
          <w:tcPr>
            <w:tcW w:w="5040" w:type="dxa"/>
            <w:tcMar>
              <w:top w:w="40" w:type="dxa"/>
              <w:left w:w="120" w:type="dxa"/>
              <w:bottom w:w="40" w:type="dxa"/>
              <w:right w:w="80" w:type="dxa"/>
            </w:tcMar>
          </w:tcPr>
          <w:p w14:paraId="0DE6C9B5" w14:textId="77777777" w:rsidR="00807A9D" w:rsidRDefault="00B57BF7">
            <w:r>
              <w:rPr>
                <w:rFonts w:ascii="Segoe UI Symbol" w:eastAsia="Segoe UI Symbol" w:hAnsi="Segoe UI Symbol" w:cs="Segoe UI Symbol"/>
                <w:color w:val="1F3A5F"/>
              </w:rPr>
              <w:t xml:space="preserve">☐  </w:t>
            </w:r>
            <w:r>
              <w:rPr>
                <w:rFonts w:ascii="Calibri" w:eastAsia="Calibri" w:hAnsi="Calibri" w:cs="Calibri"/>
                <w:color w:val="222222"/>
                <w:sz w:val="20"/>
              </w:rPr>
              <w:t>Creative Tribute supplies (depends on the option you choose in Step 25)</w:t>
            </w:r>
          </w:p>
        </w:tc>
      </w:tr>
    </w:tbl>
    <w:p w14:paraId="23A39630" w14:textId="77777777" w:rsidR="00807A9D" w:rsidRDefault="00807A9D">
      <w:pPr>
        <w:spacing w:after="200" w:line="264" w:lineRule="auto"/>
      </w:pPr>
    </w:p>
    <w:tbl>
      <w:tblPr>
        <w:tblW w:w="10080" w:type="dxa"/>
        <w:tblBorders>
          <w:top w:val="single" w:sz="6" w:space="0" w:color="C8963E"/>
          <w:left w:val="single" w:sz="6" w:space="0" w:color="C8963E"/>
          <w:bottom w:val="single" w:sz="6" w:space="0" w:color="C8963E"/>
          <w:right w:val="single" w:sz="6" w:space="0" w:color="C8963E"/>
          <w:insideH w:val="single" w:sz="6" w:space="0" w:color="C8963E"/>
          <w:insideV w:val="single" w:sz="6" w:space="0" w:color="C8963E"/>
        </w:tblBorders>
        <w:tblLayout w:type="fixed"/>
        <w:tblLook w:val="04A0" w:firstRow="1" w:lastRow="0" w:firstColumn="1" w:lastColumn="0" w:noHBand="0" w:noVBand="1"/>
      </w:tblPr>
      <w:tblGrid>
        <w:gridCol w:w="5040"/>
        <w:gridCol w:w="5040"/>
      </w:tblGrid>
      <w:tr w:rsidR="00807A9D" w14:paraId="1E8F72B9" w14:textId="77777777">
        <w:tc>
          <w:tcPr>
            <w:tcW w:w="5040" w:type="dxa"/>
            <w:shd w:val="clear" w:color="auto" w:fill="F6EBD5"/>
            <w:tcMar>
              <w:top w:w="60" w:type="dxa"/>
              <w:left w:w="140" w:type="dxa"/>
              <w:bottom w:w="60" w:type="dxa"/>
              <w:right w:w="140" w:type="dxa"/>
            </w:tcMar>
          </w:tcPr>
          <w:p w14:paraId="55C57605" w14:textId="77777777" w:rsidR="00807A9D" w:rsidRDefault="00B57BF7">
            <w:r>
              <w:rPr>
                <w:rFonts w:ascii="Calibri" w:eastAsia="Calibri" w:hAnsi="Calibri" w:cs="Calibri"/>
                <w:b/>
                <w:color w:val="7A551C"/>
              </w:rPr>
              <w:t>Printing the workbook</w:t>
            </w:r>
          </w:p>
        </w:tc>
        <w:tc>
          <w:tcPr>
            <w:tcW w:w="5040" w:type="dxa"/>
            <w:shd w:val="clear" w:color="auto" w:fill="F6EBD5"/>
            <w:tcMar>
              <w:top w:w="60" w:type="dxa"/>
              <w:left w:w="140" w:type="dxa"/>
              <w:bottom w:w="60" w:type="dxa"/>
              <w:right w:w="140" w:type="dxa"/>
            </w:tcMar>
          </w:tcPr>
          <w:p w14:paraId="134D7BB4" w14:textId="77777777" w:rsidR="00807A9D" w:rsidRDefault="00B57BF7">
            <w:r>
              <w:rPr>
                <w:rFonts w:ascii="Calibri" w:eastAsia="Calibri" w:hAnsi="Calibri" w:cs="Calibri"/>
                <w:b/>
                <w:color w:val="7A551C"/>
              </w:rPr>
              <w:t>Filling in digitally</w:t>
            </w:r>
            <w:r w:rsidR="005563BB">
              <w:rPr>
                <w:rFonts w:ascii="Calibri" w:eastAsia="Calibri" w:hAnsi="Calibri" w:cs="Calibri"/>
                <w:b/>
                <w:color w:val="7A551C"/>
              </w:rPr>
              <w:t xml:space="preserve"> (recommended)</w:t>
            </w:r>
          </w:p>
        </w:tc>
      </w:tr>
      <w:tr w:rsidR="00807A9D" w14:paraId="67EF7EC8" w14:textId="77777777">
        <w:tc>
          <w:tcPr>
            <w:tcW w:w="5040" w:type="dxa"/>
            <w:shd w:val="clear" w:color="auto" w:fill="FBF6EC"/>
            <w:tcMar>
              <w:top w:w="60" w:type="dxa"/>
              <w:left w:w="140" w:type="dxa"/>
              <w:bottom w:w="70" w:type="dxa"/>
              <w:right w:w="140" w:type="dxa"/>
            </w:tcMar>
          </w:tcPr>
          <w:p w14:paraId="0030DDE1" w14:textId="77777777" w:rsidR="00807A9D" w:rsidRDefault="00B57BF7">
            <w:pPr>
              <w:spacing w:after="60"/>
            </w:pPr>
            <w:r>
              <w:rPr>
                <w:rFonts w:ascii="Calibri" w:eastAsia="Calibri" w:hAnsi="Calibri" w:cs="Calibri"/>
                <w:color w:val="3A2E1A"/>
                <w:sz w:val="20"/>
              </w:rPr>
              <w:t>•  Print single-sided so pages fit neatly in your binder.</w:t>
            </w:r>
          </w:p>
          <w:p w14:paraId="6DBCBCD4" w14:textId="77777777" w:rsidR="00807A9D" w:rsidRDefault="00B57BF7">
            <w:pPr>
              <w:spacing w:after="60"/>
            </w:pPr>
            <w:r>
              <w:rPr>
                <w:rFonts w:ascii="Calibri" w:eastAsia="Calibri" w:hAnsi="Calibri" w:cs="Calibri"/>
                <w:color w:val="3A2E1A"/>
                <w:sz w:val="20"/>
              </w:rPr>
              <w:t>•  Fill in each page by hand with your best handwriting.</w:t>
            </w:r>
          </w:p>
          <w:p w14:paraId="7CA504C7" w14:textId="77777777" w:rsidR="00807A9D" w:rsidRDefault="00B57BF7">
            <w:pPr>
              <w:spacing w:after="60"/>
            </w:pPr>
            <w:r>
              <w:rPr>
                <w:rFonts w:ascii="Calibri" w:eastAsia="Calibri" w:hAnsi="Calibri" w:cs="Calibri"/>
                <w:color w:val="3A2E1A"/>
                <w:sz w:val="20"/>
              </w:rPr>
              <w:t>•  Three-hole punch finished pages or use page protectors.</w:t>
            </w:r>
          </w:p>
        </w:tc>
        <w:tc>
          <w:tcPr>
            <w:tcW w:w="5040" w:type="dxa"/>
            <w:shd w:val="clear" w:color="auto" w:fill="FBF6EC"/>
            <w:tcMar>
              <w:top w:w="60" w:type="dxa"/>
              <w:left w:w="140" w:type="dxa"/>
              <w:bottom w:w="70" w:type="dxa"/>
              <w:right w:w="140" w:type="dxa"/>
            </w:tcMar>
          </w:tcPr>
          <w:p w14:paraId="61B546CB" w14:textId="77777777" w:rsidR="00807A9D" w:rsidRDefault="00B57BF7">
            <w:pPr>
              <w:spacing w:after="60"/>
            </w:pPr>
            <w:r>
              <w:rPr>
                <w:rFonts w:ascii="Calibri" w:eastAsia="Calibri" w:hAnsi="Calibri" w:cs="Calibri"/>
                <w:color w:val="3A2E1A"/>
                <w:sz w:val="20"/>
              </w:rPr>
              <w:t>•  Click inside any box to type your answer.</w:t>
            </w:r>
          </w:p>
          <w:p w14:paraId="0269C75F" w14:textId="77777777" w:rsidR="00807A9D" w:rsidRDefault="00B57BF7">
            <w:pPr>
              <w:spacing w:after="60"/>
            </w:pPr>
            <w:r>
              <w:rPr>
                <w:rFonts w:ascii="Calibri" w:eastAsia="Calibri" w:hAnsi="Calibri" w:cs="Calibri"/>
                <w:color w:val="3A2E1A"/>
                <w:sz w:val="20"/>
              </w:rPr>
              <w:t>•  Boxes grow as you type, so write as much as you need.</w:t>
            </w:r>
          </w:p>
          <w:p w14:paraId="2F123106" w14:textId="77777777" w:rsidR="00807A9D" w:rsidRDefault="00B57BF7">
            <w:pPr>
              <w:spacing w:after="60"/>
            </w:pPr>
            <w:r>
              <w:rPr>
                <w:rFonts w:ascii="Calibri" w:eastAsia="Calibri" w:hAnsi="Calibri" w:cs="Calibri"/>
                <w:color w:val="3A2E1A"/>
                <w:sz w:val="20"/>
              </w:rPr>
              <w:t>•  Save often, then print your finished pages for your binder.</w:t>
            </w:r>
          </w:p>
        </w:tc>
      </w:tr>
    </w:tbl>
    <w:p w14:paraId="69DFBA10" w14:textId="77777777" w:rsidR="00807A9D" w:rsidRDefault="00807A9D">
      <w:pPr>
        <w:spacing w:after="200" w:line="264" w:lineRule="auto"/>
      </w:pPr>
    </w:p>
    <w:p w14:paraId="46F1D7DF" w14:textId="77777777" w:rsidR="00807A9D" w:rsidRDefault="00B57BF7">
      <w:pPr>
        <w:spacing w:after="80" w:line="264" w:lineRule="auto"/>
      </w:pPr>
      <w:r>
        <w:rPr>
          <w:rFonts w:ascii="Calibri" w:eastAsia="Calibri" w:hAnsi="Calibri" w:cs="Calibri"/>
          <w:b/>
          <w:color w:val="1F3A5F"/>
          <w:sz w:val="26"/>
        </w:rPr>
        <w:t>What's inside (Steps 1–32)</w:t>
      </w: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728"/>
        <w:gridCol w:w="1296"/>
        <w:gridCol w:w="7056"/>
      </w:tblGrid>
      <w:tr w:rsidR="00807A9D" w14:paraId="2DA07CAB" w14:textId="77777777">
        <w:tc>
          <w:tcPr>
            <w:tcW w:w="1728" w:type="dxa"/>
            <w:shd w:val="clear" w:color="auto" w:fill="1F3A5F"/>
            <w:tcMar>
              <w:top w:w="50" w:type="dxa"/>
              <w:left w:w="120" w:type="dxa"/>
              <w:bottom w:w="50" w:type="dxa"/>
              <w:right w:w="100" w:type="dxa"/>
            </w:tcMar>
          </w:tcPr>
          <w:p w14:paraId="46F35A9B" w14:textId="77777777" w:rsidR="00807A9D" w:rsidRDefault="00B57BF7">
            <w:r>
              <w:rPr>
                <w:rFonts w:ascii="Calibri" w:eastAsia="Calibri" w:hAnsi="Calibri" w:cs="Calibri"/>
                <w:b/>
                <w:color w:val="FFFFFF"/>
                <w:sz w:val="20"/>
              </w:rPr>
              <w:t>Phase</w:t>
            </w:r>
          </w:p>
        </w:tc>
        <w:tc>
          <w:tcPr>
            <w:tcW w:w="1296" w:type="dxa"/>
            <w:shd w:val="clear" w:color="auto" w:fill="1F3A5F"/>
            <w:tcMar>
              <w:top w:w="50" w:type="dxa"/>
              <w:left w:w="120" w:type="dxa"/>
              <w:bottom w:w="50" w:type="dxa"/>
              <w:right w:w="100" w:type="dxa"/>
            </w:tcMar>
          </w:tcPr>
          <w:p w14:paraId="00E7C8ED" w14:textId="77777777" w:rsidR="00807A9D" w:rsidRDefault="00B57BF7">
            <w:r>
              <w:rPr>
                <w:rFonts w:ascii="Calibri" w:eastAsia="Calibri" w:hAnsi="Calibri" w:cs="Calibri"/>
                <w:b/>
                <w:color w:val="FFFFFF"/>
                <w:sz w:val="20"/>
              </w:rPr>
              <w:t>Steps</w:t>
            </w:r>
          </w:p>
        </w:tc>
        <w:tc>
          <w:tcPr>
            <w:tcW w:w="7056" w:type="dxa"/>
            <w:shd w:val="clear" w:color="auto" w:fill="1F3A5F"/>
            <w:tcMar>
              <w:top w:w="50" w:type="dxa"/>
              <w:left w:w="120" w:type="dxa"/>
              <w:bottom w:w="50" w:type="dxa"/>
              <w:right w:w="100" w:type="dxa"/>
            </w:tcMar>
          </w:tcPr>
          <w:p w14:paraId="5713CCB1" w14:textId="77777777" w:rsidR="00807A9D" w:rsidRDefault="00B57BF7">
            <w:r>
              <w:rPr>
                <w:rFonts w:ascii="Calibri" w:eastAsia="Calibri" w:hAnsi="Calibri" w:cs="Calibri"/>
                <w:b/>
                <w:color w:val="FFFFFF"/>
                <w:sz w:val="20"/>
              </w:rPr>
              <w:t>Pages</w:t>
            </w:r>
          </w:p>
        </w:tc>
      </w:tr>
      <w:tr w:rsidR="00807A9D" w14:paraId="0FCE023D" w14:textId="77777777">
        <w:tc>
          <w:tcPr>
            <w:tcW w:w="1728" w:type="dxa"/>
            <w:shd w:val="clear" w:color="auto" w:fill="F4F7FA"/>
            <w:tcMar>
              <w:top w:w="50" w:type="dxa"/>
              <w:left w:w="120" w:type="dxa"/>
              <w:bottom w:w="50" w:type="dxa"/>
              <w:right w:w="100" w:type="dxa"/>
            </w:tcMar>
          </w:tcPr>
          <w:p w14:paraId="00DB6D50" w14:textId="77777777" w:rsidR="00807A9D" w:rsidRDefault="00B57BF7">
            <w:r>
              <w:rPr>
                <w:rFonts w:ascii="Calibri" w:eastAsia="Calibri" w:hAnsi="Calibri" w:cs="Calibri"/>
                <w:b/>
                <w:color w:val="1F3A5F"/>
                <w:sz w:val="20"/>
              </w:rPr>
              <w:t>Launch</w:t>
            </w:r>
          </w:p>
        </w:tc>
        <w:tc>
          <w:tcPr>
            <w:tcW w:w="1296" w:type="dxa"/>
            <w:tcMar>
              <w:top w:w="50" w:type="dxa"/>
              <w:left w:w="120" w:type="dxa"/>
              <w:bottom w:w="50" w:type="dxa"/>
              <w:right w:w="100" w:type="dxa"/>
            </w:tcMar>
          </w:tcPr>
          <w:p w14:paraId="7CFD4A95" w14:textId="77777777" w:rsidR="00807A9D" w:rsidRDefault="00B57BF7">
            <w:r>
              <w:rPr>
                <w:rFonts w:ascii="Calibri" w:eastAsia="Calibri" w:hAnsi="Calibri" w:cs="Calibri"/>
                <w:color w:val="222222"/>
                <w:sz w:val="20"/>
              </w:rPr>
              <w:t>1–4</w:t>
            </w:r>
          </w:p>
        </w:tc>
        <w:tc>
          <w:tcPr>
            <w:tcW w:w="7056" w:type="dxa"/>
            <w:tcMar>
              <w:top w:w="50" w:type="dxa"/>
              <w:left w:w="120" w:type="dxa"/>
              <w:bottom w:w="50" w:type="dxa"/>
              <w:right w:w="100" w:type="dxa"/>
            </w:tcMar>
          </w:tcPr>
          <w:p w14:paraId="1C2342FF" w14:textId="77777777" w:rsidR="00807A9D" w:rsidRDefault="00B57BF7">
            <w:r>
              <w:rPr>
                <w:rFonts w:ascii="Calibri" w:eastAsia="Calibri" w:hAnsi="Calibri" w:cs="Calibri"/>
                <w:color w:val="222222"/>
                <w:sz w:val="20"/>
              </w:rPr>
              <w:t>Read the Hero Bios, Explore Heroes, Choose Your Hero, Notebook Cover and Dividers</w:t>
            </w:r>
          </w:p>
        </w:tc>
      </w:tr>
      <w:tr w:rsidR="00807A9D" w14:paraId="10E84795" w14:textId="77777777">
        <w:tc>
          <w:tcPr>
            <w:tcW w:w="1728" w:type="dxa"/>
            <w:shd w:val="clear" w:color="auto" w:fill="F4F7FA"/>
            <w:tcMar>
              <w:top w:w="50" w:type="dxa"/>
              <w:left w:w="120" w:type="dxa"/>
              <w:bottom w:w="50" w:type="dxa"/>
              <w:right w:w="100" w:type="dxa"/>
            </w:tcMar>
          </w:tcPr>
          <w:p w14:paraId="6D388A37" w14:textId="77777777" w:rsidR="00807A9D" w:rsidRDefault="00B57BF7">
            <w:r>
              <w:rPr>
                <w:rFonts w:ascii="Calibri" w:eastAsia="Calibri" w:hAnsi="Calibri" w:cs="Calibri"/>
                <w:b/>
                <w:color w:val="1F3A5F"/>
                <w:sz w:val="20"/>
              </w:rPr>
              <w:t>Research</w:t>
            </w:r>
          </w:p>
        </w:tc>
        <w:tc>
          <w:tcPr>
            <w:tcW w:w="1296" w:type="dxa"/>
            <w:tcMar>
              <w:top w:w="50" w:type="dxa"/>
              <w:left w:w="120" w:type="dxa"/>
              <w:bottom w:w="50" w:type="dxa"/>
              <w:right w:w="100" w:type="dxa"/>
            </w:tcMar>
          </w:tcPr>
          <w:p w14:paraId="2D1B58B1" w14:textId="77777777" w:rsidR="00807A9D" w:rsidRDefault="00B57BF7">
            <w:r>
              <w:rPr>
                <w:rFonts w:ascii="Calibri" w:eastAsia="Calibri" w:hAnsi="Calibri" w:cs="Calibri"/>
                <w:color w:val="222222"/>
                <w:sz w:val="20"/>
              </w:rPr>
              <w:t>5–11</w:t>
            </w:r>
          </w:p>
        </w:tc>
        <w:tc>
          <w:tcPr>
            <w:tcW w:w="7056" w:type="dxa"/>
            <w:tcMar>
              <w:top w:w="50" w:type="dxa"/>
              <w:left w:w="120" w:type="dxa"/>
              <w:bottom w:w="50" w:type="dxa"/>
              <w:right w:w="100" w:type="dxa"/>
            </w:tcMar>
          </w:tcPr>
          <w:p w14:paraId="0D2649C2" w14:textId="77777777" w:rsidR="00807A9D" w:rsidRDefault="00B57BF7">
            <w:r>
              <w:rPr>
                <w:rFonts w:ascii="Calibri" w:eastAsia="Calibri" w:hAnsi="Calibri" w:cs="Calibri"/>
                <w:color w:val="222222"/>
                <w:sz w:val="20"/>
              </w:rPr>
              <w:t>Hero Notes, Timeline, My Sources, Tell It Back</w:t>
            </w:r>
          </w:p>
        </w:tc>
      </w:tr>
      <w:tr w:rsidR="00807A9D" w14:paraId="725BD04B" w14:textId="77777777">
        <w:tc>
          <w:tcPr>
            <w:tcW w:w="1728" w:type="dxa"/>
            <w:shd w:val="clear" w:color="auto" w:fill="F4F7FA"/>
            <w:tcMar>
              <w:top w:w="50" w:type="dxa"/>
              <w:left w:w="120" w:type="dxa"/>
              <w:bottom w:w="50" w:type="dxa"/>
              <w:right w:w="100" w:type="dxa"/>
            </w:tcMar>
          </w:tcPr>
          <w:p w14:paraId="3A0EEA22" w14:textId="77777777" w:rsidR="00807A9D" w:rsidRDefault="00B57BF7">
            <w:r>
              <w:rPr>
                <w:rFonts w:ascii="Calibri" w:eastAsia="Calibri" w:hAnsi="Calibri" w:cs="Calibri"/>
                <w:b/>
                <w:color w:val="1F3A5F"/>
                <w:sz w:val="20"/>
              </w:rPr>
              <w:t>Reason</w:t>
            </w:r>
          </w:p>
        </w:tc>
        <w:tc>
          <w:tcPr>
            <w:tcW w:w="1296" w:type="dxa"/>
            <w:tcMar>
              <w:top w:w="50" w:type="dxa"/>
              <w:left w:w="120" w:type="dxa"/>
              <w:bottom w:w="50" w:type="dxa"/>
              <w:right w:w="100" w:type="dxa"/>
            </w:tcMar>
          </w:tcPr>
          <w:p w14:paraId="6938ED5F" w14:textId="77777777" w:rsidR="00807A9D" w:rsidRDefault="00B57BF7">
            <w:r>
              <w:rPr>
                <w:rFonts w:ascii="Calibri" w:eastAsia="Calibri" w:hAnsi="Calibri" w:cs="Calibri"/>
                <w:color w:val="222222"/>
                <w:sz w:val="20"/>
              </w:rPr>
              <w:t>12–17</w:t>
            </w:r>
          </w:p>
        </w:tc>
        <w:tc>
          <w:tcPr>
            <w:tcW w:w="7056" w:type="dxa"/>
            <w:tcMar>
              <w:top w:w="50" w:type="dxa"/>
              <w:left w:w="120" w:type="dxa"/>
              <w:bottom w:w="50" w:type="dxa"/>
              <w:right w:w="100" w:type="dxa"/>
            </w:tcMar>
          </w:tcPr>
          <w:p w14:paraId="47F7393E" w14:textId="77777777" w:rsidR="00807A9D" w:rsidRDefault="00B57BF7">
            <w:r>
              <w:rPr>
                <w:rFonts w:ascii="Calibri" w:eastAsia="Calibri" w:hAnsi="Calibri" w:cs="Calibri"/>
                <w:color w:val="222222"/>
                <w:sz w:val="20"/>
              </w:rPr>
              <w:t>Character Chart, Christlike Attribute, Favorite Story, Most Important Truths, Cause of Christ</w:t>
            </w:r>
          </w:p>
        </w:tc>
      </w:tr>
      <w:tr w:rsidR="00807A9D" w14:paraId="5025CCDD" w14:textId="77777777">
        <w:tc>
          <w:tcPr>
            <w:tcW w:w="1728" w:type="dxa"/>
            <w:shd w:val="clear" w:color="auto" w:fill="F4F7FA"/>
            <w:tcMar>
              <w:top w:w="50" w:type="dxa"/>
              <w:left w:w="120" w:type="dxa"/>
              <w:bottom w:w="50" w:type="dxa"/>
              <w:right w:w="100" w:type="dxa"/>
            </w:tcMar>
          </w:tcPr>
          <w:p w14:paraId="4752C61B" w14:textId="77777777" w:rsidR="00807A9D" w:rsidRDefault="00B57BF7">
            <w:r>
              <w:rPr>
                <w:rFonts w:ascii="Calibri" w:eastAsia="Calibri" w:hAnsi="Calibri" w:cs="Calibri"/>
                <w:b/>
                <w:color w:val="1F3A5F"/>
                <w:sz w:val="20"/>
              </w:rPr>
              <w:t>Relate</w:t>
            </w:r>
          </w:p>
        </w:tc>
        <w:tc>
          <w:tcPr>
            <w:tcW w:w="1296" w:type="dxa"/>
            <w:tcMar>
              <w:top w:w="50" w:type="dxa"/>
              <w:left w:w="120" w:type="dxa"/>
              <w:bottom w:w="50" w:type="dxa"/>
              <w:right w:w="100" w:type="dxa"/>
            </w:tcMar>
          </w:tcPr>
          <w:p w14:paraId="4D86D333" w14:textId="77777777" w:rsidR="00807A9D" w:rsidRDefault="00B57BF7">
            <w:r>
              <w:rPr>
                <w:rFonts w:ascii="Calibri" w:eastAsia="Calibri" w:hAnsi="Calibri" w:cs="Calibri"/>
                <w:color w:val="222222"/>
                <w:sz w:val="20"/>
              </w:rPr>
              <w:t>18–22</w:t>
            </w:r>
          </w:p>
        </w:tc>
        <w:tc>
          <w:tcPr>
            <w:tcW w:w="7056" w:type="dxa"/>
            <w:tcMar>
              <w:top w:w="50" w:type="dxa"/>
              <w:left w:w="120" w:type="dxa"/>
              <w:bottom w:w="50" w:type="dxa"/>
              <w:right w:w="100" w:type="dxa"/>
            </w:tcMar>
          </w:tcPr>
          <w:p w14:paraId="486119C1" w14:textId="77777777" w:rsidR="00807A9D" w:rsidRDefault="00B57BF7">
            <w:r>
              <w:rPr>
                <w:rFonts w:ascii="Calibri" w:eastAsia="Calibri" w:hAnsi="Calibri" w:cs="Calibri"/>
                <w:color w:val="222222"/>
                <w:sz w:val="20"/>
              </w:rPr>
              <w:t>Favorite Quotes, An Attribute I Will Develop, Service Plan, Service Log</w:t>
            </w:r>
          </w:p>
        </w:tc>
      </w:tr>
      <w:tr w:rsidR="00807A9D" w14:paraId="24B61288" w14:textId="77777777">
        <w:tc>
          <w:tcPr>
            <w:tcW w:w="1728" w:type="dxa"/>
            <w:shd w:val="clear" w:color="auto" w:fill="F4F7FA"/>
            <w:tcMar>
              <w:top w:w="50" w:type="dxa"/>
              <w:left w:w="120" w:type="dxa"/>
              <w:bottom w:w="50" w:type="dxa"/>
              <w:right w:w="100" w:type="dxa"/>
            </w:tcMar>
          </w:tcPr>
          <w:p w14:paraId="55312CA0" w14:textId="77777777" w:rsidR="00807A9D" w:rsidRDefault="00B57BF7">
            <w:r>
              <w:rPr>
                <w:rFonts w:ascii="Calibri" w:eastAsia="Calibri" w:hAnsi="Calibri" w:cs="Calibri"/>
                <w:b/>
                <w:color w:val="1F3A5F"/>
                <w:sz w:val="20"/>
              </w:rPr>
              <w:t>Record</w:t>
            </w:r>
          </w:p>
        </w:tc>
        <w:tc>
          <w:tcPr>
            <w:tcW w:w="1296" w:type="dxa"/>
            <w:tcMar>
              <w:top w:w="50" w:type="dxa"/>
              <w:left w:w="120" w:type="dxa"/>
              <w:bottom w:w="50" w:type="dxa"/>
              <w:right w:w="100" w:type="dxa"/>
            </w:tcMar>
          </w:tcPr>
          <w:p w14:paraId="5A89D702" w14:textId="77777777" w:rsidR="00807A9D" w:rsidRDefault="00B57BF7">
            <w:r>
              <w:rPr>
                <w:rFonts w:ascii="Calibri" w:eastAsia="Calibri" w:hAnsi="Calibri" w:cs="Calibri"/>
                <w:color w:val="222222"/>
                <w:sz w:val="20"/>
              </w:rPr>
              <w:t>23–30</w:t>
            </w:r>
          </w:p>
        </w:tc>
        <w:tc>
          <w:tcPr>
            <w:tcW w:w="7056" w:type="dxa"/>
            <w:tcMar>
              <w:top w:w="50" w:type="dxa"/>
              <w:left w:w="120" w:type="dxa"/>
              <w:bottom w:w="50" w:type="dxa"/>
              <w:right w:w="100" w:type="dxa"/>
            </w:tcMar>
          </w:tcPr>
          <w:p w14:paraId="750A3C3E" w14:textId="77777777" w:rsidR="00807A9D" w:rsidRDefault="00B57BF7">
            <w:r>
              <w:rPr>
                <w:rFonts w:ascii="Calibri" w:eastAsia="Calibri" w:hAnsi="Calibri" w:cs="Calibri"/>
                <w:color w:val="222222"/>
                <w:sz w:val="20"/>
              </w:rPr>
              <w:t>Service Report, Memorization, Creative Tribute, Me and the Cause of Christ, What I Have Better Mastered, Dedication, Table of Contents</w:t>
            </w:r>
          </w:p>
        </w:tc>
      </w:tr>
      <w:tr w:rsidR="00807A9D" w14:paraId="107EE617" w14:textId="77777777">
        <w:tc>
          <w:tcPr>
            <w:tcW w:w="1728" w:type="dxa"/>
            <w:shd w:val="clear" w:color="auto" w:fill="F4F7FA"/>
            <w:tcMar>
              <w:top w:w="50" w:type="dxa"/>
              <w:left w:w="120" w:type="dxa"/>
              <w:bottom w:w="50" w:type="dxa"/>
              <w:right w:w="100" w:type="dxa"/>
            </w:tcMar>
          </w:tcPr>
          <w:p w14:paraId="77F1B68E" w14:textId="77777777" w:rsidR="00807A9D" w:rsidRDefault="00B57BF7">
            <w:r>
              <w:rPr>
                <w:rFonts w:ascii="Calibri" w:eastAsia="Calibri" w:hAnsi="Calibri" w:cs="Calibri"/>
                <w:b/>
                <w:color w:val="1F3A5F"/>
                <w:sz w:val="20"/>
              </w:rPr>
              <w:lastRenderedPageBreak/>
              <w:t>Present</w:t>
            </w:r>
          </w:p>
        </w:tc>
        <w:tc>
          <w:tcPr>
            <w:tcW w:w="1296" w:type="dxa"/>
            <w:tcMar>
              <w:top w:w="50" w:type="dxa"/>
              <w:left w:w="120" w:type="dxa"/>
              <w:bottom w:w="50" w:type="dxa"/>
              <w:right w:w="100" w:type="dxa"/>
            </w:tcMar>
          </w:tcPr>
          <w:p w14:paraId="0EF56CE9" w14:textId="77777777" w:rsidR="00807A9D" w:rsidRDefault="00B57BF7">
            <w:r>
              <w:rPr>
                <w:rFonts w:ascii="Calibri" w:eastAsia="Calibri" w:hAnsi="Calibri" w:cs="Calibri"/>
                <w:color w:val="222222"/>
                <w:sz w:val="20"/>
              </w:rPr>
              <w:t>31–32</w:t>
            </w:r>
          </w:p>
        </w:tc>
        <w:tc>
          <w:tcPr>
            <w:tcW w:w="7056" w:type="dxa"/>
            <w:tcMar>
              <w:top w:w="50" w:type="dxa"/>
              <w:left w:w="120" w:type="dxa"/>
              <w:bottom w:w="50" w:type="dxa"/>
              <w:right w:w="100" w:type="dxa"/>
            </w:tcMar>
          </w:tcPr>
          <w:p w14:paraId="785FDBC4" w14:textId="77777777" w:rsidR="00807A9D" w:rsidRDefault="00B57BF7">
            <w:r>
              <w:rPr>
                <w:rFonts w:ascii="Calibri" w:eastAsia="Calibri" w:hAnsi="Calibri" w:cs="Calibri"/>
                <w:color w:val="222222"/>
                <w:sz w:val="20"/>
              </w:rPr>
              <w:t>Prepare Your Presentation, Presentation Tips</w:t>
            </w:r>
          </w:p>
        </w:tc>
      </w:tr>
    </w:tbl>
    <w:p w14:paraId="6F4DCBCE"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286758" w14:paraId="684C08AB" w14:textId="77777777">
        <w:tc>
          <w:tcPr>
            <w:tcW w:w="7632" w:type="dxa"/>
            <w:shd w:val="clear" w:color="auto" w:fill="1F3A5F"/>
            <w:tcMar>
              <w:top w:w="90" w:type="dxa"/>
              <w:left w:w="140" w:type="dxa"/>
              <w:bottom w:w="90" w:type="dxa"/>
              <w:right w:w="140" w:type="dxa"/>
            </w:tcMar>
            <w:vAlign w:val="center"/>
          </w:tcPr>
          <w:p w14:paraId="16909AAB" w14:textId="77777777" w:rsidR="00286758" w:rsidRDefault="00000000">
            <w:r>
              <w:rPr>
                <w:rFonts w:ascii="Calibri" w:eastAsia="Calibri" w:hAnsi="Calibri" w:cs="Calibri"/>
                <w:b/>
                <w:color w:val="C8D6E5"/>
                <w:sz w:val="18"/>
              </w:rPr>
              <w:t>LAUNCH  ·  STEP 1</w:t>
            </w:r>
          </w:p>
          <w:p w14:paraId="448A5D20" w14:textId="77777777" w:rsidR="00286758" w:rsidRDefault="00000000">
            <w:r>
              <w:rPr>
                <w:rFonts w:ascii="Calibri" w:eastAsia="Calibri" w:hAnsi="Calibri" w:cs="Calibri"/>
                <w:b/>
                <w:color w:val="FFFFFF"/>
                <w:sz w:val="40"/>
              </w:rPr>
              <w:t>Read the Hero Bios</w:t>
            </w:r>
          </w:p>
        </w:tc>
        <w:tc>
          <w:tcPr>
            <w:tcW w:w="2448" w:type="dxa"/>
            <w:shd w:val="clear" w:color="auto" w:fill="1F3A5F"/>
            <w:tcMar>
              <w:top w:w="90" w:type="dxa"/>
              <w:left w:w="140" w:type="dxa"/>
              <w:bottom w:w="90" w:type="dxa"/>
              <w:right w:w="140" w:type="dxa"/>
            </w:tcMar>
            <w:vAlign w:val="center"/>
          </w:tcPr>
          <w:p w14:paraId="0B2367A6" w14:textId="77777777" w:rsidR="00286758" w:rsidRDefault="00000000">
            <w:pPr>
              <w:jc w:val="right"/>
            </w:pPr>
            <w:r>
              <w:rPr>
                <w:rFonts w:ascii="Calibri" w:eastAsia="Calibri" w:hAnsi="Calibri" w:cs="Calibri"/>
                <w:color w:val="C8D6E5"/>
                <w:sz w:val="18"/>
              </w:rPr>
              <w:t>About 20–30 minutes</w:t>
            </w:r>
          </w:p>
        </w:tc>
      </w:tr>
    </w:tbl>
    <w:p w14:paraId="47F57F42" w14:textId="77777777" w:rsidR="00286758" w:rsidRDefault="00286758">
      <w:pPr>
        <w:spacing w:line="264" w:lineRule="auto"/>
      </w:pPr>
    </w:p>
    <w:p w14:paraId="301FD979" w14:textId="77777777" w:rsidR="00286758" w:rsidRDefault="00000000">
      <w:pPr>
        <w:spacing w:after="120" w:line="264" w:lineRule="auto"/>
      </w:pPr>
      <w:r>
        <w:rPr>
          <w:rFonts w:ascii="Calibri" w:eastAsia="Calibri" w:hAnsi="Calibri" w:cs="Calibri"/>
          <w:b/>
          <w:color w:val="1F3A5F"/>
        </w:rPr>
        <w:t xml:space="preserve">Goal: </w:t>
      </w:r>
      <w:r>
        <w:rPr>
          <w:rFonts w:eastAsia="Georgia" w:cs="Georgia"/>
          <w:color w:val="222222"/>
        </w:rPr>
        <w:t>Get to know the heroes you could study this year.</w:t>
      </w:r>
    </w:p>
    <w:p w14:paraId="50E6D045" w14:textId="77777777" w:rsidR="00286758" w:rsidRDefault="00286758">
      <w:pPr>
        <w:spacing w:line="264" w:lineRule="auto"/>
      </w:pPr>
    </w:p>
    <w:p w14:paraId="41D0D4B0" w14:textId="77777777" w:rsidR="00286758" w:rsidRDefault="00000000">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286758" w14:paraId="7BE0F5A9" w14:textId="77777777">
        <w:tc>
          <w:tcPr>
            <w:tcW w:w="504" w:type="dxa"/>
            <w:tcMar>
              <w:top w:w="20" w:type="dxa"/>
              <w:left w:w="20" w:type="dxa"/>
              <w:bottom w:w="20" w:type="dxa"/>
              <w:right w:w="20" w:type="dxa"/>
            </w:tcMar>
          </w:tcPr>
          <w:p w14:paraId="037C33D1" w14:textId="77777777" w:rsidR="00286758" w:rsidRDefault="00000000">
            <w:r>
              <w:rPr>
                <w:rFonts w:ascii="Calibri" w:eastAsia="Calibri" w:hAnsi="Calibri" w:cs="Calibri"/>
                <w:b/>
                <w:color w:val="1F3A5F"/>
                <w:sz w:val="21"/>
              </w:rPr>
              <w:t>1.</w:t>
            </w:r>
          </w:p>
        </w:tc>
        <w:tc>
          <w:tcPr>
            <w:tcW w:w="9576" w:type="dxa"/>
            <w:tcMar>
              <w:top w:w="20" w:type="dxa"/>
              <w:left w:w="40" w:type="dxa"/>
              <w:bottom w:w="20" w:type="dxa"/>
              <w:right w:w="40" w:type="dxa"/>
            </w:tcMar>
          </w:tcPr>
          <w:p w14:paraId="4EDC7E2A" w14:textId="77777777" w:rsidR="00286758" w:rsidRDefault="00000000">
            <w:r>
              <w:rPr>
                <w:rFonts w:eastAsia="Georgia" w:cs="Georgia"/>
                <w:color w:val="222222"/>
                <w:sz w:val="21"/>
              </w:rPr>
              <w:t>Read each hero's short bio on the following pages and think about which are the most interesting to you.</w:t>
            </w:r>
          </w:p>
        </w:tc>
      </w:tr>
      <w:tr w:rsidR="00286758" w14:paraId="3BE3678D" w14:textId="77777777">
        <w:tc>
          <w:tcPr>
            <w:tcW w:w="504" w:type="dxa"/>
            <w:tcMar>
              <w:top w:w="20" w:type="dxa"/>
              <w:left w:w="20" w:type="dxa"/>
              <w:bottom w:w="20" w:type="dxa"/>
              <w:right w:w="20" w:type="dxa"/>
            </w:tcMar>
          </w:tcPr>
          <w:p w14:paraId="003D3D86" w14:textId="77777777" w:rsidR="00286758" w:rsidRDefault="00000000">
            <w:r>
              <w:rPr>
                <w:rFonts w:ascii="Calibri" w:eastAsia="Calibri" w:hAnsi="Calibri" w:cs="Calibri"/>
                <w:b/>
                <w:color w:val="1F3A5F"/>
                <w:sz w:val="21"/>
              </w:rPr>
              <w:t>2.</w:t>
            </w:r>
          </w:p>
        </w:tc>
        <w:tc>
          <w:tcPr>
            <w:tcW w:w="9576" w:type="dxa"/>
            <w:tcMar>
              <w:top w:w="20" w:type="dxa"/>
              <w:left w:w="40" w:type="dxa"/>
              <w:bottom w:w="20" w:type="dxa"/>
              <w:right w:w="40" w:type="dxa"/>
            </w:tcMar>
          </w:tcPr>
          <w:p w14:paraId="486DEB29" w14:textId="77777777" w:rsidR="00286758" w:rsidRDefault="00000000">
            <w:r>
              <w:rPr>
                <w:rFonts w:eastAsia="Georgia" w:cs="Georgia"/>
                <w:color w:val="222222"/>
                <w:sz w:val="21"/>
              </w:rPr>
              <w:t>Add the names of a few who are the most interesting to you, below.</w:t>
            </w:r>
          </w:p>
        </w:tc>
      </w:tr>
    </w:tbl>
    <w:p w14:paraId="1E08646A" w14:textId="77777777" w:rsidR="00286758" w:rsidRDefault="00286758">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286758" w14:paraId="19A965D8" w14:textId="77777777">
        <w:tc>
          <w:tcPr>
            <w:tcW w:w="10080" w:type="dxa"/>
            <w:shd w:val="clear" w:color="auto" w:fill="FBF6EC"/>
            <w:tcMar>
              <w:top w:w="70" w:type="dxa"/>
              <w:left w:w="140" w:type="dxa"/>
              <w:bottom w:w="70" w:type="dxa"/>
              <w:right w:w="140" w:type="dxa"/>
            </w:tcMar>
          </w:tcPr>
          <w:p w14:paraId="43010854" w14:textId="77777777" w:rsidR="00286758" w:rsidRDefault="00000000">
            <w:r>
              <w:rPr>
                <w:rFonts w:ascii="Calibri" w:eastAsia="Calibri" w:hAnsi="Calibri" w:cs="Calibri"/>
                <w:b/>
                <w:color w:val="7A551C"/>
                <w:sz w:val="20"/>
              </w:rPr>
              <w:t xml:space="preserve">THINK ABOUT: </w:t>
            </w:r>
            <w:r>
              <w:rPr>
                <w:rFonts w:ascii="Calibri" w:eastAsia="Calibri" w:hAnsi="Calibri" w:cs="Calibri"/>
                <w:color w:val="3A2E1A"/>
                <w:sz w:val="20"/>
              </w:rPr>
              <w:t>Whose life shows a Christlike attribute you admire?  •  Whose story would you like to know more about?  •  Talk about the heroes with a parent as you read.</w:t>
            </w:r>
          </w:p>
        </w:tc>
      </w:tr>
    </w:tbl>
    <w:p w14:paraId="12B4D574" w14:textId="77777777" w:rsidR="00286758" w:rsidRDefault="00286758">
      <w:pPr>
        <w:spacing w:after="120" w:line="264" w:lineRule="auto"/>
      </w:pPr>
    </w:p>
    <w:p w14:paraId="3E6D8FA5" w14:textId="77777777" w:rsidR="00286758" w:rsidRDefault="00000000">
      <w:pPr>
        <w:spacing w:after="40" w:line="264" w:lineRule="auto"/>
      </w:pPr>
      <w:r>
        <w:rPr>
          <w:rFonts w:ascii="Segoe UI Symbol" w:eastAsia="Segoe UI Symbol" w:hAnsi="Segoe UI Symbol" w:cs="Segoe UI Symbol"/>
          <w:color w:val="1F3A5F"/>
          <w:sz w:val="24"/>
        </w:rPr>
        <w:t xml:space="preserve">☐  </w:t>
      </w:r>
      <w:r>
        <w:rPr>
          <w:rFonts w:eastAsia="Georgia" w:cs="Georgia"/>
          <w:color w:val="222222"/>
          <w:sz w:val="21"/>
        </w:rPr>
        <w:t>I read the introduction.</w:t>
      </w:r>
      <w:r>
        <w:rPr>
          <w:rFonts w:ascii="Segoe UI Symbol" w:eastAsia="Segoe UI Symbol" w:hAnsi="Segoe UI Symbol" w:cs="Segoe UI Symbol"/>
          <w:color w:val="1F3A5F"/>
          <w:sz w:val="24"/>
        </w:rPr>
        <w:t xml:space="preserve">          ☐  </w:t>
      </w:r>
      <w:r>
        <w:rPr>
          <w:rFonts w:eastAsia="Georgia" w:cs="Georgia"/>
          <w:color w:val="222222"/>
          <w:sz w:val="21"/>
        </w:rPr>
        <w:t>I read every hero's bio.</w:t>
      </w:r>
    </w:p>
    <w:p w14:paraId="0C2C71E1" w14:textId="77777777" w:rsidR="00286758" w:rsidRDefault="00286758">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504"/>
        <w:gridCol w:w="9576"/>
      </w:tblGrid>
      <w:tr w:rsidR="00286758" w14:paraId="0CC6A06A" w14:textId="77777777">
        <w:tc>
          <w:tcPr>
            <w:tcW w:w="10080" w:type="dxa"/>
            <w:gridSpan w:val="2"/>
            <w:shd w:val="clear" w:color="auto" w:fill="E8EEF5"/>
            <w:tcMar>
              <w:top w:w="50" w:type="dxa"/>
              <w:left w:w="120" w:type="dxa"/>
              <w:bottom w:w="50" w:type="dxa"/>
              <w:right w:w="120" w:type="dxa"/>
            </w:tcMar>
          </w:tcPr>
          <w:p w14:paraId="20197C6A" w14:textId="77777777" w:rsidR="00286758" w:rsidRDefault="00000000">
            <w:r>
              <w:rPr>
                <w:rFonts w:ascii="Calibri" w:eastAsia="Calibri" w:hAnsi="Calibri" w:cs="Calibri"/>
                <w:b/>
                <w:color w:val="1F3A5F"/>
                <w:sz w:val="23"/>
              </w:rPr>
              <w:t>Heroes Who Interest Me</w:t>
            </w:r>
          </w:p>
        </w:tc>
      </w:tr>
      <w:tr w:rsidR="00286758" w14:paraId="520CB143" w14:textId="77777777">
        <w:tc>
          <w:tcPr>
            <w:tcW w:w="504" w:type="dxa"/>
            <w:shd w:val="clear" w:color="auto" w:fill="F4F7FA"/>
            <w:tcMar>
              <w:top w:w="40" w:type="dxa"/>
              <w:left w:w="100" w:type="dxa"/>
              <w:bottom w:w="40" w:type="dxa"/>
              <w:right w:w="80" w:type="dxa"/>
            </w:tcMar>
          </w:tcPr>
          <w:p w14:paraId="3B04B4EF" w14:textId="77777777" w:rsidR="00286758" w:rsidRDefault="00000000">
            <w:r>
              <w:rPr>
                <w:rFonts w:ascii="Calibri" w:eastAsia="Calibri" w:hAnsi="Calibri" w:cs="Calibri"/>
                <w:b/>
                <w:color w:val="1F3A5F"/>
                <w:sz w:val="20"/>
              </w:rPr>
              <w:t>#</w:t>
            </w:r>
          </w:p>
        </w:tc>
        <w:tc>
          <w:tcPr>
            <w:tcW w:w="9576" w:type="dxa"/>
            <w:shd w:val="clear" w:color="auto" w:fill="F4F7FA"/>
            <w:tcMar>
              <w:top w:w="40" w:type="dxa"/>
              <w:left w:w="100" w:type="dxa"/>
              <w:bottom w:w="40" w:type="dxa"/>
              <w:right w:w="80" w:type="dxa"/>
            </w:tcMar>
          </w:tcPr>
          <w:p w14:paraId="3E9E1808" w14:textId="77777777" w:rsidR="00286758" w:rsidRDefault="00000000">
            <w:r>
              <w:rPr>
                <w:rFonts w:ascii="Calibri" w:eastAsia="Calibri" w:hAnsi="Calibri" w:cs="Calibri"/>
                <w:b/>
                <w:color w:val="1F3A5F"/>
                <w:sz w:val="20"/>
              </w:rPr>
              <w:t>Hero</w:t>
            </w:r>
          </w:p>
        </w:tc>
      </w:tr>
      <w:tr w:rsidR="00286758" w14:paraId="2E0DD69D" w14:textId="77777777">
        <w:trPr>
          <w:trHeight w:val="432"/>
        </w:trPr>
        <w:tc>
          <w:tcPr>
            <w:tcW w:w="504" w:type="dxa"/>
            <w:shd w:val="clear" w:color="auto" w:fill="F4F7FA"/>
            <w:tcMar>
              <w:top w:w="50" w:type="dxa"/>
              <w:left w:w="100" w:type="dxa"/>
              <w:bottom w:w="50" w:type="dxa"/>
              <w:right w:w="100" w:type="dxa"/>
            </w:tcMar>
          </w:tcPr>
          <w:p w14:paraId="4BF946AF" w14:textId="77777777" w:rsidR="00286758" w:rsidRDefault="00000000">
            <w:r>
              <w:rPr>
                <w:rFonts w:ascii="Calibri" w:eastAsia="Calibri" w:hAnsi="Calibri" w:cs="Calibri"/>
                <w:b/>
                <w:color w:val="1F3A5F"/>
                <w:sz w:val="20"/>
              </w:rPr>
              <w:t>1</w:t>
            </w:r>
          </w:p>
        </w:tc>
        <w:tc>
          <w:tcPr>
            <w:tcW w:w="9576" w:type="dxa"/>
            <w:tcMar>
              <w:top w:w="50" w:type="dxa"/>
              <w:left w:w="100" w:type="dxa"/>
              <w:bottom w:w="50" w:type="dxa"/>
              <w:right w:w="100" w:type="dxa"/>
            </w:tcMar>
          </w:tcPr>
          <w:p w14:paraId="35197E44" w14:textId="77777777" w:rsidR="00286758" w:rsidRDefault="00286758"/>
        </w:tc>
      </w:tr>
      <w:tr w:rsidR="00286758" w14:paraId="791546BC" w14:textId="77777777">
        <w:trPr>
          <w:trHeight w:val="432"/>
        </w:trPr>
        <w:tc>
          <w:tcPr>
            <w:tcW w:w="504" w:type="dxa"/>
            <w:shd w:val="clear" w:color="auto" w:fill="F4F7FA"/>
            <w:tcMar>
              <w:top w:w="50" w:type="dxa"/>
              <w:left w:w="100" w:type="dxa"/>
              <w:bottom w:w="50" w:type="dxa"/>
              <w:right w:w="100" w:type="dxa"/>
            </w:tcMar>
          </w:tcPr>
          <w:p w14:paraId="63EF0BB1" w14:textId="77777777" w:rsidR="00286758" w:rsidRDefault="00000000">
            <w:r>
              <w:rPr>
                <w:rFonts w:ascii="Calibri" w:eastAsia="Calibri" w:hAnsi="Calibri" w:cs="Calibri"/>
                <w:b/>
                <w:color w:val="1F3A5F"/>
                <w:sz w:val="20"/>
              </w:rPr>
              <w:t>2</w:t>
            </w:r>
          </w:p>
        </w:tc>
        <w:tc>
          <w:tcPr>
            <w:tcW w:w="9576" w:type="dxa"/>
            <w:tcMar>
              <w:top w:w="50" w:type="dxa"/>
              <w:left w:w="100" w:type="dxa"/>
              <w:bottom w:w="50" w:type="dxa"/>
              <w:right w:w="100" w:type="dxa"/>
            </w:tcMar>
          </w:tcPr>
          <w:p w14:paraId="64A06A27" w14:textId="77777777" w:rsidR="00286758" w:rsidRDefault="00286758"/>
        </w:tc>
      </w:tr>
      <w:tr w:rsidR="00286758" w14:paraId="72652254" w14:textId="77777777">
        <w:trPr>
          <w:trHeight w:val="432"/>
        </w:trPr>
        <w:tc>
          <w:tcPr>
            <w:tcW w:w="504" w:type="dxa"/>
            <w:shd w:val="clear" w:color="auto" w:fill="F4F7FA"/>
            <w:tcMar>
              <w:top w:w="50" w:type="dxa"/>
              <w:left w:w="100" w:type="dxa"/>
              <w:bottom w:w="50" w:type="dxa"/>
              <w:right w:w="100" w:type="dxa"/>
            </w:tcMar>
          </w:tcPr>
          <w:p w14:paraId="4047A211" w14:textId="77777777" w:rsidR="00286758" w:rsidRDefault="00000000">
            <w:r>
              <w:rPr>
                <w:rFonts w:ascii="Calibri" w:eastAsia="Calibri" w:hAnsi="Calibri" w:cs="Calibri"/>
                <w:b/>
                <w:color w:val="1F3A5F"/>
                <w:sz w:val="20"/>
              </w:rPr>
              <w:t>3</w:t>
            </w:r>
          </w:p>
        </w:tc>
        <w:tc>
          <w:tcPr>
            <w:tcW w:w="9576" w:type="dxa"/>
            <w:tcMar>
              <w:top w:w="50" w:type="dxa"/>
              <w:left w:w="100" w:type="dxa"/>
              <w:bottom w:w="50" w:type="dxa"/>
              <w:right w:w="100" w:type="dxa"/>
            </w:tcMar>
          </w:tcPr>
          <w:p w14:paraId="1721451D" w14:textId="77777777" w:rsidR="00286758" w:rsidRDefault="00286758"/>
        </w:tc>
      </w:tr>
      <w:tr w:rsidR="00286758" w14:paraId="087742EE" w14:textId="77777777">
        <w:trPr>
          <w:trHeight w:val="432"/>
        </w:trPr>
        <w:tc>
          <w:tcPr>
            <w:tcW w:w="504" w:type="dxa"/>
            <w:shd w:val="clear" w:color="auto" w:fill="F4F7FA"/>
            <w:tcMar>
              <w:top w:w="50" w:type="dxa"/>
              <w:left w:w="100" w:type="dxa"/>
              <w:bottom w:w="50" w:type="dxa"/>
              <w:right w:w="100" w:type="dxa"/>
            </w:tcMar>
          </w:tcPr>
          <w:p w14:paraId="2CE2E495" w14:textId="77777777" w:rsidR="00286758" w:rsidRDefault="00000000">
            <w:r>
              <w:rPr>
                <w:rFonts w:ascii="Calibri" w:eastAsia="Calibri" w:hAnsi="Calibri" w:cs="Calibri"/>
                <w:b/>
                <w:color w:val="1F3A5F"/>
                <w:sz w:val="20"/>
              </w:rPr>
              <w:t>4</w:t>
            </w:r>
          </w:p>
        </w:tc>
        <w:tc>
          <w:tcPr>
            <w:tcW w:w="9576" w:type="dxa"/>
            <w:tcMar>
              <w:top w:w="50" w:type="dxa"/>
              <w:left w:w="100" w:type="dxa"/>
              <w:bottom w:w="50" w:type="dxa"/>
              <w:right w:w="100" w:type="dxa"/>
            </w:tcMar>
          </w:tcPr>
          <w:p w14:paraId="1767E98B" w14:textId="77777777" w:rsidR="00286758" w:rsidRDefault="00286758"/>
        </w:tc>
      </w:tr>
      <w:tr w:rsidR="00286758" w14:paraId="1F366FE0" w14:textId="77777777">
        <w:trPr>
          <w:trHeight w:val="432"/>
        </w:trPr>
        <w:tc>
          <w:tcPr>
            <w:tcW w:w="504" w:type="dxa"/>
            <w:shd w:val="clear" w:color="auto" w:fill="F4F7FA"/>
            <w:tcMar>
              <w:top w:w="50" w:type="dxa"/>
              <w:left w:w="100" w:type="dxa"/>
              <w:bottom w:w="50" w:type="dxa"/>
              <w:right w:w="100" w:type="dxa"/>
            </w:tcMar>
          </w:tcPr>
          <w:p w14:paraId="624F583C" w14:textId="77777777" w:rsidR="00286758" w:rsidRDefault="00000000">
            <w:r>
              <w:rPr>
                <w:rFonts w:ascii="Calibri" w:eastAsia="Calibri" w:hAnsi="Calibri" w:cs="Calibri"/>
                <w:b/>
                <w:color w:val="1F3A5F"/>
                <w:sz w:val="20"/>
              </w:rPr>
              <w:t>5</w:t>
            </w:r>
          </w:p>
        </w:tc>
        <w:tc>
          <w:tcPr>
            <w:tcW w:w="9576" w:type="dxa"/>
            <w:tcMar>
              <w:top w:w="50" w:type="dxa"/>
              <w:left w:w="100" w:type="dxa"/>
              <w:bottom w:w="50" w:type="dxa"/>
              <w:right w:w="100" w:type="dxa"/>
            </w:tcMar>
          </w:tcPr>
          <w:p w14:paraId="18F8E358" w14:textId="77777777" w:rsidR="00286758" w:rsidRDefault="00286758"/>
        </w:tc>
      </w:tr>
      <w:tr w:rsidR="00286758" w14:paraId="7C1DA9D1" w14:textId="77777777">
        <w:trPr>
          <w:trHeight w:val="432"/>
        </w:trPr>
        <w:tc>
          <w:tcPr>
            <w:tcW w:w="504" w:type="dxa"/>
            <w:shd w:val="clear" w:color="auto" w:fill="F4F7FA"/>
            <w:tcMar>
              <w:top w:w="50" w:type="dxa"/>
              <w:left w:w="100" w:type="dxa"/>
              <w:bottom w:w="50" w:type="dxa"/>
              <w:right w:w="100" w:type="dxa"/>
            </w:tcMar>
          </w:tcPr>
          <w:p w14:paraId="066EB41A" w14:textId="77777777" w:rsidR="00286758" w:rsidRDefault="00000000">
            <w:r>
              <w:rPr>
                <w:rFonts w:ascii="Calibri" w:eastAsia="Calibri" w:hAnsi="Calibri" w:cs="Calibri"/>
                <w:b/>
                <w:color w:val="1F3A5F"/>
                <w:sz w:val="20"/>
              </w:rPr>
              <w:t>6</w:t>
            </w:r>
          </w:p>
        </w:tc>
        <w:tc>
          <w:tcPr>
            <w:tcW w:w="9576" w:type="dxa"/>
            <w:tcMar>
              <w:top w:w="50" w:type="dxa"/>
              <w:left w:w="100" w:type="dxa"/>
              <w:bottom w:w="50" w:type="dxa"/>
              <w:right w:w="100" w:type="dxa"/>
            </w:tcMar>
          </w:tcPr>
          <w:p w14:paraId="6000071C" w14:textId="77777777" w:rsidR="00286758" w:rsidRDefault="00286758"/>
        </w:tc>
      </w:tr>
      <w:tr w:rsidR="00286758" w14:paraId="380A096D" w14:textId="77777777">
        <w:trPr>
          <w:trHeight w:val="432"/>
        </w:trPr>
        <w:tc>
          <w:tcPr>
            <w:tcW w:w="504" w:type="dxa"/>
            <w:shd w:val="clear" w:color="auto" w:fill="F4F7FA"/>
            <w:tcMar>
              <w:top w:w="50" w:type="dxa"/>
              <w:left w:w="100" w:type="dxa"/>
              <w:bottom w:w="50" w:type="dxa"/>
              <w:right w:w="100" w:type="dxa"/>
            </w:tcMar>
          </w:tcPr>
          <w:p w14:paraId="19089F4E" w14:textId="77777777" w:rsidR="00286758" w:rsidRDefault="00000000">
            <w:r>
              <w:rPr>
                <w:rFonts w:ascii="Calibri" w:eastAsia="Calibri" w:hAnsi="Calibri" w:cs="Calibri"/>
                <w:b/>
                <w:color w:val="1F3A5F"/>
                <w:sz w:val="20"/>
              </w:rPr>
              <w:t>7</w:t>
            </w:r>
          </w:p>
        </w:tc>
        <w:tc>
          <w:tcPr>
            <w:tcW w:w="9576" w:type="dxa"/>
            <w:tcMar>
              <w:top w:w="50" w:type="dxa"/>
              <w:left w:w="100" w:type="dxa"/>
              <w:bottom w:w="50" w:type="dxa"/>
              <w:right w:w="100" w:type="dxa"/>
            </w:tcMar>
          </w:tcPr>
          <w:p w14:paraId="7AD427DB" w14:textId="77777777" w:rsidR="00286758" w:rsidRDefault="00286758"/>
        </w:tc>
      </w:tr>
      <w:tr w:rsidR="00286758" w14:paraId="61F175AD" w14:textId="77777777">
        <w:trPr>
          <w:trHeight w:val="432"/>
        </w:trPr>
        <w:tc>
          <w:tcPr>
            <w:tcW w:w="504" w:type="dxa"/>
            <w:shd w:val="clear" w:color="auto" w:fill="F4F7FA"/>
            <w:tcMar>
              <w:top w:w="50" w:type="dxa"/>
              <w:left w:w="100" w:type="dxa"/>
              <w:bottom w:w="50" w:type="dxa"/>
              <w:right w:w="100" w:type="dxa"/>
            </w:tcMar>
          </w:tcPr>
          <w:p w14:paraId="741860A7" w14:textId="77777777" w:rsidR="00286758" w:rsidRDefault="00000000">
            <w:r>
              <w:rPr>
                <w:rFonts w:ascii="Calibri" w:eastAsia="Calibri" w:hAnsi="Calibri" w:cs="Calibri"/>
                <w:b/>
                <w:color w:val="1F3A5F"/>
                <w:sz w:val="20"/>
              </w:rPr>
              <w:t>8</w:t>
            </w:r>
          </w:p>
        </w:tc>
        <w:tc>
          <w:tcPr>
            <w:tcW w:w="9576" w:type="dxa"/>
            <w:tcMar>
              <w:top w:w="50" w:type="dxa"/>
              <w:left w:w="100" w:type="dxa"/>
              <w:bottom w:w="50" w:type="dxa"/>
              <w:right w:w="100" w:type="dxa"/>
            </w:tcMar>
          </w:tcPr>
          <w:p w14:paraId="6640E080" w14:textId="77777777" w:rsidR="00286758" w:rsidRDefault="00286758"/>
        </w:tc>
      </w:tr>
      <w:tr w:rsidR="00286758" w14:paraId="382D0165" w14:textId="77777777">
        <w:trPr>
          <w:trHeight w:val="432"/>
        </w:trPr>
        <w:tc>
          <w:tcPr>
            <w:tcW w:w="504" w:type="dxa"/>
            <w:shd w:val="clear" w:color="auto" w:fill="F4F7FA"/>
            <w:tcMar>
              <w:top w:w="50" w:type="dxa"/>
              <w:left w:w="100" w:type="dxa"/>
              <w:bottom w:w="50" w:type="dxa"/>
              <w:right w:w="100" w:type="dxa"/>
            </w:tcMar>
          </w:tcPr>
          <w:p w14:paraId="073C4C43" w14:textId="77777777" w:rsidR="00286758" w:rsidRDefault="00000000">
            <w:r>
              <w:rPr>
                <w:rFonts w:ascii="Calibri" w:eastAsia="Calibri" w:hAnsi="Calibri" w:cs="Calibri"/>
                <w:b/>
                <w:color w:val="1F3A5F"/>
                <w:sz w:val="20"/>
              </w:rPr>
              <w:t>9</w:t>
            </w:r>
          </w:p>
        </w:tc>
        <w:tc>
          <w:tcPr>
            <w:tcW w:w="9576" w:type="dxa"/>
            <w:tcMar>
              <w:top w:w="50" w:type="dxa"/>
              <w:left w:w="100" w:type="dxa"/>
              <w:bottom w:w="50" w:type="dxa"/>
              <w:right w:w="100" w:type="dxa"/>
            </w:tcMar>
          </w:tcPr>
          <w:p w14:paraId="2F4654B9" w14:textId="77777777" w:rsidR="00286758" w:rsidRDefault="00286758"/>
        </w:tc>
      </w:tr>
      <w:tr w:rsidR="00286758" w14:paraId="7ECD843B" w14:textId="77777777">
        <w:trPr>
          <w:trHeight w:val="432"/>
        </w:trPr>
        <w:tc>
          <w:tcPr>
            <w:tcW w:w="504" w:type="dxa"/>
            <w:shd w:val="clear" w:color="auto" w:fill="F4F7FA"/>
            <w:tcMar>
              <w:top w:w="50" w:type="dxa"/>
              <w:left w:w="100" w:type="dxa"/>
              <w:bottom w:w="50" w:type="dxa"/>
              <w:right w:w="100" w:type="dxa"/>
            </w:tcMar>
          </w:tcPr>
          <w:p w14:paraId="319B3E68" w14:textId="77777777" w:rsidR="00286758" w:rsidRDefault="00000000">
            <w:r>
              <w:rPr>
                <w:rFonts w:ascii="Calibri" w:eastAsia="Calibri" w:hAnsi="Calibri" w:cs="Calibri"/>
                <w:b/>
                <w:color w:val="1F3A5F"/>
                <w:sz w:val="20"/>
              </w:rPr>
              <w:t>10</w:t>
            </w:r>
          </w:p>
        </w:tc>
        <w:tc>
          <w:tcPr>
            <w:tcW w:w="9576" w:type="dxa"/>
            <w:tcMar>
              <w:top w:w="50" w:type="dxa"/>
              <w:left w:w="100" w:type="dxa"/>
              <w:bottom w:w="50" w:type="dxa"/>
              <w:right w:w="100" w:type="dxa"/>
            </w:tcMar>
          </w:tcPr>
          <w:p w14:paraId="2BB5F6E5" w14:textId="77777777" w:rsidR="00286758" w:rsidRDefault="00286758"/>
        </w:tc>
      </w:tr>
    </w:tbl>
    <w:p w14:paraId="2D56D1DB" w14:textId="77777777" w:rsidR="00286758" w:rsidRDefault="00286758">
      <w:pPr>
        <w:pageBreakBefore/>
        <w:spacing w:line="20" w:lineRule="exact"/>
        <w:rPr>
          <w:sz w:val="2"/>
        </w:rPr>
      </w:pPr>
    </w:p>
    <w:p w14:paraId="76BD9326" w14:textId="77777777" w:rsidR="002321DE" w:rsidRDefault="00B57BF7">
      <w:pPr>
        <w:pStyle w:val="HLTitle"/>
      </w:pPr>
      <w:r>
        <w:t>Master Project Hero List</w:t>
      </w:r>
    </w:p>
    <w:p w14:paraId="61C31BC7" w14:textId="77777777" w:rsidR="002321DE" w:rsidRDefault="00B57BF7">
      <w:pPr>
        <w:pStyle w:val="HLSubtitle"/>
      </w:pPr>
      <w:r>
        <w:t>American Heritage Worldwide · Grades 6–8</w:t>
      </w:r>
    </w:p>
    <w:p w14:paraId="150D8E9E" w14:textId="77777777" w:rsidR="002321DE" w:rsidRDefault="00B57BF7">
      <w:pPr>
        <w:pStyle w:val="HLFirstParagraph"/>
      </w:pPr>
      <w:r>
        <w:t>Choose an American hero whose life you would like to know deeply and whose example can help you come closer to Christ. Read through the short bios below, pick three heroes who interest you, and talk them over with your parents before making your final choice.</w:t>
      </w:r>
    </w:p>
    <w:p w14:paraId="4424F766" w14:textId="77777777" w:rsidR="002321DE" w:rsidRDefault="00B57BF7">
      <w:pPr>
        <w:pStyle w:val="HLBodyText"/>
      </w:pPr>
      <w:r>
        <w:t>This list is not a complete list of every hero worth studying. If you would like to study someone who is not listed here, such as a hero from another time period or one of your own ancestors (a grandparent, great-grandparent, great-great-grandparent, or earlier), talk with your Coach, who can approve your choice.</w:t>
      </w:r>
      <w:r w:rsidR="003B0720">
        <w:t xml:space="preserve"> Your hero should be someone whose life demonstrated service, love, courage, faith, integrity, or other Christlike quality, and whose example and actions help others to better follow Jesus Christ.</w:t>
      </w:r>
      <w:r>
        <w:t>. You must be able to support this with books, articles, family records, or interviews.</w:t>
      </w:r>
    </w:p>
    <w:p w14:paraId="5933E024" w14:textId="77777777" w:rsidR="002321DE" w:rsidRDefault="00B57BF7">
      <w:pPr>
        <w:pStyle w:val="HLBodyText"/>
      </w:pPr>
      <w:r>
        <w:t>Heroes marked with ★ are also studied in this year’s history course.</w:t>
      </w:r>
    </w:p>
    <w:p w14:paraId="362AA7FC" w14:textId="77777777" w:rsidR="002321DE" w:rsidRDefault="00B57BF7">
      <w:pPr>
        <w:pStyle w:val="HLheading2"/>
      </w:pPr>
      <w:bookmarkStart w:id="0" w:name="heroes-at-a-glance"/>
      <w:r>
        <w:t>Heroes at a glance</w:t>
      </w:r>
    </w:p>
    <w:tbl>
      <w:tblPr>
        <w:tblStyle w:val="HLTable"/>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20" w:firstRow="1" w:lastRow="0" w:firstColumn="0" w:lastColumn="0" w:noHBand="0" w:noVBand="0"/>
      </w:tblPr>
      <w:tblGrid>
        <w:gridCol w:w="2944"/>
        <w:gridCol w:w="7126"/>
      </w:tblGrid>
      <w:tr w:rsidR="0075185D" w14:paraId="3FECD6BA" w14:textId="77777777" w:rsidTr="0075185D">
        <w:trPr>
          <w:cnfStyle w:val="100000000000" w:firstRow="1" w:lastRow="0" w:firstColumn="0" w:lastColumn="0" w:oddVBand="0" w:evenVBand="0" w:oddHBand="0" w:evenHBand="0" w:firstRowFirstColumn="0" w:firstRowLastColumn="0" w:lastRowFirstColumn="0" w:lastRowLastColumn="0"/>
          <w:tblHeader/>
        </w:trPr>
        <w:tc>
          <w:tcPr>
            <w:tcW w:w="2736" w:type="dxa"/>
            <w:shd w:val="clear" w:color="auto" w:fill="1F3A5F"/>
            <w:tcMar>
              <w:top w:w="60" w:type="dxa"/>
              <w:bottom w:w="60" w:type="dxa"/>
            </w:tcMar>
          </w:tcPr>
          <w:p w14:paraId="1D7B3F66" w14:textId="77777777" w:rsidR="002321DE" w:rsidRDefault="00B57BF7">
            <w:pPr>
              <w:pStyle w:val="HLCompact"/>
              <w:spacing w:after="40"/>
            </w:pPr>
            <w:r>
              <w:rPr>
                <w:rFonts w:ascii="Calibri" w:hAnsi="Calibri"/>
                <w:b/>
                <w:color w:val="FFFFFF"/>
                <w:sz w:val="19"/>
              </w:rPr>
              <w:t>Category</w:t>
            </w:r>
          </w:p>
        </w:tc>
        <w:tc>
          <w:tcPr>
            <w:tcW w:w="6624" w:type="dxa"/>
            <w:shd w:val="clear" w:color="auto" w:fill="1F3A5F"/>
            <w:tcMar>
              <w:top w:w="60" w:type="dxa"/>
              <w:bottom w:w="60" w:type="dxa"/>
            </w:tcMar>
          </w:tcPr>
          <w:p w14:paraId="1C3BDF29" w14:textId="77777777" w:rsidR="002321DE" w:rsidRDefault="00B57BF7">
            <w:pPr>
              <w:pStyle w:val="HLCompact"/>
              <w:spacing w:after="40"/>
            </w:pPr>
            <w:r>
              <w:rPr>
                <w:rFonts w:ascii="Calibri" w:hAnsi="Calibri"/>
                <w:b/>
                <w:color w:val="FFFFFF"/>
                <w:sz w:val="19"/>
              </w:rPr>
              <w:t>Heroes</w:t>
            </w:r>
          </w:p>
        </w:tc>
      </w:tr>
      <w:tr w:rsidR="0075185D" w14:paraId="18014FF6" w14:textId="77777777" w:rsidTr="0075185D">
        <w:tc>
          <w:tcPr>
            <w:tcW w:w="2736" w:type="dxa"/>
            <w:tcMar>
              <w:top w:w="60" w:type="dxa"/>
              <w:bottom w:w="60" w:type="dxa"/>
            </w:tcMar>
          </w:tcPr>
          <w:p w14:paraId="7BF66533" w14:textId="77777777" w:rsidR="002321DE" w:rsidRDefault="00B57BF7">
            <w:pPr>
              <w:pStyle w:val="HLCompact"/>
              <w:spacing w:after="40"/>
            </w:pPr>
            <w:r>
              <w:rPr>
                <w:sz w:val="19"/>
              </w:rPr>
              <w:t>Latter-day Saint Leaders and Missionaries</w:t>
            </w:r>
          </w:p>
        </w:tc>
        <w:tc>
          <w:tcPr>
            <w:tcW w:w="6624" w:type="dxa"/>
            <w:tcMar>
              <w:top w:w="60" w:type="dxa"/>
              <w:bottom w:w="60" w:type="dxa"/>
            </w:tcMar>
          </w:tcPr>
          <w:p w14:paraId="3695483E" w14:textId="77777777" w:rsidR="002321DE" w:rsidRDefault="00B57BF7">
            <w:pPr>
              <w:pStyle w:val="HLCompact"/>
              <w:spacing w:after="40"/>
            </w:pPr>
            <w:r>
              <w:rPr>
                <w:sz w:val="19"/>
              </w:rPr>
              <w:t>Willard Bean, Ezra Taft Benson, Henry B. Eyring, Heber J. Grant, Gordon B. Hinckley, Marjorie Pay Hinckley, Camilla Eyring Kimball, Spencer W. Kimball, Neal A. Maxwell, Thomas S. Monson, Russell M. Nelson, Dallin H. Oaks, LeGrand Richards, N. Eldon Tanner</w:t>
            </w:r>
          </w:p>
        </w:tc>
      </w:tr>
      <w:tr w:rsidR="0075185D" w14:paraId="3CD26B26" w14:textId="77777777" w:rsidTr="0075185D">
        <w:tc>
          <w:tcPr>
            <w:tcW w:w="2736" w:type="dxa"/>
            <w:tcMar>
              <w:top w:w="60" w:type="dxa"/>
              <w:bottom w:w="60" w:type="dxa"/>
            </w:tcMar>
          </w:tcPr>
          <w:p w14:paraId="05655741" w14:textId="77777777" w:rsidR="002321DE" w:rsidRDefault="00B57BF7">
            <w:pPr>
              <w:pStyle w:val="HLCompact"/>
              <w:spacing w:after="40"/>
            </w:pPr>
            <w:r>
              <w:rPr>
                <w:sz w:val="19"/>
              </w:rPr>
              <w:t>Christian Leaders, Writers, and Artists</w:t>
            </w:r>
          </w:p>
        </w:tc>
        <w:tc>
          <w:tcPr>
            <w:tcW w:w="6624" w:type="dxa"/>
            <w:tcMar>
              <w:top w:w="60" w:type="dxa"/>
              <w:bottom w:w="60" w:type="dxa"/>
            </w:tcMar>
          </w:tcPr>
          <w:p w14:paraId="1BD105A6" w14:textId="77777777" w:rsidR="002321DE" w:rsidRDefault="00B57BF7">
            <w:pPr>
              <w:pStyle w:val="HLCompact"/>
              <w:spacing w:after="40"/>
            </w:pPr>
            <w:r>
              <w:rPr>
                <w:sz w:val="19"/>
              </w:rPr>
              <w:t>★ Pope John Paul II, C. S. Lewis, Eric Liddell, Minerva Teichert, ★ Mother Teresa</w:t>
            </w:r>
          </w:p>
        </w:tc>
      </w:tr>
      <w:tr w:rsidR="0075185D" w14:paraId="6E3414BD" w14:textId="77777777" w:rsidTr="0075185D">
        <w:tc>
          <w:tcPr>
            <w:tcW w:w="2736" w:type="dxa"/>
            <w:tcMar>
              <w:top w:w="60" w:type="dxa"/>
              <w:bottom w:w="60" w:type="dxa"/>
            </w:tcMar>
          </w:tcPr>
          <w:p w14:paraId="6F657355" w14:textId="77777777" w:rsidR="002321DE" w:rsidRDefault="00B57BF7">
            <w:pPr>
              <w:pStyle w:val="HLCompact"/>
              <w:spacing w:after="40"/>
            </w:pPr>
            <w:r>
              <w:rPr>
                <w:sz w:val="19"/>
              </w:rPr>
              <w:t>World War II</w:t>
            </w:r>
          </w:p>
        </w:tc>
        <w:tc>
          <w:tcPr>
            <w:tcW w:w="6624" w:type="dxa"/>
            <w:tcMar>
              <w:top w:w="60" w:type="dxa"/>
              <w:bottom w:w="60" w:type="dxa"/>
            </w:tcMar>
          </w:tcPr>
          <w:p w14:paraId="22067E9D" w14:textId="77777777" w:rsidR="002321DE" w:rsidRDefault="00B57BF7">
            <w:pPr>
              <w:pStyle w:val="HLCompact"/>
              <w:spacing w:after="40"/>
            </w:pPr>
            <w:r>
              <w:rPr>
                <w:sz w:val="19"/>
              </w:rPr>
              <w:t>★ Roddie Edmonds, ★ Anne Frank, ★ Oskar Schindler, ★ Irena Sendler, ★ Corrie ten Boom, ★ Raoul Wallenberg, Kitty de Ruyter-Bons, ★ Desmond Doss, ★ Fred Korematsu, Douglas MacArthur</w:t>
            </w:r>
          </w:p>
        </w:tc>
      </w:tr>
      <w:tr w:rsidR="0075185D" w14:paraId="280D2CE8" w14:textId="77777777" w:rsidTr="0075185D">
        <w:tc>
          <w:tcPr>
            <w:tcW w:w="2736" w:type="dxa"/>
            <w:tcMar>
              <w:top w:w="60" w:type="dxa"/>
              <w:bottom w:w="60" w:type="dxa"/>
            </w:tcMar>
          </w:tcPr>
          <w:p w14:paraId="5F0C9058" w14:textId="77777777" w:rsidR="002321DE" w:rsidRDefault="00B57BF7">
            <w:pPr>
              <w:pStyle w:val="HLCompact"/>
              <w:spacing w:after="40"/>
            </w:pPr>
            <w:r>
              <w:rPr>
                <w:sz w:val="19"/>
              </w:rPr>
              <w:t>The Cold War and Vietnam</w:t>
            </w:r>
          </w:p>
        </w:tc>
        <w:tc>
          <w:tcPr>
            <w:tcW w:w="6624" w:type="dxa"/>
            <w:tcMar>
              <w:top w:w="60" w:type="dxa"/>
              <w:bottom w:w="60" w:type="dxa"/>
            </w:tcMar>
          </w:tcPr>
          <w:p w14:paraId="000A5936" w14:textId="77777777" w:rsidR="002321DE" w:rsidRDefault="00B57BF7">
            <w:pPr>
              <w:pStyle w:val="HLCompact"/>
              <w:spacing w:after="40"/>
            </w:pPr>
            <w:r>
              <w:rPr>
                <w:sz w:val="19"/>
              </w:rPr>
              <w:t>★ Gail Halvorsen, ★ Hugh Thompson Jr., ★ Lech Wałęsa</w:t>
            </w:r>
          </w:p>
        </w:tc>
      </w:tr>
      <w:tr w:rsidR="0075185D" w14:paraId="294E5735" w14:textId="77777777" w:rsidTr="0075185D">
        <w:tc>
          <w:tcPr>
            <w:tcW w:w="2736" w:type="dxa"/>
            <w:tcMar>
              <w:top w:w="60" w:type="dxa"/>
              <w:bottom w:w="60" w:type="dxa"/>
            </w:tcMar>
          </w:tcPr>
          <w:p w14:paraId="1C809448" w14:textId="77777777" w:rsidR="002321DE" w:rsidRDefault="00B57BF7">
            <w:pPr>
              <w:pStyle w:val="HLCompact"/>
              <w:spacing w:after="40"/>
            </w:pPr>
            <w:r>
              <w:rPr>
                <w:sz w:val="19"/>
              </w:rPr>
              <w:t>The Civil Rights Movement</w:t>
            </w:r>
          </w:p>
        </w:tc>
        <w:tc>
          <w:tcPr>
            <w:tcW w:w="6624" w:type="dxa"/>
            <w:tcMar>
              <w:top w:w="60" w:type="dxa"/>
              <w:bottom w:w="60" w:type="dxa"/>
            </w:tcMar>
          </w:tcPr>
          <w:p w14:paraId="0BC540A9" w14:textId="77777777" w:rsidR="002321DE" w:rsidRDefault="00B57BF7">
            <w:pPr>
              <w:pStyle w:val="HLCompact"/>
              <w:spacing w:after="40"/>
            </w:pPr>
            <w:r>
              <w:rPr>
                <w:sz w:val="19"/>
              </w:rPr>
              <w:t>★ Ruby Bridges, ★ Claudette Colvin, ★ Fannie Lou Hamer, ★ Martin Luther King Jr., ★ John Lewis, ★ The Little Rock Nine, ★ Thurgood Marshall, ★ Rosa Parks, ★ Jackie Robinson</w:t>
            </w:r>
          </w:p>
        </w:tc>
      </w:tr>
      <w:tr w:rsidR="0075185D" w14:paraId="78DC2228" w14:textId="77777777" w:rsidTr="0075185D">
        <w:tc>
          <w:tcPr>
            <w:tcW w:w="2736" w:type="dxa"/>
            <w:tcMar>
              <w:top w:w="60" w:type="dxa"/>
              <w:bottom w:w="60" w:type="dxa"/>
            </w:tcMar>
          </w:tcPr>
          <w:p w14:paraId="3D744E7E" w14:textId="77777777" w:rsidR="002321DE" w:rsidRDefault="00B57BF7">
            <w:pPr>
              <w:pStyle w:val="HLCompact"/>
              <w:spacing w:after="40"/>
            </w:pPr>
            <w:r>
              <w:rPr>
                <w:sz w:val="19"/>
              </w:rPr>
              <w:t>Education and Overcoming Adversity</w:t>
            </w:r>
          </w:p>
        </w:tc>
        <w:tc>
          <w:tcPr>
            <w:tcW w:w="6624" w:type="dxa"/>
            <w:tcMar>
              <w:top w:w="60" w:type="dxa"/>
              <w:bottom w:w="60" w:type="dxa"/>
            </w:tcMar>
          </w:tcPr>
          <w:p w14:paraId="31F40121" w14:textId="77777777" w:rsidR="002321DE" w:rsidRDefault="00B57BF7">
            <w:pPr>
              <w:pStyle w:val="HLCompact"/>
              <w:spacing w:after="40"/>
            </w:pPr>
            <w:r>
              <w:rPr>
                <w:sz w:val="19"/>
              </w:rPr>
              <w:t>Helen Keller, Annie Sullivan, Booker T. Washington</w:t>
            </w:r>
          </w:p>
        </w:tc>
      </w:tr>
      <w:tr w:rsidR="0075185D" w14:paraId="2396A591" w14:textId="77777777" w:rsidTr="0075185D">
        <w:tc>
          <w:tcPr>
            <w:tcW w:w="2736" w:type="dxa"/>
            <w:tcMar>
              <w:top w:w="60" w:type="dxa"/>
              <w:bottom w:w="60" w:type="dxa"/>
            </w:tcMar>
          </w:tcPr>
          <w:p w14:paraId="30174A33" w14:textId="77777777" w:rsidR="002321DE" w:rsidRDefault="00B57BF7">
            <w:pPr>
              <w:pStyle w:val="HLCompact"/>
              <w:spacing w:after="40"/>
            </w:pPr>
            <w:r>
              <w:rPr>
                <w:sz w:val="19"/>
              </w:rPr>
              <w:t>Science and Medicine</w:t>
            </w:r>
          </w:p>
        </w:tc>
        <w:tc>
          <w:tcPr>
            <w:tcW w:w="6624" w:type="dxa"/>
            <w:tcMar>
              <w:top w:w="60" w:type="dxa"/>
              <w:bottom w:w="60" w:type="dxa"/>
            </w:tcMar>
          </w:tcPr>
          <w:p w14:paraId="08864F23" w14:textId="77777777" w:rsidR="002321DE" w:rsidRDefault="00B57BF7">
            <w:pPr>
              <w:pStyle w:val="HLCompact"/>
              <w:spacing w:after="40"/>
            </w:pPr>
            <w:r>
              <w:rPr>
                <w:sz w:val="19"/>
              </w:rPr>
              <w:t>Ben Carson, George Washington Carver, ★ Frances Oldham Kelsey, ★ Jonas Salk, Nikola Tesla</w:t>
            </w:r>
          </w:p>
        </w:tc>
      </w:tr>
      <w:tr w:rsidR="0075185D" w14:paraId="3D0D4E92" w14:textId="77777777" w:rsidTr="0075185D">
        <w:tc>
          <w:tcPr>
            <w:tcW w:w="2736" w:type="dxa"/>
            <w:tcMar>
              <w:top w:w="60" w:type="dxa"/>
              <w:bottom w:w="60" w:type="dxa"/>
            </w:tcMar>
          </w:tcPr>
          <w:p w14:paraId="655A79D3" w14:textId="77777777" w:rsidR="002321DE" w:rsidRDefault="00B57BF7">
            <w:pPr>
              <w:pStyle w:val="HLCompact"/>
              <w:spacing w:after="40"/>
            </w:pPr>
            <w:r>
              <w:rPr>
                <w:sz w:val="19"/>
              </w:rPr>
              <w:t>Modern-Day Courage</w:t>
            </w:r>
          </w:p>
        </w:tc>
        <w:tc>
          <w:tcPr>
            <w:tcW w:w="6624" w:type="dxa"/>
            <w:tcMar>
              <w:top w:w="60" w:type="dxa"/>
              <w:bottom w:w="60" w:type="dxa"/>
            </w:tcMar>
          </w:tcPr>
          <w:p w14:paraId="5B007ECC" w14:textId="77777777" w:rsidR="002321DE" w:rsidRDefault="00B57BF7">
            <w:pPr>
              <w:pStyle w:val="HLCompact"/>
              <w:spacing w:after="40"/>
            </w:pPr>
            <w:r>
              <w:rPr>
                <w:sz w:val="19"/>
              </w:rPr>
              <w:t>★ Welles Crowther, Stephanie Nielson</w:t>
            </w:r>
          </w:p>
        </w:tc>
      </w:tr>
    </w:tbl>
    <w:p w14:paraId="428C178C" w14:textId="77777777" w:rsidR="002321DE" w:rsidRDefault="00B57BF7">
      <w:pPr>
        <w:pStyle w:val="HLheading1"/>
      </w:pPr>
      <w:bookmarkStart w:id="1" w:name="X6cd4c7b0e54c97d33d4bf62945c497af0169d46"/>
      <w:bookmarkEnd w:id="0"/>
      <w:r>
        <w:lastRenderedPageBreak/>
        <w:t>Latter-day Saint Leaders and Missionaries</w:t>
      </w:r>
    </w:p>
    <w:p w14:paraId="13702DE7" w14:textId="77777777" w:rsidR="002321DE" w:rsidRDefault="00B57BF7">
      <w:pPr>
        <w:pStyle w:val="HLheading3"/>
      </w:pPr>
      <w:bookmarkStart w:id="2" w:name="willard-bean-18681949"/>
      <w:r>
        <w:t>Willard Bean (1868–1949)</w:t>
      </w:r>
    </w:p>
    <w:p w14:paraId="519DBACD" w14:textId="77777777" w:rsidR="002321DE" w:rsidRDefault="00B57BF7">
      <w:pPr>
        <w:pStyle w:val="HLFirstParagraph"/>
      </w:pPr>
      <w:r>
        <w:t>Willard Bean was a champion boxer known as the “Fighting Parson” who was called on a mission to Palmyra, New York, with his wife, Rebecca. For more than 20 years they lived on the Joseph Smith farm, where they faced prejudice with kindness and slowly won the respect of their neighbors. Willard helped the Church acquire important historic sites, including the Hill Cumorah.</w:t>
      </w:r>
    </w:p>
    <w:p w14:paraId="2B143A0B" w14:textId="77777777" w:rsidR="002321DE" w:rsidRDefault="00B57BF7">
      <w:pPr>
        <w:pStyle w:val="HLheading3"/>
      </w:pPr>
      <w:bookmarkStart w:id="3" w:name="ezra-taft-benson-18991994"/>
      <w:bookmarkEnd w:id="1"/>
      <w:r>
        <w:t>Ezra Taft Benson (1899–1994)</w:t>
      </w:r>
    </w:p>
    <w:p w14:paraId="42037D3B" w14:textId="77777777" w:rsidR="002321DE" w:rsidRDefault="00B57BF7">
      <w:pPr>
        <w:pStyle w:val="HLFirstParagraph"/>
      </w:pPr>
      <w:r>
        <w:t>Ezra Taft Benson grew up on a farm in Idaho and became a leading expert in agriculture. He served as U.S. Secretary of Agriculture and later as the 13th President of The Church of Jesus Christ of Latter-day Saints. He urged members to “flood the earth” with the Book of Mormon and taught that pride is the great stumbling block to coming unto Christ.</w:t>
      </w:r>
    </w:p>
    <w:p w14:paraId="1AE813FB" w14:textId="77777777" w:rsidR="002321DE" w:rsidRDefault="00B57BF7">
      <w:pPr>
        <w:pStyle w:val="HLheading3"/>
      </w:pPr>
      <w:bookmarkStart w:id="4" w:name="henry-b.-eyring-born-1933"/>
      <w:bookmarkEnd w:id="2"/>
      <w:r>
        <w:t>Henry B. Eyring (born 1933)</w:t>
      </w:r>
    </w:p>
    <w:p w14:paraId="54534BF7" w14:textId="77777777" w:rsidR="002321DE" w:rsidRDefault="00B57BF7">
      <w:pPr>
        <w:pStyle w:val="HLFirstParagraph"/>
      </w:pPr>
      <w:r>
        <w:t>Henry B. Eyring earned a doctorate from Harvard and taught at Stanford before becoming president of Ricks College (now BYU–Idaho). He was called as an apostle in 1995 and has served in the First Presidency under several prophets. He is known for his gentle, humble teaching and his counsel to look for the hand of God in our lives each day.</w:t>
      </w:r>
    </w:p>
    <w:p w14:paraId="1A961D06" w14:textId="77777777" w:rsidR="002321DE" w:rsidRDefault="00B57BF7">
      <w:pPr>
        <w:pStyle w:val="HLheading3"/>
      </w:pPr>
      <w:bookmarkStart w:id="5" w:name="heber-j.-grant-18561945"/>
      <w:bookmarkEnd w:id="3"/>
      <w:r>
        <w:t>Heber J. Grant (1856–1945)</w:t>
      </w:r>
    </w:p>
    <w:p w14:paraId="0BE41DF0" w14:textId="77777777" w:rsidR="002321DE" w:rsidRDefault="00B57BF7">
      <w:pPr>
        <w:pStyle w:val="HLFirstParagraph"/>
      </w:pPr>
      <w:r>
        <w:t>Heber J. Grant lost his father when he was only nine days old and grew up in poverty with his widowed mother. Through determination and hard work, he became a successful businessman and later the 7th President of the Church. During the Great Depression, he helped create the Church welfare program to care for those in need.</w:t>
      </w:r>
    </w:p>
    <w:p w14:paraId="495D40DA" w14:textId="77777777" w:rsidR="002321DE" w:rsidRDefault="00B57BF7">
      <w:pPr>
        <w:pStyle w:val="HLheading3"/>
      </w:pPr>
      <w:bookmarkStart w:id="6" w:name="gordon-b.-hinckley-19102008"/>
      <w:bookmarkEnd w:id="4"/>
      <w:r>
        <w:t>Gordon B. Hinckley (1910–2008)</w:t>
      </w:r>
    </w:p>
    <w:p w14:paraId="198DBBAC" w14:textId="77777777" w:rsidR="002321DE" w:rsidRDefault="00B57BF7">
      <w:pPr>
        <w:pStyle w:val="HLFirstParagraph"/>
      </w:pPr>
      <w:r>
        <w:t>Gordon B. Hinckley served a mission in England during hard economic times and later helped the Church share the gospel through radio, film, and print. As the 15th President of the Church, he led a great wave of temple building and created the Perpetual Education Fund to bless young members around the world. He was known for his optimism, humor, and faith that “things will work out.”</w:t>
      </w:r>
    </w:p>
    <w:p w14:paraId="6D656C1B" w14:textId="77777777" w:rsidR="002321DE" w:rsidRDefault="00B57BF7">
      <w:pPr>
        <w:pStyle w:val="HLheading3"/>
      </w:pPr>
      <w:bookmarkStart w:id="7" w:name="marjorie-pay-hinckley-19112004"/>
      <w:bookmarkEnd w:id="5"/>
      <w:r>
        <w:t>Marjorie Pay Hinckley (1911–2004)</w:t>
      </w:r>
    </w:p>
    <w:p w14:paraId="66F1319B" w14:textId="77777777" w:rsidR="002321DE" w:rsidRDefault="00B57BF7">
      <w:pPr>
        <w:pStyle w:val="HLFirstParagraph"/>
      </w:pPr>
      <w:r>
        <w:t>Marjorie Pay Hinckley was the wife of President Gordon B. Hinckley and the mother of five children. She traveled the world beside her husband, lifting others with her cheerful spirit, humor, and deep faith. She taught that joy comes from serving others and finding delight in everyday life.</w:t>
      </w:r>
    </w:p>
    <w:p w14:paraId="4E08F36E" w14:textId="77777777" w:rsidR="002321DE" w:rsidRDefault="00B57BF7">
      <w:pPr>
        <w:pStyle w:val="HLheading3"/>
      </w:pPr>
      <w:bookmarkStart w:id="8" w:name="camilla-eyring-kimball-18941987"/>
      <w:bookmarkEnd w:id="6"/>
      <w:r>
        <w:t>Camilla Eyring Kimball (1894–1987)</w:t>
      </w:r>
    </w:p>
    <w:p w14:paraId="486FA0EC" w14:textId="77777777" w:rsidR="002321DE" w:rsidRDefault="00B57BF7">
      <w:pPr>
        <w:pStyle w:val="HLFirstParagraph"/>
      </w:pPr>
      <w:r>
        <w:t>Camilla Eyring Kimball was born in the Mormon colonies of Mexico and fled with her family during the Mexican Revolution. She became a teacher and later married Spencer W. Kimball, supporting him through many trials and his service as President of the Church. She loved learning all her life and encouraged women to gain an education and serve others.</w:t>
      </w:r>
    </w:p>
    <w:p w14:paraId="7D7D4F07" w14:textId="77777777" w:rsidR="002321DE" w:rsidRDefault="00B57BF7">
      <w:pPr>
        <w:pStyle w:val="HLheading3"/>
      </w:pPr>
      <w:bookmarkStart w:id="9" w:name="spencer-w.-kimball-18951985"/>
      <w:bookmarkEnd w:id="7"/>
      <w:r>
        <w:t>Spencer W. Kimball (1895–1985)</w:t>
      </w:r>
    </w:p>
    <w:p w14:paraId="4B4DC2D1" w14:textId="77777777" w:rsidR="002321DE" w:rsidRDefault="00B57BF7">
      <w:pPr>
        <w:pStyle w:val="HLFirstParagraph"/>
      </w:pPr>
      <w:r>
        <w:t>Spencer W. Kimball grew up in Arizona and faced many serious health problems, including throat cancer that left him with a soft, raspy voice. As the 12th President of the Church, he urged members to “lengthen your stride” and greatly expanded missionary work around the world. In 1978 he received the revelation extending the priesthood to all worthy male members.</w:t>
      </w:r>
    </w:p>
    <w:p w14:paraId="0137AEC3" w14:textId="77777777" w:rsidR="002321DE" w:rsidRDefault="00B57BF7">
      <w:pPr>
        <w:pStyle w:val="HLheading3"/>
      </w:pPr>
      <w:bookmarkStart w:id="10" w:name="neal-a.-maxwell-19262004"/>
      <w:bookmarkEnd w:id="8"/>
      <w:r>
        <w:lastRenderedPageBreak/>
        <w:t>Neal A. Maxwell (1926–2004)</w:t>
      </w:r>
    </w:p>
    <w:p w14:paraId="5038125B" w14:textId="77777777" w:rsidR="002321DE" w:rsidRDefault="00B57BF7">
      <w:pPr>
        <w:pStyle w:val="HLFirstParagraph"/>
      </w:pPr>
      <w:r>
        <w:t>Neal A. Maxwell served as a soldier in World War II and later became a university leader and Church commissioner of education. As an apostle, he was known for his thoughtful, carefully worded talks about discipleship and becoming like Christ. During his long battle with leukemia, he taught others how to endure trials with faith and patience.</w:t>
      </w:r>
    </w:p>
    <w:p w14:paraId="12250AA6" w14:textId="77777777" w:rsidR="002321DE" w:rsidRDefault="00B57BF7">
      <w:pPr>
        <w:pStyle w:val="HLheading3"/>
      </w:pPr>
      <w:bookmarkStart w:id="11" w:name="thomas-s.-monson-19272018"/>
      <w:bookmarkEnd w:id="9"/>
      <w:r>
        <w:t>Thomas S. Monson (1927–2018)</w:t>
      </w:r>
    </w:p>
    <w:p w14:paraId="32163C3A" w14:textId="77777777" w:rsidR="002321DE" w:rsidRDefault="00B57BF7">
      <w:pPr>
        <w:pStyle w:val="HLFirstParagraph"/>
      </w:pPr>
      <w:r>
        <w:t>Thomas S. Monson was called as a bishop at age 22 and cared for more than 80 widows in his ward. As the 16th President of the Church, he taught members to follow promptings from the Spirit and to go to the rescue of those in need. He was known for his many visits to the sick, the lonely, and the forgotten.</w:t>
      </w:r>
    </w:p>
    <w:p w14:paraId="1A114035" w14:textId="77777777" w:rsidR="002321DE" w:rsidRDefault="00B57BF7">
      <w:pPr>
        <w:pStyle w:val="HLheading3"/>
      </w:pPr>
      <w:bookmarkStart w:id="12" w:name="russell-m.-nelson-19242025"/>
      <w:bookmarkEnd w:id="10"/>
      <w:r>
        <w:t>Russell M. Nelson (1924–2025)</w:t>
      </w:r>
    </w:p>
    <w:p w14:paraId="22D90181" w14:textId="77777777" w:rsidR="002321DE" w:rsidRDefault="00B57BF7">
      <w:pPr>
        <w:pStyle w:val="HLFirstParagraph"/>
      </w:pPr>
      <w:r>
        <w:t>Russell M. Nelson was a pioneering heart surgeon who helped develop the heart-lung machine used in open-heart surgery. He was called as an apostle in 1984 and became the 17th President of the Church in 2018. He taught members to hear the Savior, let God prevail in their lives, and help gather Israel on both sides of the veil.</w:t>
      </w:r>
    </w:p>
    <w:bookmarkEnd w:id="11"/>
    <w:p w14:paraId="7A1B79F1" w14:textId="77777777" w:rsidR="002321DE" w:rsidRDefault="00B57BF7">
      <w:pPr>
        <w:pStyle w:val="HLheading3"/>
      </w:pPr>
      <w:r>
        <w:t>Dallin H. Oaks (born 1932)</w:t>
      </w:r>
    </w:p>
    <w:p w14:paraId="0B2208B7" w14:textId="77777777" w:rsidR="002321DE" w:rsidRDefault="00B57BF7">
      <w:pPr>
        <w:pStyle w:val="HLFirstParagraph"/>
      </w:pPr>
      <w:r>
        <w:t>Dallin H. Oaks was born in Provo, Utah, and lost his father when he was seven years old. He became a lawyer, a law professor, president of Brigham Young University, and a justice of the Utah Supreme Court before being called as an apostle in 1984. Known as a strong defender of religious freedom, he became the 18th President of the Church in 2025.</w:t>
      </w:r>
    </w:p>
    <w:p w14:paraId="33B51931" w14:textId="77777777" w:rsidR="002321DE" w:rsidRDefault="00B57BF7">
      <w:pPr>
        <w:pStyle w:val="HLheading3"/>
      </w:pPr>
      <w:bookmarkStart w:id="13" w:name="legrand-richards-18861983"/>
      <w:bookmarkEnd w:id="12"/>
      <w:r>
        <w:t>LeGrand Richards (1886–1983)</w:t>
      </w:r>
    </w:p>
    <w:p w14:paraId="459435EE" w14:textId="77777777" w:rsidR="002321DE" w:rsidRDefault="00B57BF7">
      <w:pPr>
        <w:pStyle w:val="HLFirstParagraph"/>
      </w:pPr>
      <w:r>
        <w:t xml:space="preserve">LeGrand Richards served as a missionary, mission president, and Presiding Bishop before becoming an apostle. He wrote </w:t>
      </w:r>
      <w:r>
        <w:rPr>
          <w:i/>
          <w:iCs/>
        </w:rPr>
        <w:t>A Marvelous Work and a Wonder</w:t>
      </w:r>
      <w:r>
        <w:t>, a book that helped missionaries explain the gospel to people around the world. He was known for his enthusiasm, humor, and love of missionary work, which he continued into his 90s.</w:t>
      </w:r>
    </w:p>
    <w:p w14:paraId="61E5D016" w14:textId="77777777" w:rsidR="002321DE" w:rsidRDefault="00B57BF7">
      <w:pPr>
        <w:pStyle w:val="HLheading3"/>
      </w:pPr>
      <w:bookmarkStart w:id="14" w:name="n.-eldon-tanner-18981982"/>
      <w:r>
        <w:t>N. Eldon Tanner (1898–1982)</w:t>
      </w:r>
    </w:p>
    <w:p w14:paraId="486CDA05" w14:textId="77777777" w:rsidR="002321DE" w:rsidRDefault="00B57BF7">
      <w:pPr>
        <w:pStyle w:val="HLFirstParagraph"/>
      </w:pPr>
      <w:r>
        <w:t>N. Eldon Tanner was a teacher, businessman, and government leader in Canada who became known for his honesty. He was called as an apostle in 1962 and served as a counselor in the First Presidency to four Church presidents. He was nicknamed “Mr. Integrity” because people trusted him completely.</w:t>
      </w:r>
    </w:p>
    <w:p w14:paraId="12F4DF97" w14:textId="77777777" w:rsidR="002321DE" w:rsidRDefault="00B57BF7">
      <w:pPr>
        <w:pStyle w:val="HLheading1"/>
      </w:pPr>
      <w:bookmarkStart w:id="15" w:name="christian-leaders-writers-and-artists"/>
      <w:bookmarkEnd w:id="13"/>
      <w:bookmarkEnd w:id="14"/>
      <w:r>
        <w:t>Christian Leaders, Writers, and Artists</w:t>
      </w:r>
    </w:p>
    <w:p w14:paraId="57325B4D" w14:textId="77777777" w:rsidR="002321DE" w:rsidRDefault="00B57BF7">
      <w:pPr>
        <w:pStyle w:val="HLheading3"/>
      </w:pPr>
      <w:bookmarkStart w:id="16" w:name="pope-john-paul-ii-19202005"/>
      <w:r>
        <w:t>★ Pope John Paul II (1920–2005)</w:t>
      </w:r>
    </w:p>
    <w:p w14:paraId="41E582B2" w14:textId="77777777" w:rsidR="002321DE" w:rsidRDefault="00B57BF7">
      <w:pPr>
        <w:pStyle w:val="HLFirstParagraph"/>
      </w:pPr>
      <w:r>
        <w:t xml:space="preserve">Karol </w:t>
      </w:r>
      <w:proofErr w:type="spellStart"/>
      <w:r>
        <w:t>Wojtyła</w:t>
      </w:r>
      <w:proofErr w:type="spellEnd"/>
      <w:r>
        <w:t xml:space="preserve"> grew up in Poland and lived through both Nazi and communist rule before becoming Pope John Paul II in 1978. He encouraged the people of Poland and Eastern Europe to stand for faith and freedom peacefully, helping bring about the fall of communism. After a man tried to kill him in 1981, he visited the man in prison and forgave him.</w:t>
      </w:r>
    </w:p>
    <w:p w14:paraId="1CD3CBD2" w14:textId="77777777" w:rsidR="002321DE" w:rsidRDefault="00B57BF7">
      <w:pPr>
        <w:pStyle w:val="HLheading3"/>
      </w:pPr>
      <w:bookmarkStart w:id="17" w:name="c.-s.-lewis-18981963"/>
      <w:bookmarkEnd w:id="15"/>
      <w:r>
        <w:t>C. S. Lewis (1898–1963)</w:t>
      </w:r>
    </w:p>
    <w:p w14:paraId="043EF303" w14:textId="77777777" w:rsidR="002321DE" w:rsidRDefault="00B57BF7">
      <w:pPr>
        <w:pStyle w:val="HLFirstParagraph"/>
      </w:pPr>
      <w:r>
        <w:t xml:space="preserve">C. S. Lewis was a British professor and writer who fought in World War I and later returned to faith in Jesus Christ as an adult. He wrote </w:t>
      </w:r>
      <w:r>
        <w:rPr>
          <w:i/>
          <w:iCs/>
        </w:rPr>
        <w:t>Mere Christianity</w:t>
      </w:r>
      <w:r>
        <w:t xml:space="preserve">, which explains the Christian faith in simple, powerful terms, and </w:t>
      </w:r>
      <w:r>
        <w:rPr>
          <w:i/>
          <w:iCs/>
        </w:rPr>
        <w:t>The Chronicles of Narnia</w:t>
      </w:r>
      <w:r>
        <w:t>. His books have helped millions of readers understand and love the Savior.</w:t>
      </w:r>
    </w:p>
    <w:p w14:paraId="7DFD64A5" w14:textId="77777777" w:rsidR="002321DE" w:rsidRDefault="00B57BF7">
      <w:pPr>
        <w:pStyle w:val="HLheading3"/>
      </w:pPr>
      <w:bookmarkStart w:id="18" w:name="eric-liddell-19021945"/>
      <w:bookmarkEnd w:id="16"/>
      <w:r>
        <w:lastRenderedPageBreak/>
        <w:t>Eric Liddell (1902–1945)</w:t>
      </w:r>
    </w:p>
    <w:p w14:paraId="7D0B14BC" w14:textId="77777777" w:rsidR="002321DE" w:rsidRDefault="00B57BF7">
      <w:pPr>
        <w:pStyle w:val="HLFirstParagraph"/>
      </w:pPr>
      <w:r>
        <w:t>Eric Liddell was a Scottish runner who refused to race on Sunday at the 1924 Olympics because he wanted to keep the Sabbath day holy. He switched to a different event and won the gold medal in the 400 meters. He then served as a missionary in China and died in a Japanese prison camp during World War II, where he spent his last days caring for others.</w:t>
      </w:r>
    </w:p>
    <w:p w14:paraId="2D2767CF" w14:textId="77777777" w:rsidR="002321DE" w:rsidRDefault="00B57BF7">
      <w:pPr>
        <w:pStyle w:val="HLheading3"/>
      </w:pPr>
      <w:bookmarkStart w:id="19" w:name="minerva-teichert-18881976"/>
      <w:bookmarkEnd w:id="17"/>
      <w:r>
        <w:t>Minerva Teichert (1888–1976)</w:t>
      </w:r>
    </w:p>
    <w:p w14:paraId="5BC63F3F" w14:textId="77777777" w:rsidR="002321DE" w:rsidRDefault="00B57BF7">
      <w:pPr>
        <w:pStyle w:val="HLFirstParagraph"/>
      </w:pPr>
      <w:r>
        <w:t>Minerva Teichert was an artist who studied painting in Chicago and New York before returning to raise her family on a ranch in Wyoming. She painted hundreds of scenes from the scriptures and pioneer history, including many from the Book of Mormon. A teacher once challenged her to paint “the great Mormon story,” and she devoted her life to it. Her artwork still teaches and inspires Church members today.</w:t>
      </w:r>
    </w:p>
    <w:p w14:paraId="5F7545ED" w14:textId="77777777" w:rsidR="002321DE" w:rsidRDefault="00B57BF7">
      <w:pPr>
        <w:pStyle w:val="HLheading3"/>
      </w:pPr>
      <w:bookmarkStart w:id="20" w:name="mother-teresa-19101997"/>
      <w:bookmarkEnd w:id="18"/>
      <w:r>
        <w:t>★ Mother Teresa (1910–1997)</w:t>
      </w:r>
    </w:p>
    <w:p w14:paraId="31088079" w14:textId="77777777" w:rsidR="002321DE" w:rsidRDefault="00B57BF7">
      <w:pPr>
        <w:pStyle w:val="HLFirstParagraph"/>
      </w:pPr>
      <w:r>
        <w:t>Mother Teresa was a Catholic nun who spent most of her life serving the poorest people in Calcutta, India. She founded the Missionaries of Charity, which cared for the sick, the dying, and the homeless in many countries. She received the Nobel Peace Prize in 1979 and taught that we can do “small things with great love.”</w:t>
      </w:r>
    </w:p>
    <w:p w14:paraId="2E356099" w14:textId="77777777" w:rsidR="002321DE" w:rsidRDefault="00B57BF7">
      <w:pPr>
        <w:pStyle w:val="HLheading1"/>
      </w:pPr>
      <w:bookmarkStart w:id="21" w:name="world-war-ii"/>
      <w:bookmarkEnd w:id="19"/>
      <w:bookmarkEnd w:id="20"/>
      <w:r>
        <w:t>World War II</w:t>
      </w:r>
    </w:p>
    <w:p w14:paraId="50C7A1BA" w14:textId="77777777" w:rsidR="002321DE" w:rsidRDefault="00B57BF7">
      <w:pPr>
        <w:pStyle w:val="HLheading2"/>
      </w:pPr>
      <w:bookmarkStart w:id="22" w:name="rescuers-and-victims-of-the-holocaust"/>
      <w:r>
        <w:t>Rescuers and Victims of the Holocaust</w:t>
      </w:r>
    </w:p>
    <w:p w14:paraId="159435BD" w14:textId="77777777" w:rsidR="002321DE" w:rsidRDefault="00B57BF7">
      <w:pPr>
        <w:pStyle w:val="HLheading3"/>
      </w:pPr>
      <w:bookmarkStart w:id="23" w:name="roddie-edmonds-19191985"/>
      <w:r>
        <w:t>★ Roddie Edmonds (1919–1985)</w:t>
      </w:r>
    </w:p>
    <w:p w14:paraId="71DE4CFA" w14:textId="77777777" w:rsidR="002321DE" w:rsidRDefault="00B57BF7">
      <w:pPr>
        <w:pStyle w:val="HLFirstParagraph"/>
      </w:pPr>
      <w:r>
        <w:t>Roddie Edmonds was an American soldier captured by the Germans in 1944. When the prison camp commander ordered the Jewish prisoners to step forward, Edmonds ordered all of his men to step forward together and declared, “We are all Jews here.” His courage saved about 200 Jewish American soldiers, and Israel later honored him as one of the “Righteous Among the Nations.”</w:t>
      </w:r>
    </w:p>
    <w:p w14:paraId="783C114C" w14:textId="77777777" w:rsidR="002321DE" w:rsidRDefault="00B57BF7">
      <w:pPr>
        <w:pStyle w:val="HLheading3"/>
      </w:pPr>
      <w:bookmarkStart w:id="24" w:name="anne-frank-19291945"/>
      <w:bookmarkEnd w:id="21"/>
      <w:r>
        <w:t>★ Anne Frank (1929–1945)</w:t>
      </w:r>
    </w:p>
    <w:p w14:paraId="337081D4" w14:textId="77777777" w:rsidR="002321DE" w:rsidRDefault="00B57BF7">
      <w:pPr>
        <w:pStyle w:val="HLFirstParagraph"/>
      </w:pPr>
      <w:r>
        <w:t>Anne Frank was a Jewish girl who hid with her family in a secret annex in Amsterdam for two years during World War II. She kept a diary that shows her hope, faith, and courage even in terrible circumstances. After her family was discovered, she died in a concentration camp, but her diary has been read by millions and still teaches the world about kindness and hope.</w:t>
      </w:r>
    </w:p>
    <w:p w14:paraId="7E31672C" w14:textId="77777777" w:rsidR="002321DE" w:rsidRDefault="00B57BF7">
      <w:pPr>
        <w:pStyle w:val="HLheading3"/>
      </w:pPr>
      <w:bookmarkStart w:id="25" w:name="oskar-schindler-19081974"/>
      <w:bookmarkEnd w:id="22"/>
      <w:r>
        <w:t>★ Oskar Schindler (1908–1974)</w:t>
      </w:r>
    </w:p>
    <w:p w14:paraId="484FF5ED" w14:textId="77777777" w:rsidR="002321DE" w:rsidRDefault="00B57BF7">
      <w:pPr>
        <w:pStyle w:val="HLFirstParagraph"/>
      </w:pPr>
      <w:r>
        <w:t>Oskar Schindler was a German businessman who owned factories during World War II. Though he began the war seeking to make money, he came to see the suffering of the Jewish people and spent his entire fortune protecting his Jewish workers. He saved about 1,200 Jewish men, women, and children from death.</w:t>
      </w:r>
    </w:p>
    <w:p w14:paraId="3E9A5100" w14:textId="77777777" w:rsidR="002321DE" w:rsidRDefault="00B57BF7">
      <w:pPr>
        <w:pStyle w:val="HLheading3"/>
      </w:pPr>
      <w:bookmarkStart w:id="26" w:name="irena-sendler-19102008"/>
      <w:bookmarkEnd w:id="23"/>
      <w:r>
        <w:t>★ Irena Sendler (1910–2008)</w:t>
      </w:r>
    </w:p>
    <w:p w14:paraId="412246EA" w14:textId="77777777" w:rsidR="002321DE" w:rsidRDefault="00B57BF7">
      <w:pPr>
        <w:pStyle w:val="HLFirstParagraph"/>
      </w:pPr>
      <w:r>
        <w:t>Irena Sendler was a Polish social worker who helped smuggle about 2,500 Jewish children out of the Warsaw Ghetto during World War II. She hid them with families and in convents and wrote their real names on slips of paper that she buried in jars so they could be reunited with their families later. She was arrested and sentenced to death but escaped and continued her work.</w:t>
      </w:r>
    </w:p>
    <w:p w14:paraId="5B0757A6" w14:textId="77777777" w:rsidR="002321DE" w:rsidRDefault="00B57BF7">
      <w:pPr>
        <w:pStyle w:val="HLheading3"/>
      </w:pPr>
      <w:bookmarkStart w:id="27" w:name="corrie-ten-boom-18921983"/>
      <w:bookmarkEnd w:id="24"/>
      <w:r>
        <w:lastRenderedPageBreak/>
        <w:t>★ Corrie ten Boom (1892–1983)</w:t>
      </w:r>
    </w:p>
    <w:p w14:paraId="43BA5093" w14:textId="77777777" w:rsidR="002321DE" w:rsidRDefault="00B57BF7">
      <w:pPr>
        <w:pStyle w:val="HLFirstParagraph"/>
      </w:pPr>
      <w:r>
        <w:t>Corrie ten Boom was a Dutch watchmaker whose family hid Jewish people in a secret room in their home during World War II. The family was arrested, and Corrie and her sister Betsie were sent to a concentration camp, where Betsie died. After the war, Corrie traveled the world teaching about God’s love and forgiveness, even forgiving a former guard from the camp.</w:t>
      </w:r>
    </w:p>
    <w:p w14:paraId="5DB1E600" w14:textId="77777777" w:rsidR="002321DE" w:rsidRDefault="00B57BF7">
      <w:pPr>
        <w:pStyle w:val="HLheading3"/>
      </w:pPr>
      <w:bookmarkStart w:id="28" w:name="raoul-wallenberg-1912c.-1947"/>
      <w:bookmarkEnd w:id="25"/>
      <w:r>
        <w:t>★ Raoul Wallenberg (1912–c. 1947)</w:t>
      </w:r>
    </w:p>
    <w:p w14:paraId="0CD17C99" w14:textId="77777777" w:rsidR="002321DE" w:rsidRDefault="00B57BF7">
      <w:pPr>
        <w:pStyle w:val="HLFirstParagraph"/>
      </w:pPr>
      <w:r>
        <w:t>Raoul Wallenberg was a Swedish diplomat who went to Budapest, Hungary, in 1944 to help rescue Jewish people from the Nazis. He handed out protective passports and set up safe houses, saving tens of thousands of lives. In 1945 he was arrested by Soviet soldiers and never returned; his fate remains a mystery.</w:t>
      </w:r>
    </w:p>
    <w:p w14:paraId="5BA5B0F4" w14:textId="77777777" w:rsidR="002321DE" w:rsidRDefault="00B57BF7">
      <w:pPr>
        <w:pStyle w:val="HLheading2"/>
      </w:pPr>
      <w:bookmarkStart w:id="29" w:name="soldiers-survivors-and-the-home-front"/>
      <w:bookmarkEnd w:id="26"/>
      <w:bookmarkEnd w:id="27"/>
      <w:r>
        <w:t>Soldiers, Survivors, and the Home Front</w:t>
      </w:r>
    </w:p>
    <w:p w14:paraId="7E826365" w14:textId="77777777" w:rsidR="002321DE" w:rsidRDefault="00B57BF7">
      <w:pPr>
        <w:pStyle w:val="HLheading3"/>
      </w:pPr>
      <w:bookmarkStart w:id="30" w:name="kitty-de-ruyter-bons-born-1930s"/>
      <w:r>
        <w:t>Kitty de Ruyter-Bons (born 1930s)</w:t>
      </w:r>
    </w:p>
    <w:p w14:paraId="6B2C02F7" w14:textId="77777777" w:rsidR="002321DE" w:rsidRDefault="00B57BF7">
      <w:pPr>
        <w:pStyle w:val="HLFirstParagraph"/>
      </w:pPr>
      <w:r>
        <w:t>Kitty de Ruyter-Bons was born on the island of Java, in present-day Indonesia. As a young girl during World War II, she and her family spent three and a half years in a Japanese prison camp. Her mother taught her to choose love and hope instead of hatred, and after the war Kitty joined the Church, raised a family, and went on to share her story of faith and forgiveness with audiences around the world.</w:t>
      </w:r>
    </w:p>
    <w:p w14:paraId="127A9F84" w14:textId="77777777" w:rsidR="002321DE" w:rsidRDefault="00B57BF7">
      <w:pPr>
        <w:pStyle w:val="HLheading3"/>
      </w:pPr>
      <w:bookmarkStart w:id="31" w:name="desmond-doss-19192006"/>
      <w:bookmarkEnd w:id="28"/>
      <w:r>
        <w:t>★ Desmond Doss (1919–2006)</w:t>
      </w:r>
    </w:p>
    <w:p w14:paraId="05464015" w14:textId="77777777" w:rsidR="002321DE" w:rsidRDefault="00B57BF7">
      <w:pPr>
        <w:pStyle w:val="HLFirstParagraph"/>
      </w:pPr>
      <w:r>
        <w:t>Desmond Doss was a Seventh-day Adventist who joined the U.S. Army during World War II but refused to carry a weapon because of his faith. As a combat medic on Okinawa in 1945, he rescued about 75 wounded soldiers under enemy fire, lowering them one by one down a steep cliff while praying, “Lord, please help me get one more.” He received the Medal of Honor without ever firing a shot.</w:t>
      </w:r>
    </w:p>
    <w:p w14:paraId="731510C9" w14:textId="77777777" w:rsidR="002321DE" w:rsidRDefault="00B57BF7">
      <w:pPr>
        <w:pStyle w:val="HLheading3"/>
      </w:pPr>
      <w:bookmarkStart w:id="32" w:name="fred-korematsu-19192005"/>
      <w:bookmarkEnd w:id="29"/>
      <w:r>
        <w:t>★ Fred Korematsu (1919–2005)</w:t>
      </w:r>
    </w:p>
    <w:p w14:paraId="0A31E0D7" w14:textId="77777777" w:rsidR="002321DE" w:rsidRDefault="00B57BF7">
      <w:pPr>
        <w:pStyle w:val="HLFirstParagraph"/>
      </w:pPr>
      <w:r>
        <w:t>Fred Korematsu was a Japanese American born in California who refused a government order during World War II to report to a prison camp for Japanese Americans. He was arrested and lost his case before the Supreme Court, but he never stopped believing that the order was wrong. Nearly 40 years later, his conviction was overturned, and he spent the rest of his life speaking out for fairness and equal rights.</w:t>
      </w:r>
    </w:p>
    <w:p w14:paraId="368B4849" w14:textId="77777777" w:rsidR="002321DE" w:rsidRDefault="00B57BF7">
      <w:pPr>
        <w:pStyle w:val="HLheading3"/>
      </w:pPr>
      <w:bookmarkStart w:id="33" w:name="douglas-macarthur-18801964"/>
      <w:bookmarkEnd w:id="30"/>
      <w:r>
        <w:t>Douglas MacArthur (1880–1964)</w:t>
      </w:r>
    </w:p>
    <w:p w14:paraId="1860EA7E" w14:textId="77777777" w:rsidR="002321DE" w:rsidRDefault="00B57BF7">
      <w:pPr>
        <w:pStyle w:val="HLFirstParagraph"/>
      </w:pPr>
      <w:r>
        <w:t>Douglas MacArthur was an American general who led Allied forces in the Pacific during World War II. After the war, he oversaw the rebuilding of Japan, helping the country write a new constitution based on freedom and peace. He called for thousands of Christian missionaries and Bibles to be sent to Japan to help its people rebuild spiritually.</w:t>
      </w:r>
    </w:p>
    <w:p w14:paraId="5910B2AC" w14:textId="77777777" w:rsidR="002321DE" w:rsidRDefault="00B57BF7">
      <w:pPr>
        <w:pStyle w:val="HLheading1"/>
      </w:pPr>
      <w:bookmarkStart w:id="34" w:name="the-cold-war-and-vietnam"/>
      <w:bookmarkEnd w:id="31"/>
      <w:bookmarkEnd w:id="32"/>
      <w:bookmarkEnd w:id="33"/>
      <w:r>
        <w:t>The Cold War and Vietnam</w:t>
      </w:r>
    </w:p>
    <w:p w14:paraId="70A35496" w14:textId="77777777" w:rsidR="002321DE" w:rsidRDefault="00B57BF7">
      <w:pPr>
        <w:pStyle w:val="HLheading3"/>
      </w:pPr>
      <w:bookmarkStart w:id="35" w:name="gail-halvorsen-19202022"/>
      <w:r>
        <w:t>★ Gail Halvorsen (1920–2022)</w:t>
      </w:r>
    </w:p>
    <w:p w14:paraId="44F0F21B" w14:textId="77777777" w:rsidR="002321DE" w:rsidRDefault="00B57BF7">
      <w:pPr>
        <w:pStyle w:val="HLFirstParagraph"/>
      </w:pPr>
      <w:r>
        <w:t>Gail Halvorsen was an American pilot and Latter-day Saint from Utah who flew supplies into Berlin during the Berlin Airlift of 1948–1949. After meeting hungry children at the airport fence, he began dropping candy to them from his plane on tiny handkerchief parachutes. Known as the “Candy Bomber,” he showed how a small act of kindness can bring hope to thousands.</w:t>
      </w:r>
    </w:p>
    <w:p w14:paraId="6A84DA23" w14:textId="77777777" w:rsidR="002321DE" w:rsidRDefault="00B57BF7">
      <w:pPr>
        <w:pStyle w:val="HLheading3"/>
      </w:pPr>
      <w:bookmarkStart w:id="36" w:name="hugh-thompson-jr.-19432006"/>
      <w:bookmarkEnd w:id="34"/>
      <w:r>
        <w:lastRenderedPageBreak/>
        <w:t>★ Hugh Thompson Jr. (1943–2006)</w:t>
      </w:r>
    </w:p>
    <w:p w14:paraId="05B152E0" w14:textId="77777777" w:rsidR="002321DE" w:rsidRDefault="00B57BF7">
      <w:pPr>
        <w:pStyle w:val="HLFirstParagraph"/>
      </w:pPr>
      <w:r>
        <w:t>Hugh Thompson Jr. was an American Army helicopter pilot during the Vietnam War. In 1968, when he saw American soldiers attacking unarmed villagers at My Lai, he landed his helicopter between the soldiers and the villagers and helped rescue women, children, and elderly people. He was later honored with the Soldier’s Medal for his moral courage.</w:t>
      </w:r>
    </w:p>
    <w:p w14:paraId="7EC50CE6" w14:textId="77777777" w:rsidR="002321DE" w:rsidRDefault="00B57BF7">
      <w:pPr>
        <w:pStyle w:val="HLheading3"/>
      </w:pPr>
      <w:bookmarkStart w:id="37" w:name="lech-wałęsa-born-1943"/>
      <w:bookmarkEnd w:id="35"/>
      <w:r>
        <w:t>★ Lech Wałęsa (born 1943)</w:t>
      </w:r>
    </w:p>
    <w:p w14:paraId="688CD63A" w14:textId="77777777" w:rsidR="002321DE" w:rsidRDefault="00B57BF7">
      <w:pPr>
        <w:pStyle w:val="HLFirstParagraph"/>
      </w:pPr>
      <w:r>
        <w:t xml:space="preserve">Lech Wałęsa was an electrician at a shipyard in </w:t>
      </w:r>
      <w:proofErr w:type="spellStart"/>
      <w:r>
        <w:t>Gdańsk</w:t>
      </w:r>
      <w:proofErr w:type="spellEnd"/>
      <w:r>
        <w:t>, Poland, when he led workers in forming Solidarity, the first free labor union in a communist country. A devout Catholic, he led peaceful protests despite being arrested and watched by the government. He received the Nobel Peace Prize in 1983 and later became the first freely elected president of Poland.</w:t>
      </w:r>
    </w:p>
    <w:p w14:paraId="7E0366E1" w14:textId="77777777" w:rsidR="002321DE" w:rsidRDefault="00B57BF7">
      <w:pPr>
        <w:pStyle w:val="HLheading1"/>
      </w:pPr>
      <w:bookmarkStart w:id="38" w:name="the-civil-rights-movement"/>
      <w:bookmarkEnd w:id="36"/>
      <w:bookmarkEnd w:id="37"/>
      <w:r>
        <w:t>The Civil Rights Movement</w:t>
      </w:r>
    </w:p>
    <w:p w14:paraId="638EB096" w14:textId="77777777" w:rsidR="002321DE" w:rsidRDefault="00B57BF7">
      <w:pPr>
        <w:pStyle w:val="HLheading3"/>
      </w:pPr>
      <w:bookmarkStart w:id="39" w:name="ruby-bridges-born-1954"/>
      <w:r>
        <w:t>★ Ruby Bridges (born 1954)</w:t>
      </w:r>
    </w:p>
    <w:p w14:paraId="74194514" w14:textId="77777777" w:rsidR="002321DE" w:rsidRDefault="00B57BF7">
      <w:pPr>
        <w:pStyle w:val="HLFirstParagraph"/>
      </w:pPr>
      <w:r>
        <w:t>In 1960, when she was just six years old, Ruby Bridges became the first Black student at an all-white elementary school in New Orleans. U.S. marshals walked her to school each day past crowds shouting at her. Ruby prayed for the people who were being cruel to her, asking God to forgive them, and she grew up to spend her life promoting kindness and understanding.</w:t>
      </w:r>
    </w:p>
    <w:p w14:paraId="087C0143" w14:textId="77777777" w:rsidR="002321DE" w:rsidRDefault="00B57BF7">
      <w:pPr>
        <w:pStyle w:val="HLheading3"/>
      </w:pPr>
      <w:bookmarkStart w:id="40" w:name="claudette-colvin-19392026"/>
      <w:bookmarkEnd w:id="38"/>
      <w:r>
        <w:t>★ Claudette Colvin (1939–2026)</w:t>
      </w:r>
    </w:p>
    <w:p w14:paraId="18491786" w14:textId="77777777" w:rsidR="002321DE" w:rsidRDefault="00B57BF7">
      <w:pPr>
        <w:pStyle w:val="HLFirstParagraph"/>
      </w:pPr>
      <w:r>
        <w:t>In 1955, when she was 15 years old, Claudette Colvin refused to give up her bus seat to a white passenger in Montgomery, Alabama. She did this nine months before Rosa Parks and was arrested for it. She later became one of the people in the court case that ended bus segregation in Montgomery.</w:t>
      </w:r>
    </w:p>
    <w:p w14:paraId="47181B4A" w14:textId="77777777" w:rsidR="002321DE" w:rsidRDefault="00B57BF7">
      <w:pPr>
        <w:pStyle w:val="HLheading3"/>
      </w:pPr>
      <w:bookmarkStart w:id="41" w:name="fannie-lou-hamer-19171977"/>
      <w:bookmarkEnd w:id="39"/>
      <w:r>
        <w:t>★ Fannie Lou Hamer (1917–1977)</w:t>
      </w:r>
    </w:p>
    <w:p w14:paraId="02DBB4C9" w14:textId="77777777" w:rsidR="002321DE" w:rsidRDefault="00B57BF7">
      <w:pPr>
        <w:pStyle w:val="HLFirstParagraph"/>
      </w:pPr>
      <w:r>
        <w:t>Fannie Lou Hamer was a sharecropper in Mississippi who was fired and later beaten for trying to register to vote. She kept working to help Black citizens gain the right to vote, often singing hymns like “This Little Light of Mine” to give others courage. Her deep Christian faith gave her strength to love and forgive even those who hurt her.</w:t>
      </w:r>
    </w:p>
    <w:p w14:paraId="41B340C3" w14:textId="77777777" w:rsidR="002321DE" w:rsidRDefault="00B57BF7">
      <w:pPr>
        <w:pStyle w:val="HLheading3"/>
      </w:pPr>
      <w:bookmarkStart w:id="42" w:name="martin-luther-king-jr.-19291968"/>
      <w:bookmarkEnd w:id="40"/>
      <w:r>
        <w:t>★ Martin Luther King Jr. (1929–1968)</w:t>
      </w:r>
    </w:p>
    <w:p w14:paraId="14C84619" w14:textId="77777777" w:rsidR="002321DE" w:rsidRDefault="00B57BF7">
      <w:pPr>
        <w:pStyle w:val="HLFirstParagraph"/>
      </w:pPr>
      <w:r>
        <w:t>Martin Luther King Jr. was a Baptist minister who led the civil rights movement in the United States. Following the teachings of Jesus Christ, he taught people to fight injustice with love and nonviolence rather than hatred. His “I Have a Dream” speech in 1963 inspired a nation, and he received the Nobel Peace Prize in 1964.</w:t>
      </w:r>
    </w:p>
    <w:p w14:paraId="6235DB9C" w14:textId="77777777" w:rsidR="002321DE" w:rsidRDefault="00B57BF7">
      <w:pPr>
        <w:pStyle w:val="HLheading3"/>
      </w:pPr>
      <w:bookmarkStart w:id="43" w:name="john-lewis-19402020"/>
      <w:bookmarkEnd w:id="41"/>
      <w:r>
        <w:t>★ John Lewis (1940–2020)</w:t>
      </w:r>
    </w:p>
    <w:p w14:paraId="4736E828" w14:textId="77777777" w:rsidR="002321DE" w:rsidRDefault="00B57BF7">
      <w:pPr>
        <w:pStyle w:val="HLFirstParagraph"/>
      </w:pPr>
      <w:r>
        <w:t>John Lewis grew up on a farm in Alabama, where he practiced preaching to the family’s chickens, and he later studied to become a minister. As a young man, he joined peaceful marches and sit-ins and was badly beaten while marching for voting rights in Selma in 1965. He later served in the U.S. Congress for more than 30 years and encouraged others to get into “good trouble” for what is right.</w:t>
      </w:r>
    </w:p>
    <w:p w14:paraId="2075235F" w14:textId="77777777" w:rsidR="002321DE" w:rsidRDefault="00B57BF7">
      <w:pPr>
        <w:pStyle w:val="HLheading3"/>
      </w:pPr>
      <w:bookmarkStart w:id="44" w:name="the-little-rock-nine-1957"/>
      <w:bookmarkEnd w:id="42"/>
      <w:r>
        <w:t>★ The Little Rock Nine (1957)</w:t>
      </w:r>
    </w:p>
    <w:p w14:paraId="48DAA903" w14:textId="77777777" w:rsidR="002321DE" w:rsidRDefault="00B57BF7">
      <w:pPr>
        <w:pStyle w:val="HLFirstParagraph"/>
      </w:pPr>
      <w:r>
        <w:t xml:space="preserve">The Little Rock Nine were nine Black teenagers who enrolled at the all-white Central High School in Little Rock, Arkansas, in 1957. They faced angry crowds, threats, and cruelty every day, and the President had to </w:t>
      </w:r>
      <w:r>
        <w:lastRenderedPageBreak/>
        <w:t>send soldiers to protect them. Their courage and quiet dignity helped open the doors of education for students across the country.</w:t>
      </w:r>
    </w:p>
    <w:p w14:paraId="0792A618" w14:textId="77777777" w:rsidR="002321DE" w:rsidRDefault="00B57BF7">
      <w:pPr>
        <w:pStyle w:val="HLheading3"/>
      </w:pPr>
      <w:bookmarkStart w:id="45" w:name="thurgood-marshall-19081993"/>
      <w:bookmarkEnd w:id="43"/>
      <w:r>
        <w:t>★ Thurgood Marshall (1908–1993)</w:t>
      </w:r>
    </w:p>
    <w:p w14:paraId="1FFA9D92" w14:textId="77777777" w:rsidR="002321DE" w:rsidRDefault="00B57BF7">
      <w:pPr>
        <w:pStyle w:val="HLFirstParagraph"/>
      </w:pPr>
      <w:r>
        <w:t>Thurgood Marshall was a lawyer who used the law to fight for equal rights. In 1954 he won the famous case Brown v. Board of Education, in which the Supreme Court ruled that separating schools by race was against the Constitution. In 1967 he became the first Black justice of the U.S. Supreme Court.</w:t>
      </w:r>
    </w:p>
    <w:p w14:paraId="6C7B9C04" w14:textId="77777777" w:rsidR="002321DE" w:rsidRDefault="00B57BF7">
      <w:pPr>
        <w:pStyle w:val="HLheading3"/>
      </w:pPr>
      <w:bookmarkStart w:id="46" w:name="rosa-parks-19132005"/>
      <w:bookmarkEnd w:id="44"/>
      <w:r>
        <w:t>★ Rosa Parks (1913–2005)</w:t>
      </w:r>
    </w:p>
    <w:p w14:paraId="5D1D2536" w14:textId="77777777" w:rsidR="002321DE" w:rsidRDefault="00B57BF7">
      <w:pPr>
        <w:pStyle w:val="HLFirstParagraph"/>
      </w:pPr>
      <w:r>
        <w:t>Rosa Parks was a seamstress and faithful church member in Montgomery, Alabama. On December 1, 1955, she refused to give up her bus seat to a white passenger and was arrested, which led to the Montgomery Bus Boycott. She said her faith in God gave her the strength to stand up quietly for what was right.</w:t>
      </w:r>
    </w:p>
    <w:p w14:paraId="422967B4" w14:textId="77777777" w:rsidR="002321DE" w:rsidRDefault="00B57BF7">
      <w:pPr>
        <w:pStyle w:val="HLheading3"/>
      </w:pPr>
      <w:bookmarkStart w:id="47" w:name="jackie-robinson-19191972"/>
      <w:bookmarkEnd w:id="45"/>
      <w:r>
        <w:t>★ Jackie Robinson (1919–1972)</w:t>
      </w:r>
    </w:p>
    <w:p w14:paraId="497C2B1F" w14:textId="77777777" w:rsidR="002321DE" w:rsidRDefault="00B57BF7">
      <w:pPr>
        <w:pStyle w:val="HLFirstParagraph"/>
      </w:pPr>
      <w:r>
        <w:t>Jackie Robinson became the first Black player in modern Major League Baseball when he joined the Brooklyn Dodgers in 1947. Though he faced insults and threats, he kept a promise not to fight back, and he drew strength from his Christian faith. His courage and self-control opened the door for others, and every major league team has retired his number, 42.</w:t>
      </w:r>
    </w:p>
    <w:p w14:paraId="3B8F3016" w14:textId="77777777" w:rsidR="002321DE" w:rsidRDefault="00B57BF7">
      <w:pPr>
        <w:pStyle w:val="HLheading1"/>
      </w:pPr>
      <w:bookmarkStart w:id="48" w:name="education-and-overcoming-adversity"/>
      <w:bookmarkEnd w:id="46"/>
      <w:bookmarkEnd w:id="47"/>
      <w:r>
        <w:t>Education and Overcoming Adversity</w:t>
      </w:r>
    </w:p>
    <w:p w14:paraId="7F347E13" w14:textId="77777777" w:rsidR="002321DE" w:rsidRDefault="00B57BF7">
      <w:pPr>
        <w:pStyle w:val="HLheading3"/>
      </w:pPr>
      <w:bookmarkStart w:id="49" w:name="helen-keller-18801968"/>
      <w:r>
        <w:t>Helen Keller (1880–1968)</w:t>
      </w:r>
    </w:p>
    <w:p w14:paraId="1BD5A70D" w14:textId="77777777" w:rsidR="002321DE" w:rsidRDefault="00B57BF7">
      <w:pPr>
        <w:pStyle w:val="HLFirstParagraph"/>
      </w:pPr>
      <w:r>
        <w:t>Helen Keller lost her sight and hearing as a baby after a serious illness. With the help of her teacher, Annie Sullivan, she learned to read, write, and speak, and she became the first deaf-blind person to earn a college degree. She spent her life writing, speaking, and working to help people with disabilities, and she drew strength from her faith in God.</w:t>
      </w:r>
    </w:p>
    <w:p w14:paraId="6E7652D8" w14:textId="77777777" w:rsidR="002321DE" w:rsidRDefault="00B57BF7">
      <w:pPr>
        <w:pStyle w:val="HLheading3"/>
      </w:pPr>
      <w:bookmarkStart w:id="50" w:name="annie-sullivan-18661936"/>
      <w:bookmarkEnd w:id="48"/>
      <w:r>
        <w:t>Annie Sullivan (1866–1936)</w:t>
      </w:r>
    </w:p>
    <w:p w14:paraId="4C55205B" w14:textId="77777777" w:rsidR="002321DE" w:rsidRDefault="00B57BF7">
      <w:pPr>
        <w:pStyle w:val="HLFirstParagraph"/>
      </w:pPr>
      <w:r>
        <w:t>Annie Sullivan grew up poor and nearly blind, and she spent part of her childhood in a poorhouse after her mother died. After surgeries partly restored her sight, she became the teacher of Helen Keller and taught her to communicate by spelling words into her hand. Her patience and persistence opened the world to Helen and inspired new ways of teaching deaf-blind children.</w:t>
      </w:r>
    </w:p>
    <w:p w14:paraId="78C70E82" w14:textId="77777777" w:rsidR="002321DE" w:rsidRDefault="00B57BF7">
      <w:pPr>
        <w:pStyle w:val="HLheading3"/>
      </w:pPr>
      <w:bookmarkStart w:id="51" w:name="booker-t.-washington-18561915"/>
      <w:bookmarkEnd w:id="49"/>
      <w:r>
        <w:t>Booker T. Washington (1856–1915)</w:t>
      </w:r>
    </w:p>
    <w:p w14:paraId="07848E10" w14:textId="77777777" w:rsidR="002321DE" w:rsidRDefault="00B57BF7">
      <w:pPr>
        <w:pStyle w:val="HLFirstParagraph"/>
      </w:pPr>
      <w:r>
        <w:t xml:space="preserve">Booker T. Washington was born into slavery and worked in salt furnaces and coal mines as a boy while teaching himself to read. He founded Tuskegee Institute in Alabama, where thousands of Black students gained an education and job skills. His autobiography, </w:t>
      </w:r>
      <w:r>
        <w:rPr>
          <w:i/>
          <w:iCs/>
        </w:rPr>
        <w:t>Up From Slavery</w:t>
      </w:r>
      <w:r>
        <w:t>, shows his belief in hard work, education, and faith in God.</w:t>
      </w:r>
    </w:p>
    <w:p w14:paraId="034AA075" w14:textId="77777777" w:rsidR="002321DE" w:rsidRDefault="00B57BF7">
      <w:pPr>
        <w:pStyle w:val="HLheading1"/>
      </w:pPr>
      <w:bookmarkStart w:id="52" w:name="science-and-medicine"/>
      <w:bookmarkEnd w:id="50"/>
      <w:bookmarkEnd w:id="51"/>
      <w:r>
        <w:t>Science and Medicine</w:t>
      </w:r>
    </w:p>
    <w:p w14:paraId="60FA5529" w14:textId="77777777" w:rsidR="002321DE" w:rsidRDefault="00B57BF7">
      <w:pPr>
        <w:pStyle w:val="HLheading3"/>
      </w:pPr>
      <w:bookmarkStart w:id="53" w:name="ben-carson-born-1951"/>
      <w:r>
        <w:t>Ben Carson (born 1951)</w:t>
      </w:r>
    </w:p>
    <w:p w14:paraId="7EA1E99F" w14:textId="77777777" w:rsidR="002321DE" w:rsidRDefault="00B57BF7">
      <w:pPr>
        <w:pStyle w:val="HLFirstParagraph"/>
      </w:pPr>
      <w:r>
        <w:t>Ben Carson grew up in poverty in Detroit, and his mother pushed him to read and learn even though she had little schooling herself. He became a world-famous pediatric neurosurgeon and, in 1987, led the first surgery to successfully separate twins joined at the head. He credits his faith in God and his mother’s belief in him for turning his life around.</w:t>
      </w:r>
    </w:p>
    <w:p w14:paraId="248C86E7" w14:textId="77777777" w:rsidR="002321DE" w:rsidRDefault="00B57BF7">
      <w:pPr>
        <w:pStyle w:val="HLheading3"/>
      </w:pPr>
      <w:bookmarkStart w:id="54" w:name="george-washington-carver-c.-18641943"/>
      <w:bookmarkEnd w:id="52"/>
      <w:r>
        <w:lastRenderedPageBreak/>
        <w:t>George Washington Carver (c. 1864–1943)</w:t>
      </w:r>
    </w:p>
    <w:p w14:paraId="3E20156C" w14:textId="77777777" w:rsidR="002321DE" w:rsidRDefault="00B57BF7">
      <w:pPr>
        <w:pStyle w:val="HLFirstParagraph"/>
      </w:pPr>
      <w:r>
        <w:t>George Washington Carver was born into slavery and worked his way through school to become a respected scientist and teacher at Tuskegee Institute. He developed hundreds of uses for peanuts and sweet potatoes, helping poor farmers in the South improve their soil and their lives. Carver believed his discoveries came from God and spent his life humbly serving others.</w:t>
      </w:r>
    </w:p>
    <w:p w14:paraId="6FE2B157" w14:textId="77777777" w:rsidR="002321DE" w:rsidRDefault="00B57BF7">
      <w:pPr>
        <w:pStyle w:val="HLheading3"/>
      </w:pPr>
      <w:bookmarkStart w:id="55" w:name="frances-oldham-kelsey-19142015"/>
      <w:bookmarkEnd w:id="53"/>
      <w:r>
        <w:t>★ Frances Oldham Kelsey (1914–2015)</w:t>
      </w:r>
    </w:p>
    <w:p w14:paraId="66BA4007" w14:textId="77777777" w:rsidR="002321DE" w:rsidRDefault="00B57BF7">
      <w:pPr>
        <w:pStyle w:val="HLFirstParagraph"/>
      </w:pPr>
      <w:r>
        <w:t>Frances Oldham Kelsey was a doctor and scientist working for the U.S. government who refused to approve a drug called thalidomide in the early 1960s because she wasn’t convinced it was safe. Under heavy pressure from the drug company, she stood firm. Her careful, honest work protected thousands of American babies from serious birth defects that the drug caused in other countries.</w:t>
      </w:r>
    </w:p>
    <w:p w14:paraId="12373C44" w14:textId="77777777" w:rsidR="002321DE" w:rsidRDefault="00B57BF7">
      <w:pPr>
        <w:pStyle w:val="HLheading3"/>
      </w:pPr>
      <w:bookmarkStart w:id="56" w:name="jonas-salk-19141995"/>
      <w:bookmarkEnd w:id="54"/>
      <w:r>
        <w:t>★ Jonas Salk (1914–1995)</w:t>
      </w:r>
    </w:p>
    <w:p w14:paraId="6C0FA982" w14:textId="77777777" w:rsidR="002321DE" w:rsidRDefault="00B57BF7">
      <w:pPr>
        <w:pStyle w:val="HLFirstParagraph"/>
      </w:pPr>
      <w:r>
        <w:t>Jonas Salk was a doctor and scientist who developed the first safe and effective vaccine for polio, a disease that paralyzed and killed many children. When the vaccine was announced in 1955, he chose not to patent it so it could reach as many people as possible. When asked who owned it, he replied, “Could you patent the sun?”</w:t>
      </w:r>
    </w:p>
    <w:p w14:paraId="2FE6D1E5" w14:textId="77777777" w:rsidR="002321DE" w:rsidRDefault="00B57BF7">
      <w:pPr>
        <w:pStyle w:val="HLheading3"/>
      </w:pPr>
      <w:bookmarkStart w:id="57" w:name="nikola-tesla-18561943"/>
      <w:bookmarkEnd w:id="55"/>
      <w:r>
        <w:t>Nikola Tesla (1856–1943)</w:t>
      </w:r>
    </w:p>
    <w:p w14:paraId="450F06CC" w14:textId="77777777" w:rsidR="002321DE" w:rsidRDefault="00B57BF7">
      <w:pPr>
        <w:pStyle w:val="HLFirstParagraph"/>
      </w:pPr>
      <w:r>
        <w:t>Nikola Tesla was the son of a Serbian Orthodox priest who moved to America and became one of history’s greatest inventors. He developed the alternating current (AC) electrical system that powers homes around the world today. Tesla believed that his work should serve and bless all of humanity.</w:t>
      </w:r>
    </w:p>
    <w:p w14:paraId="6C849A52" w14:textId="77777777" w:rsidR="002321DE" w:rsidRDefault="00B57BF7">
      <w:pPr>
        <w:pStyle w:val="HLheading1"/>
      </w:pPr>
      <w:bookmarkStart w:id="58" w:name="modern-day-courage"/>
      <w:bookmarkEnd w:id="56"/>
      <w:bookmarkEnd w:id="57"/>
      <w:r>
        <w:t>Modern-Day Courage</w:t>
      </w:r>
    </w:p>
    <w:p w14:paraId="3621304E" w14:textId="77777777" w:rsidR="002321DE" w:rsidRDefault="00B57BF7">
      <w:pPr>
        <w:pStyle w:val="HLheading3"/>
      </w:pPr>
      <w:bookmarkStart w:id="59" w:name="welles-crowther-19772001"/>
      <w:r>
        <w:t>★ Welles Crowther (1977–2001)</w:t>
      </w:r>
    </w:p>
    <w:p w14:paraId="3246E532" w14:textId="77777777" w:rsidR="002321DE" w:rsidRDefault="00B57BF7">
      <w:pPr>
        <w:pStyle w:val="HLFirstParagraph"/>
      </w:pPr>
      <w:r>
        <w:t>Welles Crowther was a young businessman and volunteer firefighter who worked on the 104th floor of the World Trade Center. On September 11, 2001, wearing a red bandana over his face, he led a group of people to safety and went back again and again to help others. He died when the South Tower collapsed, and survivors later identified him as “the man in the red bandana.”</w:t>
      </w:r>
    </w:p>
    <w:bookmarkEnd w:id="58"/>
    <w:p w14:paraId="64D3863B" w14:textId="77777777" w:rsidR="002321DE" w:rsidRDefault="00B57BF7">
      <w:pPr>
        <w:pStyle w:val="HLheading3"/>
      </w:pPr>
      <w:r>
        <w:t>Stephanie Nielson (born 1981)</w:t>
      </w:r>
    </w:p>
    <w:p w14:paraId="21D161D3" w14:textId="77777777" w:rsidR="002321DE" w:rsidRDefault="00B57BF7">
      <w:pPr>
        <w:pStyle w:val="HLFirstParagraph"/>
      </w:pPr>
      <w:r>
        <w:t xml:space="preserve">Stephanie Nielson is a wife and mother who was severely burned over most of her body in a small plane crash in 2008. Through a long and painful recovery, she relied on her faith in Jesus Christ and the love of her family. She has shared her story in her book </w:t>
      </w:r>
      <w:r>
        <w:rPr>
          <w:i/>
          <w:iCs/>
        </w:rPr>
        <w:t>Heaven Is Here</w:t>
      </w:r>
      <w:r>
        <w:t>, inspiring others to find hope and joy in hard times.</w:t>
      </w:r>
      <w:bookmarkEnd w:id="59"/>
    </w:p>
    <w:p w14:paraId="78A28DB4"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0197DD86" w14:textId="77777777">
        <w:tc>
          <w:tcPr>
            <w:tcW w:w="7632" w:type="dxa"/>
            <w:shd w:val="clear" w:color="auto" w:fill="1F3A5F"/>
            <w:tcMar>
              <w:top w:w="90" w:type="dxa"/>
              <w:left w:w="140" w:type="dxa"/>
              <w:bottom w:w="90" w:type="dxa"/>
              <w:right w:w="140" w:type="dxa"/>
            </w:tcMar>
            <w:vAlign w:val="center"/>
          </w:tcPr>
          <w:p w14:paraId="0F23191F" w14:textId="77777777" w:rsidR="002321DE" w:rsidRDefault="00B57BF7">
            <w:r>
              <w:rPr>
                <w:rFonts w:ascii="Calibri" w:eastAsia="Calibri" w:hAnsi="Calibri" w:cs="Calibri"/>
                <w:b/>
                <w:color w:val="C8D6E5"/>
                <w:sz w:val="18"/>
              </w:rPr>
              <w:t>LAUNCH  ·  STEP 2</w:t>
            </w:r>
          </w:p>
          <w:p w14:paraId="50876EF0" w14:textId="77777777" w:rsidR="002321DE" w:rsidRDefault="00B57BF7">
            <w:r>
              <w:rPr>
                <w:rFonts w:ascii="Calibri" w:eastAsia="Calibri" w:hAnsi="Calibri" w:cs="Calibri"/>
                <w:b/>
                <w:color w:val="FFFFFF"/>
                <w:sz w:val="40"/>
              </w:rPr>
              <w:t>Explore Heroes</w:t>
            </w:r>
          </w:p>
        </w:tc>
        <w:tc>
          <w:tcPr>
            <w:tcW w:w="2448" w:type="dxa"/>
            <w:shd w:val="clear" w:color="auto" w:fill="1F3A5F"/>
            <w:tcMar>
              <w:top w:w="90" w:type="dxa"/>
              <w:left w:w="140" w:type="dxa"/>
              <w:bottom w:w="90" w:type="dxa"/>
              <w:right w:w="140" w:type="dxa"/>
            </w:tcMar>
            <w:vAlign w:val="center"/>
          </w:tcPr>
          <w:p w14:paraId="76B7BB43" w14:textId="77777777" w:rsidR="002321DE" w:rsidRDefault="00B57BF7">
            <w:pPr>
              <w:jc w:val="right"/>
            </w:pPr>
            <w:r>
              <w:rPr>
                <w:rFonts w:ascii="Calibri" w:eastAsia="Calibri" w:hAnsi="Calibri" w:cs="Calibri"/>
                <w:color w:val="C8D6E5"/>
                <w:sz w:val="18"/>
              </w:rPr>
              <w:t>About 20–30 minutes</w:t>
            </w:r>
          </w:p>
        </w:tc>
      </w:tr>
    </w:tbl>
    <w:p w14:paraId="3A1A0B9D" w14:textId="77777777" w:rsidR="002321DE" w:rsidRDefault="002321DE">
      <w:pPr>
        <w:spacing w:line="264" w:lineRule="auto"/>
      </w:pPr>
    </w:p>
    <w:p w14:paraId="143C46C7"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Discover three heroes you might like to study.</w:t>
      </w:r>
    </w:p>
    <w:p w14:paraId="6773FCD5"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2853CEFC" w14:textId="77777777">
        <w:tc>
          <w:tcPr>
            <w:tcW w:w="504" w:type="dxa"/>
            <w:tcMar>
              <w:top w:w="20" w:type="dxa"/>
              <w:left w:w="20" w:type="dxa"/>
              <w:bottom w:w="20" w:type="dxa"/>
              <w:right w:w="20" w:type="dxa"/>
            </w:tcMar>
          </w:tcPr>
          <w:p w14:paraId="67B76E96"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031A7053" w14:textId="77777777" w:rsidR="002321DE" w:rsidRDefault="00B57BF7">
            <w:r>
              <w:rPr>
                <w:rFonts w:eastAsia="Georgia" w:cs="Georgia"/>
                <w:color w:val="222222"/>
                <w:sz w:val="21"/>
              </w:rPr>
              <w:t>Look at the heroes you wrote down in Step 1, and choose the three who interest you most.</w:t>
            </w:r>
          </w:p>
        </w:tc>
      </w:tr>
      <w:tr w:rsidR="0075185D" w14:paraId="4DD03178" w14:textId="77777777">
        <w:tc>
          <w:tcPr>
            <w:tcW w:w="504" w:type="dxa"/>
            <w:tcMar>
              <w:top w:w="20" w:type="dxa"/>
              <w:left w:w="20" w:type="dxa"/>
              <w:bottom w:w="20" w:type="dxa"/>
              <w:right w:w="20" w:type="dxa"/>
            </w:tcMar>
          </w:tcPr>
          <w:p w14:paraId="3238612F"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37F50511" w14:textId="77777777" w:rsidR="002321DE" w:rsidRDefault="00B57BF7">
            <w:r>
              <w:rPr>
                <w:rFonts w:eastAsia="Georgia" w:cs="Georgia"/>
                <w:color w:val="222222"/>
                <w:sz w:val="21"/>
              </w:rPr>
              <w:t>Spend a few minutes learning more about each one from a trustworthy source.</w:t>
            </w:r>
          </w:p>
        </w:tc>
      </w:tr>
      <w:tr w:rsidR="0075185D" w14:paraId="1A763FAD" w14:textId="77777777">
        <w:tc>
          <w:tcPr>
            <w:tcW w:w="504" w:type="dxa"/>
            <w:tcMar>
              <w:top w:w="20" w:type="dxa"/>
              <w:left w:w="20" w:type="dxa"/>
              <w:bottom w:w="20" w:type="dxa"/>
              <w:right w:w="20" w:type="dxa"/>
            </w:tcMar>
          </w:tcPr>
          <w:p w14:paraId="4706AFB2" w14:textId="77777777" w:rsidR="002321DE" w:rsidRDefault="00B57BF7">
            <w:r>
              <w:rPr>
                <w:rFonts w:ascii="Calibri" w:eastAsia="Calibri" w:hAnsi="Calibri" w:cs="Calibri"/>
                <w:b/>
                <w:color w:val="1F3A5F"/>
                <w:sz w:val="21"/>
              </w:rPr>
              <w:t>3.</w:t>
            </w:r>
          </w:p>
        </w:tc>
        <w:tc>
          <w:tcPr>
            <w:tcW w:w="9576" w:type="dxa"/>
            <w:tcMar>
              <w:top w:w="20" w:type="dxa"/>
              <w:left w:w="40" w:type="dxa"/>
              <w:bottom w:w="20" w:type="dxa"/>
              <w:right w:w="40" w:type="dxa"/>
            </w:tcMar>
          </w:tcPr>
          <w:p w14:paraId="668F171A" w14:textId="77777777" w:rsidR="002321DE" w:rsidRDefault="00B57BF7">
            <w:r>
              <w:rPr>
                <w:rFonts w:eastAsia="Georgia" w:cs="Georgia"/>
                <w:color w:val="222222"/>
                <w:sz w:val="21"/>
              </w:rPr>
              <w:t>Fill in one card for each hero. Keep this page. You will use it in Step 3 to make your final choice.</w:t>
            </w:r>
          </w:p>
        </w:tc>
      </w:tr>
    </w:tbl>
    <w:p w14:paraId="457593A8" w14:textId="77777777" w:rsidR="002321DE" w:rsidRDefault="002321DE">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75185D" w14:paraId="22F01C35" w14:textId="77777777">
        <w:tc>
          <w:tcPr>
            <w:tcW w:w="10080" w:type="dxa"/>
            <w:shd w:val="clear" w:color="auto" w:fill="FBF6EC"/>
            <w:tcMar>
              <w:top w:w="70" w:type="dxa"/>
              <w:left w:w="140" w:type="dxa"/>
              <w:bottom w:w="70" w:type="dxa"/>
              <w:right w:w="140" w:type="dxa"/>
            </w:tcMar>
          </w:tcPr>
          <w:p w14:paraId="4AAE7CA1" w14:textId="77777777" w:rsidR="002321DE" w:rsidRDefault="00B57BF7">
            <w:r>
              <w:rPr>
                <w:rFonts w:ascii="Calibri" w:eastAsia="Calibri" w:hAnsi="Calibri" w:cs="Calibri"/>
                <w:b/>
                <w:color w:val="7A551C"/>
                <w:sz w:val="20"/>
              </w:rPr>
              <w:t xml:space="preserve">NOTE: </w:t>
            </w:r>
            <w:r>
              <w:rPr>
                <w:rFonts w:ascii="Calibri" w:eastAsia="Calibri" w:hAnsi="Calibri" w:cs="Calibri"/>
                <w:color w:val="3A2E1A"/>
                <w:sz w:val="20"/>
              </w:rPr>
              <w:t>Want to study someone not on the list—another hero from this time period or one of your ancestors, such as a grandparent, great-grandparent, or great-great-grandparent? Share your suggested hero with your Coach to approve.</w:t>
            </w:r>
          </w:p>
        </w:tc>
      </w:tr>
    </w:tbl>
    <w:p w14:paraId="7076F06C" w14:textId="77777777" w:rsidR="002321DE" w:rsidRDefault="002321DE">
      <w:pPr>
        <w:spacing w:after="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088"/>
        <w:gridCol w:w="2952"/>
        <w:gridCol w:w="2088"/>
        <w:gridCol w:w="2952"/>
      </w:tblGrid>
      <w:tr w:rsidR="0075185D" w14:paraId="1CCDCCE5" w14:textId="77777777">
        <w:trPr>
          <w:trHeight w:val="490"/>
        </w:trPr>
        <w:tc>
          <w:tcPr>
            <w:tcW w:w="2088" w:type="dxa"/>
            <w:shd w:val="clear" w:color="auto" w:fill="E8EEF5"/>
            <w:tcMar>
              <w:top w:w="50" w:type="dxa"/>
              <w:left w:w="100" w:type="dxa"/>
              <w:bottom w:w="50" w:type="dxa"/>
              <w:right w:w="80" w:type="dxa"/>
            </w:tcMar>
            <w:vAlign w:val="center"/>
          </w:tcPr>
          <w:p w14:paraId="1DF250E7" w14:textId="77777777" w:rsidR="002321DE" w:rsidRDefault="00B57BF7">
            <w:r>
              <w:rPr>
                <w:rFonts w:ascii="Calibri" w:eastAsia="Calibri" w:hAnsi="Calibri" w:cs="Calibri"/>
                <w:b/>
                <w:color w:val="1F3A5F"/>
                <w:sz w:val="23"/>
              </w:rPr>
              <w:t>Hero Option 1:</w:t>
            </w:r>
          </w:p>
        </w:tc>
        <w:tc>
          <w:tcPr>
            <w:tcW w:w="7992" w:type="dxa"/>
            <w:gridSpan w:val="3"/>
            <w:tcMar>
              <w:top w:w="50" w:type="dxa"/>
              <w:left w:w="100" w:type="dxa"/>
              <w:bottom w:w="50" w:type="dxa"/>
              <w:right w:w="100" w:type="dxa"/>
            </w:tcMar>
          </w:tcPr>
          <w:p w14:paraId="74167685" w14:textId="77777777" w:rsidR="002321DE" w:rsidRDefault="002321DE"/>
        </w:tc>
      </w:tr>
      <w:tr w:rsidR="0075185D" w14:paraId="5B7946AA" w14:textId="77777777">
        <w:trPr>
          <w:trHeight w:val="518"/>
        </w:trPr>
        <w:tc>
          <w:tcPr>
            <w:tcW w:w="2088" w:type="dxa"/>
            <w:shd w:val="clear" w:color="auto" w:fill="F4F7FA"/>
            <w:tcMar>
              <w:top w:w="50" w:type="dxa"/>
              <w:left w:w="100" w:type="dxa"/>
              <w:bottom w:w="50" w:type="dxa"/>
              <w:right w:w="80" w:type="dxa"/>
            </w:tcMar>
          </w:tcPr>
          <w:p w14:paraId="1E3A3B58" w14:textId="77777777" w:rsidR="002321DE" w:rsidRDefault="00B57BF7">
            <w:r>
              <w:rPr>
                <w:rFonts w:ascii="Calibri" w:eastAsia="Calibri" w:hAnsi="Calibri" w:cs="Calibri"/>
                <w:b/>
                <w:color w:val="1F3A5F"/>
                <w:sz w:val="20"/>
              </w:rPr>
              <w:t>Category:</w:t>
            </w:r>
          </w:p>
        </w:tc>
        <w:tc>
          <w:tcPr>
            <w:tcW w:w="2952" w:type="dxa"/>
            <w:tcMar>
              <w:top w:w="50" w:type="dxa"/>
              <w:left w:w="100" w:type="dxa"/>
              <w:bottom w:w="50" w:type="dxa"/>
              <w:right w:w="100" w:type="dxa"/>
            </w:tcMar>
          </w:tcPr>
          <w:p w14:paraId="3B0363C1" w14:textId="77777777" w:rsidR="002321DE" w:rsidRDefault="002321DE"/>
        </w:tc>
        <w:tc>
          <w:tcPr>
            <w:tcW w:w="2088" w:type="dxa"/>
            <w:shd w:val="clear" w:color="auto" w:fill="F4F7FA"/>
            <w:tcMar>
              <w:top w:w="50" w:type="dxa"/>
              <w:left w:w="100" w:type="dxa"/>
              <w:bottom w:w="50" w:type="dxa"/>
              <w:right w:w="80" w:type="dxa"/>
            </w:tcMar>
          </w:tcPr>
          <w:p w14:paraId="0C16B337" w14:textId="77777777" w:rsidR="002321DE" w:rsidRDefault="00B57BF7">
            <w:r>
              <w:rPr>
                <w:rFonts w:ascii="Calibri" w:eastAsia="Calibri" w:hAnsi="Calibri" w:cs="Calibri"/>
                <w:b/>
                <w:color w:val="1F3A5F"/>
                <w:sz w:val="20"/>
              </w:rPr>
              <w:t>Lived:</w:t>
            </w:r>
          </w:p>
        </w:tc>
        <w:tc>
          <w:tcPr>
            <w:tcW w:w="2952" w:type="dxa"/>
            <w:tcMar>
              <w:top w:w="50" w:type="dxa"/>
              <w:left w:w="100" w:type="dxa"/>
              <w:bottom w:w="50" w:type="dxa"/>
              <w:right w:w="100" w:type="dxa"/>
            </w:tcMar>
          </w:tcPr>
          <w:p w14:paraId="5DE5FF20" w14:textId="77777777" w:rsidR="002321DE" w:rsidRDefault="002321DE"/>
        </w:tc>
      </w:tr>
      <w:tr w:rsidR="0075185D" w14:paraId="5F16190E" w14:textId="77777777">
        <w:trPr>
          <w:trHeight w:val="662"/>
        </w:trPr>
        <w:tc>
          <w:tcPr>
            <w:tcW w:w="2088" w:type="dxa"/>
            <w:shd w:val="clear" w:color="auto" w:fill="F4F7FA"/>
            <w:tcMar>
              <w:top w:w="50" w:type="dxa"/>
              <w:left w:w="100" w:type="dxa"/>
              <w:bottom w:w="50" w:type="dxa"/>
              <w:right w:w="80" w:type="dxa"/>
            </w:tcMar>
          </w:tcPr>
          <w:p w14:paraId="5698D201" w14:textId="77777777" w:rsidR="002321DE" w:rsidRDefault="00B57BF7">
            <w:r>
              <w:rPr>
                <w:rFonts w:ascii="Calibri" w:eastAsia="Calibri" w:hAnsi="Calibri" w:cs="Calibri"/>
                <w:b/>
                <w:color w:val="1F3A5F"/>
                <w:sz w:val="20"/>
              </w:rPr>
              <w:t>Something I learned:</w:t>
            </w:r>
          </w:p>
        </w:tc>
        <w:tc>
          <w:tcPr>
            <w:tcW w:w="7992" w:type="dxa"/>
            <w:gridSpan w:val="3"/>
            <w:tcMar>
              <w:top w:w="50" w:type="dxa"/>
              <w:left w:w="100" w:type="dxa"/>
              <w:bottom w:w="50" w:type="dxa"/>
              <w:right w:w="100" w:type="dxa"/>
            </w:tcMar>
          </w:tcPr>
          <w:p w14:paraId="3FBD5FEF" w14:textId="77777777" w:rsidR="002321DE" w:rsidRDefault="002321DE"/>
        </w:tc>
      </w:tr>
      <w:tr w:rsidR="0075185D" w14:paraId="156CC82A" w14:textId="77777777">
        <w:trPr>
          <w:trHeight w:val="662"/>
        </w:trPr>
        <w:tc>
          <w:tcPr>
            <w:tcW w:w="2088" w:type="dxa"/>
            <w:shd w:val="clear" w:color="auto" w:fill="F4F7FA"/>
            <w:tcMar>
              <w:top w:w="50" w:type="dxa"/>
              <w:left w:w="100" w:type="dxa"/>
              <w:bottom w:w="50" w:type="dxa"/>
              <w:right w:w="80" w:type="dxa"/>
            </w:tcMar>
          </w:tcPr>
          <w:p w14:paraId="6DCC27FE" w14:textId="77777777" w:rsidR="002321DE" w:rsidRDefault="00B57BF7">
            <w:r>
              <w:rPr>
                <w:rFonts w:ascii="Calibri" w:eastAsia="Calibri" w:hAnsi="Calibri" w:cs="Calibri"/>
                <w:b/>
                <w:color w:val="1F3A5F"/>
                <w:sz w:val="20"/>
              </w:rPr>
              <w:t>Why this hero interests me:</w:t>
            </w:r>
          </w:p>
        </w:tc>
        <w:tc>
          <w:tcPr>
            <w:tcW w:w="7992" w:type="dxa"/>
            <w:gridSpan w:val="3"/>
            <w:tcMar>
              <w:top w:w="50" w:type="dxa"/>
              <w:left w:w="100" w:type="dxa"/>
              <w:bottom w:w="50" w:type="dxa"/>
              <w:right w:w="100" w:type="dxa"/>
            </w:tcMar>
          </w:tcPr>
          <w:p w14:paraId="4C27296B" w14:textId="77777777" w:rsidR="002321DE" w:rsidRDefault="002321DE"/>
        </w:tc>
      </w:tr>
    </w:tbl>
    <w:p w14:paraId="0947A204" w14:textId="77777777" w:rsidR="002321DE" w:rsidRDefault="002321DE">
      <w:pPr>
        <w:spacing w:after="8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088"/>
        <w:gridCol w:w="2952"/>
        <w:gridCol w:w="2088"/>
        <w:gridCol w:w="2952"/>
      </w:tblGrid>
      <w:tr w:rsidR="0075185D" w14:paraId="6C02A07F" w14:textId="77777777">
        <w:trPr>
          <w:trHeight w:val="490"/>
        </w:trPr>
        <w:tc>
          <w:tcPr>
            <w:tcW w:w="2088" w:type="dxa"/>
            <w:shd w:val="clear" w:color="auto" w:fill="E8EEF5"/>
            <w:tcMar>
              <w:top w:w="50" w:type="dxa"/>
              <w:left w:w="100" w:type="dxa"/>
              <w:bottom w:w="50" w:type="dxa"/>
              <w:right w:w="80" w:type="dxa"/>
            </w:tcMar>
            <w:vAlign w:val="center"/>
          </w:tcPr>
          <w:p w14:paraId="1C1F341E" w14:textId="77777777" w:rsidR="002321DE" w:rsidRDefault="00B57BF7">
            <w:r>
              <w:rPr>
                <w:rFonts w:ascii="Calibri" w:eastAsia="Calibri" w:hAnsi="Calibri" w:cs="Calibri"/>
                <w:b/>
                <w:color w:val="1F3A5F"/>
                <w:sz w:val="23"/>
              </w:rPr>
              <w:t>Hero Option 2:</w:t>
            </w:r>
          </w:p>
        </w:tc>
        <w:tc>
          <w:tcPr>
            <w:tcW w:w="7992" w:type="dxa"/>
            <w:gridSpan w:val="3"/>
            <w:tcMar>
              <w:top w:w="50" w:type="dxa"/>
              <w:left w:w="100" w:type="dxa"/>
              <w:bottom w:w="50" w:type="dxa"/>
              <w:right w:w="100" w:type="dxa"/>
            </w:tcMar>
          </w:tcPr>
          <w:p w14:paraId="741F335E" w14:textId="77777777" w:rsidR="002321DE" w:rsidRDefault="002321DE"/>
        </w:tc>
      </w:tr>
      <w:tr w:rsidR="0075185D" w14:paraId="7F35DAF7" w14:textId="77777777">
        <w:trPr>
          <w:trHeight w:val="518"/>
        </w:trPr>
        <w:tc>
          <w:tcPr>
            <w:tcW w:w="2088" w:type="dxa"/>
            <w:shd w:val="clear" w:color="auto" w:fill="F4F7FA"/>
            <w:tcMar>
              <w:top w:w="50" w:type="dxa"/>
              <w:left w:w="100" w:type="dxa"/>
              <w:bottom w:w="50" w:type="dxa"/>
              <w:right w:w="80" w:type="dxa"/>
            </w:tcMar>
          </w:tcPr>
          <w:p w14:paraId="3BD41203" w14:textId="77777777" w:rsidR="002321DE" w:rsidRDefault="00B57BF7">
            <w:r>
              <w:rPr>
                <w:rFonts w:ascii="Calibri" w:eastAsia="Calibri" w:hAnsi="Calibri" w:cs="Calibri"/>
                <w:b/>
                <w:color w:val="1F3A5F"/>
                <w:sz w:val="20"/>
              </w:rPr>
              <w:t>Category:</w:t>
            </w:r>
          </w:p>
        </w:tc>
        <w:tc>
          <w:tcPr>
            <w:tcW w:w="2952" w:type="dxa"/>
            <w:tcMar>
              <w:top w:w="50" w:type="dxa"/>
              <w:left w:w="100" w:type="dxa"/>
              <w:bottom w:w="50" w:type="dxa"/>
              <w:right w:w="100" w:type="dxa"/>
            </w:tcMar>
          </w:tcPr>
          <w:p w14:paraId="51C3C9E4" w14:textId="77777777" w:rsidR="002321DE" w:rsidRDefault="002321DE"/>
        </w:tc>
        <w:tc>
          <w:tcPr>
            <w:tcW w:w="2088" w:type="dxa"/>
            <w:shd w:val="clear" w:color="auto" w:fill="F4F7FA"/>
            <w:tcMar>
              <w:top w:w="50" w:type="dxa"/>
              <w:left w:w="100" w:type="dxa"/>
              <w:bottom w:w="50" w:type="dxa"/>
              <w:right w:w="80" w:type="dxa"/>
            </w:tcMar>
          </w:tcPr>
          <w:p w14:paraId="5F2510A2" w14:textId="77777777" w:rsidR="002321DE" w:rsidRDefault="00B57BF7">
            <w:r>
              <w:rPr>
                <w:rFonts w:ascii="Calibri" w:eastAsia="Calibri" w:hAnsi="Calibri" w:cs="Calibri"/>
                <w:b/>
                <w:color w:val="1F3A5F"/>
                <w:sz w:val="20"/>
              </w:rPr>
              <w:t>Lived:</w:t>
            </w:r>
          </w:p>
        </w:tc>
        <w:tc>
          <w:tcPr>
            <w:tcW w:w="2952" w:type="dxa"/>
            <w:tcMar>
              <w:top w:w="50" w:type="dxa"/>
              <w:left w:w="100" w:type="dxa"/>
              <w:bottom w:w="50" w:type="dxa"/>
              <w:right w:w="100" w:type="dxa"/>
            </w:tcMar>
          </w:tcPr>
          <w:p w14:paraId="2BFC0AC4" w14:textId="77777777" w:rsidR="002321DE" w:rsidRDefault="002321DE"/>
        </w:tc>
      </w:tr>
      <w:tr w:rsidR="0075185D" w14:paraId="7022AA7B" w14:textId="77777777">
        <w:trPr>
          <w:trHeight w:val="662"/>
        </w:trPr>
        <w:tc>
          <w:tcPr>
            <w:tcW w:w="2088" w:type="dxa"/>
            <w:shd w:val="clear" w:color="auto" w:fill="F4F7FA"/>
            <w:tcMar>
              <w:top w:w="50" w:type="dxa"/>
              <w:left w:w="100" w:type="dxa"/>
              <w:bottom w:w="50" w:type="dxa"/>
              <w:right w:w="80" w:type="dxa"/>
            </w:tcMar>
          </w:tcPr>
          <w:p w14:paraId="501E26CC" w14:textId="77777777" w:rsidR="002321DE" w:rsidRDefault="00B57BF7">
            <w:r>
              <w:rPr>
                <w:rFonts w:ascii="Calibri" w:eastAsia="Calibri" w:hAnsi="Calibri" w:cs="Calibri"/>
                <w:b/>
                <w:color w:val="1F3A5F"/>
                <w:sz w:val="20"/>
              </w:rPr>
              <w:t>Something I learned:</w:t>
            </w:r>
          </w:p>
        </w:tc>
        <w:tc>
          <w:tcPr>
            <w:tcW w:w="7992" w:type="dxa"/>
            <w:gridSpan w:val="3"/>
            <w:tcMar>
              <w:top w:w="50" w:type="dxa"/>
              <w:left w:w="100" w:type="dxa"/>
              <w:bottom w:w="50" w:type="dxa"/>
              <w:right w:w="100" w:type="dxa"/>
            </w:tcMar>
          </w:tcPr>
          <w:p w14:paraId="2FC33DB2" w14:textId="77777777" w:rsidR="002321DE" w:rsidRDefault="002321DE"/>
        </w:tc>
      </w:tr>
      <w:tr w:rsidR="0075185D" w14:paraId="7654537A" w14:textId="77777777">
        <w:trPr>
          <w:trHeight w:val="662"/>
        </w:trPr>
        <w:tc>
          <w:tcPr>
            <w:tcW w:w="2088" w:type="dxa"/>
            <w:shd w:val="clear" w:color="auto" w:fill="F4F7FA"/>
            <w:tcMar>
              <w:top w:w="50" w:type="dxa"/>
              <w:left w:w="100" w:type="dxa"/>
              <w:bottom w:w="50" w:type="dxa"/>
              <w:right w:w="80" w:type="dxa"/>
            </w:tcMar>
          </w:tcPr>
          <w:p w14:paraId="7CF32232" w14:textId="77777777" w:rsidR="002321DE" w:rsidRDefault="00B57BF7">
            <w:r>
              <w:rPr>
                <w:rFonts w:ascii="Calibri" w:eastAsia="Calibri" w:hAnsi="Calibri" w:cs="Calibri"/>
                <w:b/>
                <w:color w:val="1F3A5F"/>
                <w:sz w:val="20"/>
              </w:rPr>
              <w:t>Why this hero interests me:</w:t>
            </w:r>
          </w:p>
        </w:tc>
        <w:tc>
          <w:tcPr>
            <w:tcW w:w="7992" w:type="dxa"/>
            <w:gridSpan w:val="3"/>
            <w:tcMar>
              <w:top w:w="50" w:type="dxa"/>
              <w:left w:w="100" w:type="dxa"/>
              <w:bottom w:w="50" w:type="dxa"/>
              <w:right w:w="100" w:type="dxa"/>
            </w:tcMar>
          </w:tcPr>
          <w:p w14:paraId="1673DF90" w14:textId="77777777" w:rsidR="002321DE" w:rsidRDefault="002321DE"/>
        </w:tc>
      </w:tr>
    </w:tbl>
    <w:p w14:paraId="1C136A0E" w14:textId="77777777" w:rsidR="002321DE" w:rsidRDefault="002321DE">
      <w:pPr>
        <w:spacing w:after="8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088"/>
        <w:gridCol w:w="2952"/>
        <w:gridCol w:w="2088"/>
        <w:gridCol w:w="2952"/>
      </w:tblGrid>
      <w:tr w:rsidR="0075185D" w14:paraId="545E3A6A" w14:textId="77777777">
        <w:trPr>
          <w:trHeight w:val="490"/>
        </w:trPr>
        <w:tc>
          <w:tcPr>
            <w:tcW w:w="2088" w:type="dxa"/>
            <w:shd w:val="clear" w:color="auto" w:fill="E8EEF5"/>
            <w:tcMar>
              <w:top w:w="50" w:type="dxa"/>
              <w:left w:w="100" w:type="dxa"/>
              <w:bottom w:w="50" w:type="dxa"/>
              <w:right w:w="80" w:type="dxa"/>
            </w:tcMar>
            <w:vAlign w:val="center"/>
          </w:tcPr>
          <w:p w14:paraId="2FD862CB" w14:textId="77777777" w:rsidR="002321DE" w:rsidRDefault="00B57BF7">
            <w:r>
              <w:rPr>
                <w:rFonts w:ascii="Calibri" w:eastAsia="Calibri" w:hAnsi="Calibri" w:cs="Calibri"/>
                <w:b/>
                <w:color w:val="1F3A5F"/>
                <w:sz w:val="23"/>
              </w:rPr>
              <w:t>Hero Option 3:</w:t>
            </w:r>
          </w:p>
        </w:tc>
        <w:tc>
          <w:tcPr>
            <w:tcW w:w="7992" w:type="dxa"/>
            <w:gridSpan w:val="3"/>
            <w:tcMar>
              <w:top w:w="50" w:type="dxa"/>
              <w:left w:w="100" w:type="dxa"/>
              <w:bottom w:w="50" w:type="dxa"/>
              <w:right w:w="100" w:type="dxa"/>
            </w:tcMar>
          </w:tcPr>
          <w:p w14:paraId="1B52D912" w14:textId="77777777" w:rsidR="002321DE" w:rsidRDefault="002321DE"/>
        </w:tc>
      </w:tr>
      <w:tr w:rsidR="0075185D" w14:paraId="09757076" w14:textId="77777777">
        <w:trPr>
          <w:trHeight w:val="518"/>
        </w:trPr>
        <w:tc>
          <w:tcPr>
            <w:tcW w:w="2088" w:type="dxa"/>
            <w:shd w:val="clear" w:color="auto" w:fill="F4F7FA"/>
            <w:tcMar>
              <w:top w:w="50" w:type="dxa"/>
              <w:left w:w="100" w:type="dxa"/>
              <w:bottom w:w="50" w:type="dxa"/>
              <w:right w:w="80" w:type="dxa"/>
            </w:tcMar>
          </w:tcPr>
          <w:p w14:paraId="3DF3DB29" w14:textId="77777777" w:rsidR="002321DE" w:rsidRDefault="00B57BF7">
            <w:r>
              <w:rPr>
                <w:rFonts w:ascii="Calibri" w:eastAsia="Calibri" w:hAnsi="Calibri" w:cs="Calibri"/>
                <w:b/>
                <w:color w:val="1F3A5F"/>
                <w:sz w:val="20"/>
              </w:rPr>
              <w:t>Category:</w:t>
            </w:r>
          </w:p>
        </w:tc>
        <w:tc>
          <w:tcPr>
            <w:tcW w:w="2952" w:type="dxa"/>
            <w:tcMar>
              <w:top w:w="50" w:type="dxa"/>
              <w:left w:w="100" w:type="dxa"/>
              <w:bottom w:w="50" w:type="dxa"/>
              <w:right w:w="100" w:type="dxa"/>
            </w:tcMar>
          </w:tcPr>
          <w:p w14:paraId="4F2B87E3" w14:textId="77777777" w:rsidR="002321DE" w:rsidRDefault="002321DE"/>
        </w:tc>
        <w:tc>
          <w:tcPr>
            <w:tcW w:w="2088" w:type="dxa"/>
            <w:shd w:val="clear" w:color="auto" w:fill="F4F7FA"/>
            <w:tcMar>
              <w:top w:w="50" w:type="dxa"/>
              <w:left w:w="100" w:type="dxa"/>
              <w:bottom w:w="50" w:type="dxa"/>
              <w:right w:w="80" w:type="dxa"/>
            </w:tcMar>
          </w:tcPr>
          <w:p w14:paraId="5409010E" w14:textId="77777777" w:rsidR="002321DE" w:rsidRDefault="00B57BF7">
            <w:r>
              <w:rPr>
                <w:rFonts w:ascii="Calibri" w:eastAsia="Calibri" w:hAnsi="Calibri" w:cs="Calibri"/>
                <w:b/>
                <w:color w:val="1F3A5F"/>
                <w:sz w:val="20"/>
              </w:rPr>
              <w:t>Lived:</w:t>
            </w:r>
          </w:p>
        </w:tc>
        <w:tc>
          <w:tcPr>
            <w:tcW w:w="2952" w:type="dxa"/>
            <w:tcMar>
              <w:top w:w="50" w:type="dxa"/>
              <w:left w:w="100" w:type="dxa"/>
              <w:bottom w:w="50" w:type="dxa"/>
              <w:right w:w="100" w:type="dxa"/>
            </w:tcMar>
          </w:tcPr>
          <w:p w14:paraId="787A5E02" w14:textId="77777777" w:rsidR="002321DE" w:rsidRDefault="002321DE"/>
        </w:tc>
      </w:tr>
      <w:tr w:rsidR="0075185D" w14:paraId="3C96138F" w14:textId="77777777">
        <w:trPr>
          <w:trHeight w:val="662"/>
        </w:trPr>
        <w:tc>
          <w:tcPr>
            <w:tcW w:w="2088" w:type="dxa"/>
            <w:shd w:val="clear" w:color="auto" w:fill="F4F7FA"/>
            <w:tcMar>
              <w:top w:w="50" w:type="dxa"/>
              <w:left w:w="100" w:type="dxa"/>
              <w:bottom w:w="50" w:type="dxa"/>
              <w:right w:w="80" w:type="dxa"/>
            </w:tcMar>
          </w:tcPr>
          <w:p w14:paraId="79680A66" w14:textId="77777777" w:rsidR="002321DE" w:rsidRDefault="00B57BF7">
            <w:r>
              <w:rPr>
                <w:rFonts w:ascii="Calibri" w:eastAsia="Calibri" w:hAnsi="Calibri" w:cs="Calibri"/>
                <w:b/>
                <w:color w:val="1F3A5F"/>
                <w:sz w:val="20"/>
              </w:rPr>
              <w:t>Something I learned:</w:t>
            </w:r>
          </w:p>
        </w:tc>
        <w:tc>
          <w:tcPr>
            <w:tcW w:w="7992" w:type="dxa"/>
            <w:gridSpan w:val="3"/>
            <w:tcMar>
              <w:top w:w="50" w:type="dxa"/>
              <w:left w:w="100" w:type="dxa"/>
              <w:bottom w:w="50" w:type="dxa"/>
              <w:right w:w="100" w:type="dxa"/>
            </w:tcMar>
          </w:tcPr>
          <w:p w14:paraId="2763D95A" w14:textId="77777777" w:rsidR="002321DE" w:rsidRDefault="002321DE"/>
        </w:tc>
      </w:tr>
      <w:tr w:rsidR="0075185D" w14:paraId="05A5DC65" w14:textId="77777777">
        <w:trPr>
          <w:trHeight w:val="662"/>
        </w:trPr>
        <w:tc>
          <w:tcPr>
            <w:tcW w:w="2088" w:type="dxa"/>
            <w:shd w:val="clear" w:color="auto" w:fill="F4F7FA"/>
            <w:tcMar>
              <w:top w:w="50" w:type="dxa"/>
              <w:left w:w="100" w:type="dxa"/>
              <w:bottom w:w="50" w:type="dxa"/>
              <w:right w:w="80" w:type="dxa"/>
            </w:tcMar>
          </w:tcPr>
          <w:p w14:paraId="647921D3" w14:textId="77777777" w:rsidR="002321DE" w:rsidRDefault="00B57BF7">
            <w:r>
              <w:rPr>
                <w:rFonts w:ascii="Calibri" w:eastAsia="Calibri" w:hAnsi="Calibri" w:cs="Calibri"/>
                <w:b/>
                <w:color w:val="1F3A5F"/>
                <w:sz w:val="20"/>
              </w:rPr>
              <w:t>Why this hero interests me:</w:t>
            </w:r>
          </w:p>
        </w:tc>
        <w:tc>
          <w:tcPr>
            <w:tcW w:w="7992" w:type="dxa"/>
            <w:gridSpan w:val="3"/>
            <w:tcMar>
              <w:top w:w="50" w:type="dxa"/>
              <w:left w:w="100" w:type="dxa"/>
              <w:bottom w:w="50" w:type="dxa"/>
              <w:right w:w="100" w:type="dxa"/>
            </w:tcMar>
          </w:tcPr>
          <w:p w14:paraId="1613836E" w14:textId="77777777" w:rsidR="002321DE" w:rsidRDefault="002321DE"/>
        </w:tc>
      </w:tr>
    </w:tbl>
    <w:p w14:paraId="4704C277" w14:textId="77777777" w:rsidR="0009707A" w:rsidRDefault="0009707A">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807A9D" w14:paraId="02B97E49" w14:textId="77777777">
        <w:tc>
          <w:tcPr>
            <w:tcW w:w="7632" w:type="dxa"/>
            <w:shd w:val="clear" w:color="auto" w:fill="1F3A5F"/>
            <w:tcMar>
              <w:top w:w="90" w:type="dxa"/>
              <w:left w:w="140" w:type="dxa"/>
              <w:bottom w:w="90" w:type="dxa"/>
              <w:right w:w="140" w:type="dxa"/>
            </w:tcMar>
            <w:vAlign w:val="center"/>
          </w:tcPr>
          <w:p w14:paraId="1CA53CC7" w14:textId="77777777" w:rsidR="00807A9D" w:rsidRDefault="00B57BF7">
            <w:r>
              <w:rPr>
                <w:rFonts w:ascii="Calibri" w:eastAsia="Calibri" w:hAnsi="Calibri" w:cs="Calibri"/>
                <w:b/>
                <w:color w:val="C8D6E5"/>
                <w:sz w:val="18"/>
              </w:rPr>
              <w:t>LAUNCH  ·  STEP 3</w:t>
            </w:r>
          </w:p>
          <w:p w14:paraId="0A196734" w14:textId="77777777" w:rsidR="00807A9D" w:rsidRDefault="00B57BF7">
            <w:r>
              <w:rPr>
                <w:rFonts w:ascii="Calibri" w:eastAsia="Calibri" w:hAnsi="Calibri" w:cs="Calibri"/>
                <w:b/>
                <w:color w:val="FFFFFF"/>
                <w:sz w:val="40"/>
              </w:rPr>
              <w:t>Choose Your Hero</w:t>
            </w:r>
          </w:p>
        </w:tc>
        <w:tc>
          <w:tcPr>
            <w:tcW w:w="2448" w:type="dxa"/>
            <w:shd w:val="clear" w:color="auto" w:fill="1F3A5F"/>
            <w:tcMar>
              <w:top w:w="90" w:type="dxa"/>
              <w:left w:w="140" w:type="dxa"/>
              <w:bottom w:w="90" w:type="dxa"/>
              <w:right w:w="140" w:type="dxa"/>
            </w:tcMar>
            <w:vAlign w:val="center"/>
          </w:tcPr>
          <w:p w14:paraId="0B98DF41" w14:textId="77777777" w:rsidR="00807A9D" w:rsidRDefault="00B57BF7">
            <w:pPr>
              <w:jc w:val="right"/>
            </w:pPr>
            <w:r>
              <w:rPr>
                <w:rFonts w:ascii="Calibri" w:eastAsia="Calibri" w:hAnsi="Calibri" w:cs="Calibri"/>
                <w:color w:val="C8D6E5"/>
                <w:sz w:val="18"/>
              </w:rPr>
              <w:t>About 20–30 minutes</w:t>
            </w:r>
          </w:p>
        </w:tc>
      </w:tr>
    </w:tbl>
    <w:p w14:paraId="212E5671" w14:textId="77777777" w:rsidR="00807A9D" w:rsidRDefault="00807A9D">
      <w:pPr>
        <w:spacing w:line="264" w:lineRule="auto"/>
      </w:pPr>
    </w:p>
    <w:p w14:paraId="09B6EF12" w14:textId="77777777" w:rsidR="00807A9D" w:rsidRDefault="00B57BF7">
      <w:pPr>
        <w:spacing w:after="120" w:line="264" w:lineRule="auto"/>
      </w:pPr>
      <w:r>
        <w:rPr>
          <w:rFonts w:ascii="Calibri" w:eastAsia="Calibri" w:hAnsi="Calibri" w:cs="Calibri"/>
          <w:b/>
          <w:color w:val="1F3A5F"/>
        </w:rPr>
        <w:t xml:space="preserve">Goal: </w:t>
      </w:r>
      <w:r>
        <w:rPr>
          <w:rFonts w:eastAsia="Georgia" w:cs="Georgia"/>
          <w:color w:val="222222"/>
        </w:rPr>
        <w:t>Prayerfully choose the hero you will study this year.</w:t>
      </w:r>
    </w:p>
    <w:p w14:paraId="49FE2AA1" w14:textId="77777777" w:rsidR="00807A9D" w:rsidRDefault="00807A9D">
      <w:pPr>
        <w:spacing w:line="264" w:lineRule="auto"/>
      </w:pPr>
    </w:p>
    <w:p w14:paraId="36B638F5" w14:textId="77777777" w:rsidR="00807A9D"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807A9D" w14:paraId="5BAFF01D" w14:textId="77777777">
        <w:tc>
          <w:tcPr>
            <w:tcW w:w="504" w:type="dxa"/>
            <w:tcMar>
              <w:top w:w="20" w:type="dxa"/>
              <w:left w:w="20" w:type="dxa"/>
              <w:bottom w:w="20" w:type="dxa"/>
              <w:right w:w="20" w:type="dxa"/>
            </w:tcMar>
          </w:tcPr>
          <w:p w14:paraId="07B3DA03" w14:textId="77777777" w:rsidR="00807A9D"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19BF51C0" w14:textId="77777777" w:rsidR="00807A9D" w:rsidRDefault="00B57BF7">
            <w:r>
              <w:rPr>
                <w:rFonts w:eastAsia="Georgia" w:cs="Georgia"/>
                <w:color w:val="222222"/>
                <w:sz w:val="21"/>
              </w:rPr>
              <w:t>Share your three hero options from Step 2 with a parent. Talk about which hero could best help you come closer to Christ.</w:t>
            </w:r>
          </w:p>
        </w:tc>
      </w:tr>
      <w:tr w:rsidR="00807A9D" w14:paraId="39A16580" w14:textId="77777777">
        <w:tc>
          <w:tcPr>
            <w:tcW w:w="504" w:type="dxa"/>
            <w:tcMar>
              <w:top w:w="20" w:type="dxa"/>
              <w:left w:w="20" w:type="dxa"/>
              <w:bottom w:w="20" w:type="dxa"/>
              <w:right w:w="20" w:type="dxa"/>
            </w:tcMar>
          </w:tcPr>
          <w:p w14:paraId="079B7FAD" w14:textId="77777777" w:rsidR="00807A9D"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737DBBFA" w14:textId="77777777" w:rsidR="00807A9D" w:rsidRDefault="00B57BF7">
            <w:r>
              <w:rPr>
                <w:rFonts w:eastAsia="Georgia" w:cs="Georgia"/>
                <w:color w:val="222222"/>
                <w:sz w:val="21"/>
              </w:rPr>
              <w:t>Pray about your choice.</w:t>
            </w:r>
          </w:p>
        </w:tc>
      </w:tr>
      <w:tr w:rsidR="00807A9D" w14:paraId="55E4B84C" w14:textId="77777777">
        <w:tc>
          <w:tcPr>
            <w:tcW w:w="504" w:type="dxa"/>
            <w:tcMar>
              <w:top w:w="20" w:type="dxa"/>
              <w:left w:w="20" w:type="dxa"/>
              <w:bottom w:w="20" w:type="dxa"/>
              <w:right w:w="20" w:type="dxa"/>
            </w:tcMar>
          </w:tcPr>
          <w:p w14:paraId="7FBFA6C1" w14:textId="77777777" w:rsidR="00807A9D" w:rsidRDefault="00B57BF7">
            <w:r>
              <w:rPr>
                <w:rFonts w:ascii="Calibri" w:eastAsia="Calibri" w:hAnsi="Calibri" w:cs="Calibri"/>
                <w:b/>
                <w:color w:val="1F3A5F"/>
                <w:sz w:val="21"/>
              </w:rPr>
              <w:t>3.</w:t>
            </w:r>
          </w:p>
        </w:tc>
        <w:tc>
          <w:tcPr>
            <w:tcW w:w="9576" w:type="dxa"/>
            <w:tcMar>
              <w:top w:w="20" w:type="dxa"/>
              <w:left w:w="40" w:type="dxa"/>
              <w:bottom w:w="20" w:type="dxa"/>
              <w:right w:w="40" w:type="dxa"/>
            </w:tcMar>
          </w:tcPr>
          <w:p w14:paraId="766D3059" w14:textId="77777777" w:rsidR="00807A9D" w:rsidRDefault="00B57BF7">
            <w:r>
              <w:rPr>
                <w:rFonts w:eastAsia="Georgia" w:cs="Georgia"/>
                <w:color w:val="222222"/>
                <w:sz w:val="21"/>
              </w:rPr>
              <w:t>Record your hero below. If your hero is not on the Hero List, have your Coach approve your choice.</w:t>
            </w:r>
          </w:p>
        </w:tc>
      </w:tr>
      <w:tr w:rsidR="00807A9D" w14:paraId="494E07A4" w14:textId="77777777">
        <w:tc>
          <w:tcPr>
            <w:tcW w:w="504" w:type="dxa"/>
            <w:tcMar>
              <w:top w:w="20" w:type="dxa"/>
              <w:left w:w="20" w:type="dxa"/>
              <w:bottom w:w="20" w:type="dxa"/>
              <w:right w:w="20" w:type="dxa"/>
            </w:tcMar>
          </w:tcPr>
          <w:p w14:paraId="427F2017" w14:textId="77777777" w:rsidR="00807A9D" w:rsidRDefault="00B57BF7">
            <w:r>
              <w:rPr>
                <w:rFonts w:ascii="Calibri" w:eastAsia="Calibri" w:hAnsi="Calibri" w:cs="Calibri"/>
                <w:b/>
                <w:color w:val="1F3A5F"/>
                <w:sz w:val="21"/>
              </w:rPr>
              <w:t>4.</w:t>
            </w:r>
          </w:p>
        </w:tc>
        <w:tc>
          <w:tcPr>
            <w:tcW w:w="9576" w:type="dxa"/>
            <w:tcMar>
              <w:top w:w="20" w:type="dxa"/>
              <w:left w:w="40" w:type="dxa"/>
              <w:bottom w:w="20" w:type="dxa"/>
              <w:right w:w="40" w:type="dxa"/>
            </w:tcMar>
          </w:tcPr>
          <w:p w14:paraId="21FEDC16" w14:textId="77777777" w:rsidR="00807A9D" w:rsidRDefault="00B57BF7">
            <w:r>
              <w:rPr>
                <w:rFonts w:eastAsia="Georgia" w:cs="Georgia"/>
                <w:color w:val="222222"/>
                <w:sz w:val="21"/>
              </w:rPr>
              <w:t>Write a paragraph (3–5 sentences) explaining why you chose your hero.</w:t>
            </w:r>
          </w:p>
        </w:tc>
      </w:tr>
    </w:tbl>
    <w:p w14:paraId="5187FBA3" w14:textId="77777777" w:rsidR="00807A9D" w:rsidRDefault="00807A9D">
      <w:pPr>
        <w:spacing w:after="80" w:line="264" w:lineRule="auto"/>
      </w:pPr>
    </w:p>
    <w:p w14:paraId="68CD8CFB" w14:textId="77777777" w:rsidR="00807A9D" w:rsidRDefault="00B57BF7">
      <w:pPr>
        <w:spacing w:after="40" w:line="264" w:lineRule="auto"/>
      </w:pPr>
      <w:r>
        <w:rPr>
          <w:rFonts w:ascii="Segoe UI Symbol" w:eastAsia="Segoe UI Symbol" w:hAnsi="Segoe UI Symbol" w:cs="Segoe UI Symbol"/>
          <w:color w:val="1F3A5F"/>
          <w:sz w:val="24"/>
        </w:rPr>
        <w:t xml:space="preserve">☐  </w:t>
      </w:r>
      <w:r>
        <w:rPr>
          <w:rFonts w:eastAsia="Georgia" w:cs="Georgia"/>
          <w:color w:val="222222"/>
          <w:sz w:val="21"/>
        </w:rPr>
        <w:t>I shared my three options with a parent.</w:t>
      </w:r>
      <w:r>
        <w:rPr>
          <w:rFonts w:ascii="Segoe UI Symbol" w:eastAsia="Segoe UI Symbol" w:hAnsi="Segoe UI Symbol" w:cs="Segoe UI Symbol"/>
          <w:color w:val="1F3A5F"/>
          <w:sz w:val="24"/>
        </w:rPr>
        <w:t xml:space="preserve">          ☐  </w:t>
      </w:r>
      <w:r>
        <w:rPr>
          <w:rFonts w:eastAsia="Georgia" w:cs="Georgia"/>
          <w:color w:val="222222"/>
          <w:sz w:val="21"/>
        </w:rPr>
        <w:t>I prayed about my choice.</w:t>
      </w:r>
    </w:p>
    <w:p w14:paraId="30A6612F" w14:textId="77777777" w:rsidR="00807A9D" w:rsidRDefault="00807A9D">
      <w:pPr>
        <w:spacing w:after="8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088"/>
        <w:gridCol w:w="2952"/>
        <w:gridCol w:w="2088"/>
        <w:gridCol w:w="2952"/>
      </w:tblGrid>
      <w:tr w:rsidR="00807A9D" w14:paraId="5F92C10A" w14:textId="77777777">
        <w:trPr>
          <w:trHeight w:val="490"/>
        </w:trPr>
        <w:tc>
          <w:tcPr>
            <w:tcW w:w="2088" w:type="dxa"/>
            <w:shd w:val="clear" w:color="auto" w:fill="E8EEF5"/>
            <w:tcMar>
              <w:top w:w="50" w:type="dxa"/>
              <w:left w:w="100" w:type="dxa"/>
              <w:bottom w:w="50" w:type="dxa"/>
              <w:right w:w="80" w:type="dxa"/>
            </w:tcMar>
            <w:vAlign w:val="center"/>
          </w:tcPr>
          <w:p w14:paraId="79EB2668" w14:textId="77777777" w:rsidR="00807A9D" w:rsidRDefault="00B57BF7">
            <w:r>
              <w:rPr>
                <w:rFonts w:ascii="Calibri" w:eastAsia="Calibri" w:hAnsi="Calibri" w:cs="Calibri"/>
                <w:b/>
                <w:color w:val="1F3A5F"/>
                <w:sz w:val="23"/>
              </w:rPr>
              <w:t>My Hero:</w:t>
            </w:r>
          </w:p>
        </w:tc>
        <w:tc>
          <w:tcPr>
            <w:tcW w:w="7992" w:type="dxa"/>
            <w:gridSpan w:val="3"/>
            <w:tcMar>
              <w:top w:w="50" w:type="dxa"/>
              <w:left w:w="100" w:type="dxa"/>
              <w:bottom w:w="50" w:type="dxa"/>
              <w:right w:w="100" w:type="dxa"/>
            </w:tcMar>
          </w:tcPr>
          <w:p w14:paraId="4D2D57EB" w14:textId="77777777" w:rsidR="00807A9D" w:rsidRDefault="00807A9D"/>
        </w:tc>
      </w:tr>
      <w:tr w:rsidR="00807A9D" w14:paraId="705DB2FC" w14:textId="77777777">
        <w:trPr>
          <w:trHeight w:val="518"/>
        </w:trPr>
        <w:tc>
          <w:tcPr>
            <w:tcW w:w="2088" w:type="dxa"/>
            <w:shd w:val="clear" w:color="auto" w:fill="F4F7FA"/>
            <w:tcMar>
              <w:top w:w="50" w:type="dxa"/>
              <w:left w:w="100" w:type="dxa"/>
              <w:bottom w:w="50" w:type="dxa"/>
              <w:right w:w="80" w:type="dxa"/>
            </w:tcMar>
          </w:tcPr>
          <w:p w14:paraId="1C048157" w14:textId="77777777" w:rsidR="00807A9D" w:rsidRDefault="00B57BF7">
            <w:r>
              <w:rPr>
                <w:rFonts w:ascii="Calibri" w:eastAsia="Calibri" w:hAnsi="Calibri" w:cs="Calibri"/>
                <w:b/>
                <w:color w:val="1F3A5F"/>
                <w:sz w:val="20"/>
              </w:rPr>
              <w:t>Category:</w:t>
            </w:r>
          </w:p>
        </w:tc>
        <w:tc>
          <w:tcPr>
            <w:tcW w:w="2952" w:type="dxa"/>
            <w:tcMar>
              <w:top w:w="50" w:type="dxa"/>
              <w:left w:w="100" w:type="dxa"/>
              <w:bottom w:w="50" w:type="dxa"/>
              <w:right w:w="100" w:type="dxa"/>
            </w:tcMar>
          </w:tcPr>
          <w:p w14:paraId="73E29EE0" w14:textId="77777777" w:rsidR="00807A9D" w:rsidRDefault="00807A9D"/>
        </w:tc>
        <w:tc>
          <w:tcPr>
            <w:tcW w:w="2088" w:type="dxa"/>
            <w:shd w:val="clear" w:color="auto" w:fill="F4F7FA"/>
            <w:tcMar>
              <w:top w:w="50" w:type="dxa"/>
              <w:left w:w="100" w:type="dxa"/>
              <w:bottom w:w="50" w:type="dxa"/>
              <w:right w:w="80" w:type="dxa"/>
            </w:tcMar>
          </w:tcPr>
          <w:p w14:paraId="57F5E106" w14:textId="77777777" w:rsidR="00807A9D" w:rsidRDefault="00B57BF7">
            <w:r>
              <w:rPr>
                <w:rFonts w:ascii="Calibri" w:eastAsia="Calibri" w:hAnsi="Calibri" w:cs="Calibri"/>
                <w:b/>
                <w:color w:val="1F3A5F"/>
                <w:sz w:val="20"/>
              </w:rPr>
              <w:t>Lived:</w:t>
            </w:r>
          </w:p>
        </w:tc>
        <w:tc>
          <w:tcPr>
            <w:tcW w:w="2952" w:type="dxa"/>
            <w:tcMar>
              <w:top w:w="50" w:type="dxa"/>
              <w:left w:w="100" w:type="dxa"/>
              <w:bottom w:w="50" w:type="dxa"/>
              <w:right w:w="100" w:type="dxa"/>
            </w:tcMar>
          </w:tcPr>
          <w:p w14:paraId="0EC6815E" w14:textId="77777777" w:rsidR="00807A9D" w:rsidRDefault="00807A9D"/>
        </w:tc>
      </w:tr>
      <w:tr w:rsidR="00807A9D" w14:paraId="386226E5" w14:textId="77777777">
        <w:trPr>
          <w:trHeight w:val="518"/>
        </w:trPr>
        <w:tc>
          <w:tcPr>
            <w:tcW w:w="2088" w:type="dxa"/>
            <w:shd w:val="clear" w:color="auto" w:fill="F4F7FA"/>
            <w:tcMar>
              <w:top w:w="50" w:type="dxa"/>
              <w:left w:w="100" w:type="dxa"/>
              <w:bottom w:w="50" w:type="dxa"/>
              <w:right w:w="80" w:type="dxa"/>
            </w:tcMar>
          </w:tcPr>
          <w:p w14:paraId="55A86475" w14:textId="77777777" w:rsidR="00807A9D" w:rsidRDefault="00B57BF7">
            <w:r>
              <w:rPr>
                <w:rFonts w:ascii="Calibri" w:eastAsia="Calibri" w:hAnsi="Calibri" w:cs="Calibri"/>
                <w:b/>
                <w:color w:val="1F3A5F"/>
                <w:sz w:val="20"/>
              </w:rPr>
              <w:t>On the Hero List?</w:t>
            </w:r>
          </w:p>
        </w:tc>
        <w:tc>
          <w:tcPr>
            <w:tcW w:w="2952" w:type="dxa"/>
            <w:tcMar>
              <w:top w:w="50" w:type="dxa"/>
              <w:left w:w="100" w:type="dxa"/>
              <w:bottom w:w="50" w:type="dxa"/>
              <w:right w:w="100" w:type="dxa"/>
            </w:tcMar>
          </w:tcPr>
          <w:p w14:paraId="3822C089" w14:textId="77777777" w:rsidR="00807A9D" w:rsidRDefault="00B57BF7">
            <w:r>
              <w:rPr>
                <w:rFonts w:ascii="Calibri" w:eastAsia="Calibri" w:hAnsi="Calibri" w:cs="Calibri"/>
                <w:color w:val="1F3A5F"/>
                <w:sz w:val="21"/>
              </w:rPr>
              <w:t>☐ Yes     ☐ No</w:t>
            </w:r>
          </w:p>
        </w:tc>
        <w:tc>
          <w:tcPr>
            <w:tcW w:w="2088" w:type="dxa"/>
            <w:shd w:val="clear" w:color="auto" w:fill="F4F7FA"/>
            <w:tcMar>
              <w:top w:w="50" w:type="dxa"/>
              <w:left w:w="100" w:type="dxa"/>
              <w:bottom w:w="50" w:type="dxa"/>
              <w:right w:w="80" w:type="dxa"/>
            </w:tcMar>
          </w:tcPr>
          <w:p w14:paraId="28410E0E" w14:textId="77777777" w:rsidR="00807A9D" w:rsidRDefault="00B57BF7">
            <w:r>
              <w:rPr>
                <w:rFonts w:ascii="Calibri" w:eastAsia="Calibri" w:hAnsi="Calibri" w:cs="Calibri"/>
                <w:b/>
                <w:color w:val="1F3A5F"/>
                <w:sz w:val="20"/>
              </w:rPr>
              <w:t>Coach approval:</w:t>
            </w:r>
          </w:p>
        </w:tc>
        <w:tc>
          <w:tcPr>
            <w:tcW w:w="2952" w:type="dxa"/>
            <w:tcMar>
              <w:top w:w="50" w:type="dxa"/>
              <w:left w:w="100" w:type="dxa"/>
              <w:bottom w:w="50" w:type="dxa"/>
              <w:right w:w="100" w:type="dxa"/>
            </w:tcMar>
          </w:tcPr>
          <w:p w14:paraId="62C4F119" w14:textId="77777777" w:rsidR="00807A9D" w:rsidRDefault="00807A9D"/>
        </w:tc>
      </w:tr>
    </w:tbl>
    <w:p w14:paraId="287AFEBA" w14:textId="77777777" w:rsidR="00807A9D" w:rsidRDefault="00807A9D">
      <w:pPr>
        <w:spacing w:after="12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807A9D" w14:paraId="557CE5C4" w14:textId="77777777">
        <w:tc>
          <w:tcPr>
            <w:tcW w:w="10080" w:type="dxa"/>
            <w:shd w:val="clear" w:color="auto" w:fill="FBF6EC"/>
            <w:tcMar>
              <w:top w:w="70" w:type="dxa"/>
              <w:left w:w="140" w:type="dxa"/>
              <w:bottom w:w="70" w:type="dxa"/>
              <w:right w:w="140" w:type="dxa"/>
            </w:tcMar>
          </w:tcPr>
          <w:p w14:paraId="118AEFC1" w14:textId="77777777" w:rsidR="00807A9D" w:rsidRDefault="00B57BF7">
            <w:r>
              <w:rPr>
                <w:rFonts w:ascii="Calibri" w:eastAsia="Calibri" w:hAnsi="Calibri" w:cs="Calibri"/>
                <w:b/>
                <w:color w:val="7A551C"/>
                <w:sz w:val="20"/>
              </w:rPr>
              <w:t>Sentence starters</w:t>
            </w:r>
          </w:p>
          <w:p w14:paraId="1A1C6BD9" w14:textId="77777777" w:rsidR="00807A9D" w:rsidRDefault="00B57BF7">
            <w:pPr>
              <w:spacing w:after="20"/>
              <w:ind w:left="216"/>
            </w:pPr>
            <w:r>
              <w:rPr>
                <w:rFonts w:ascii="Calibri" w:eastAsia="Calibri" w:hAnsi="Calibri" w:cs="Calibri"/>
                <w:color w:val="3A2E1A"/>
                <w:sz w:val="20"/>
              </w:rPr>
              <w:t>•  I chose ___ because…</w:t>
            </w:r>
          </w:p>
          <w:p w14:paraId="4F62282B" w14:textId="77777777" w:rsidR="00807A9D" w:rsidRDefault="00B57BF7">
            <w:pPr>
              <w:spacing w:after="20"/>
              <w:ind w:left="216"/>
            </w:pPr>
            <w:r>
              <w:rPr>
                <w:rFonts w:ascii="Calibri" w:eastAsia="Calibri" w:hAnsi="Calibri" w:cs="Calibri"/>
                <w:color w:val="3A2E1A"/>
                <w:sz w:val="20"/>
              </w:rPr>
              <w:t>•  When I learned that ___, I felt…</w:t>
            </w:r>
          </w:p>
          <w:p w14:paraId="03ABC647" w14:textId="77777777" w:rsidR="00807A9D" w:rsidRDefault="00B57BF7">
            <w:pPr>
              <w:spacing w:after="20"/>
              <w:ind w:left="216"/>
            </w:pPr>
            <w:r>
              <w:rPr>
                <w:rFonts w:ascii="Calibri" w:eastAsia="Calibri" w:hAnsi="Calibri" w:cs="Calibri"/>
                <w:color w:val="3A2E1A"/>
                <w:sz w:val="20"/>
              </w:rPr>
              <w:t>•  I want to be more like ___ because…</w:t>
            </w:r>
          </w:p>
          <w:p w14:paraId="6FE23E4C" w14:textId="77777777" w:rsidR="00807A9D" w:rsidRDefault="00B57BF7">
            <w:pPr>
              <w:spacing w:after="20"/>
              <w:ind w:left="216"/>
            </w:pPr>
            <w:r>
              <w:rPr>
                <w:rFonts w:ascii="Calibri" w:eastAsia="Calibri" w:hAnsi="Calibri" w:cs="Calibri"/>
                <w:color w:val="3A2E1A"/>
                <w:sz w:val="20"/>
              </w:rPr>
              <w:t>•  I hope studying ___ will help me…</w:t>
            </w:r>
          </w:p>
        </w:tc>
      </w:tr>
    </w:tbl>
    <w:p w14:paraId="3387694B" w14:textId="77777777" w:rsidR="00807A9D" w:rsidRDefault="00807A9D">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807A9D" w14:paraId="4AE5CB9B" w14:textId="77777777">
        <w:tc>
          <w:tcPr>
            <w:tcW w:w="10080" w:type="dxa"/>
            <w:shd w:val="clear" w:color="auto" w:fill="E8EEF5"/>
            <w:tcMar>
              <w:top w:w="50" w:type="dxa"/>
              <w:left w:w="120" w:type="dxa"/>
              <w:bottom w:w="50" w:type="dxa"/>
              <w:right w:w="120" w:type="dxa"/>
            </w:tcMar>
          </w:tcPr>
          <w:p w14:paraId="6CDF3AF5" w14:textId="77777777" w:rsidR="00807A9D" w:rsidRDefault="00B57BF7">
            <w:r>
              <w:rPr>
                <w:rFonts w:ascii="Calibri" w:eastAsia="Calibri" w:hAnsi="Calibri" w:cs="Calibri"/>
                <w:b/>
                <w:color w:val="1F3A5F"/>
                <w:sz w:val="23"/>
              </w:rPr>
              <w:t>Why I Chose My Hero</w:t>
            </w:r>
            <w:r>
              <w:rPr>
                <w:rFonts w:ascii="Calibri" w:eastAsia="Calibri" w:hAnsi="Calibri" w:cs="Calibri"/>
                <w:i/>
                <w:color w:val="595959"/>
                <w:sz w:val="19"/>
              </w:rPr>
              <w:t xml:space="preserve">   Keep this paragraph. You will use it in your presentation.</w:t>
            </w:r>
          </w:p>
        </w:tc>
      </w:tr>
      <w:tr w:rsidR="00807A9D" w14:paraId="3A26C4DC" w14:textId="77777777">
        <w:trPr>
          <w:trHeight w:val="461"/>
        </w:trPr>
        <w:tc>
          <w:tcPr>
            <w:tcW w:w="10080" w:type="dxa"/>
            <w:tcBorders>
              <w:bottom w:val="single" w:sz="4" w:space="0" w:color="C9D3DD"/>
            </w:tcBorders>
            <w:tcMar>
              <w:top w:w="0" w:type="dxa"/>
              <w:left w:w="120" w:type="dxa"/>
              <w:bottom w:w="0" w:type="dxa"/>
              <w:right w:w="120" w:type="dxa"/>
            </w:tcMar>
          </w:tcPr>
          <w:p w14:paraId="6CC0C3DC" w14:textId="77777777" w:rsidR="00807A9D" w:rsidRDefault="00807A9D"/>
        </w:tc>
      </w:tr>
      <w:tr w:rsidR="00807A9D" w14:paraId="4A6921FA" w14:textId="77777777">
        <w:trPr>
          <w:trHeight w:val="461"/>
        </w:trPr>
        <w:tc>
          <w:tcPr>
            <w:tcW w:w="10080" w:type="dxa"/>
            <w:tcBorders>
              <w:bottom w:val="single" w:sz="4" w:space="0" w:color="C9D3DD"/>
            </w:tcBorders>
            <w:tcMar>
              <w:top w:w="0" w:type="dxa"/>
              <w:left w:w="120" w:type="dxa"/>
              <w:bottom w:w="0" w:type="dxa"/>
              <w:right w:w="120" w:type="dxa"/>
            </w:tcMar>
          </w:tcPr>
          <w:p w14:paraId="7C5B0203" w14:textId="77777777" w:rsidR="00807A9D" w:rsidRDefault="00807A9D"/>
        </w:tc>
      </w:tr>
      <w:tr w:rsidR="00807A9D" w14:paraId="1F460646" w14:textId="77777777">
        <w:trPr>
          <w:trHeight w:val="461"/>
        </w:trPr>
        <w:tc>
          <w:tcPr>
            <w:tcW w:w="10080" w:type="dxa"/>
            <w:tcBorders>
              <w:bottom w:val="single" w:sz="4" w:space="0" w:color="C9D3DD"/>
            </w:tcBorders>
            <w:tcMar>
              <w:top w:w="0" w:type="dxa"/>
              <w:left w:w="120" w:type="dxa"/>
              <w:bottom w:w="0" w:type="dxa"/>
              <w:right w:w="120" w:type="dxa"/>
            </w:tcMar>
          </w:tcPr>
          <w:p w14:paraId="3E495B72" w14:textId="77777777" w:rsidR="00807A9D" w:rsidRDefault="00807A9D"/>
        </w:tc>
      </w:tr>
      <w:tr w:rsidR="00807A9D" w14:paraId="1F6C6D36" w14:textId="77777777">
        <w:trPr>
          <w:trHeight w:val="461"/>
        </w:trPr>
        <w:tc>
          <w:tcPr>
            <w:tcW w:w="10080" w:type="dxa"/>
            <w:tcBorders>
              <w:bottom w:val="single" w:sz="4" w:space="0" w:color="C9D3DD"/>
            </w:tcBorders>
            <w:tcMar>
              <w:top w:w="0" w:type="dxa"/>
              <w:left w:w="120" w:type="dxa"/>
              <w:bottom w:w="0" w:type="dxa"/>
              <w:right w:w="120" w:type="dxa"/>
            </w:tcMar>
          </w:tcPr>
          <w:p w14:paraId="5C6B6772" w14:textId="77777777" w:rsidR="00807A9D" w:rsidRDefault="00807A9D"/>
        </w:tc>
      </w:tr>
      <w:tr w:rsidR="00807A9D" w14:paraId="179F0D40" w14:textId="77777777">
        <w:trPr>
          <w:trHeight w:val="461"/>
        </w:trPr>
        <w:tc>
          <w:tcPr>
            <w:tcW w:w="10080" w:type="dxa"/>
            <w:tcBorders>
              <w:bottom w:val="single" w:sz="4" w:space="0" w:color="C9D3DD"/>
            </w:tcBorders>
            <w:tcMar>
              <w:top w:w="0" w:type="dxa"/>
              <w:left w:w="120" w:type="dxa"/>
              <w:bottom w:w="0" w:type="dxa"/>
              <w:right w:w="120" w:type="dxa"/>
            </w:tcMar>
          </w:tcPr>
          <w:p w14:paraId="1DA68091" w14:textId="77777777" w:rsidR="00807A9D" w:rsidRDefault="00807A9D"/>
        </w:tc>
      </w:tr>
      <w:tr w:rsidR="00807A9D" w14:paraId="6DAEFD1E" w14:textId="77777777">
        <w:trPr>
          <w:trHeight w:val="461"/>
        </w:trPr>
        <w:tc>
          <w:tcPr>
            <w:tcW w:w="10080" w:type="dxa"/>
            <w:tcBorders>
              <w:bottom w:val="single" w:sz="4" w:space="0" w:color="C9D3DD"/>
            </w:tcBorders>
            <w:tcMar>
              <w:top w:w="0" w:type="dxa"/>
              <w:left w:w="120" w:type="dxa"/>
              <w:bottom w:w="0" w:type="dxa"/>
              <w:right w:w="120" w:type="dxa"/>
            </w:tcMar>
          </w:tcPr>
          <w:p w14:paraId="4BCC0A2B" w14:textId="77777777" w:rsidR="00807A9D" w:rsidRDefault="00807A9D"/>
        </w:tc>
      </w:tr>
      <w:tr w:rsidR="00807A9D" w14:paraId="1A038FC0" w14:textId="77777777">
        <w:trPr>
          <w:trHeight w:val="461"/>
        </w:trPr>
        <w:tc>
          <w:tcPr>
            <w:tcW w:w="10080" w:type="dxa"/>
            <w:tcBorders>
              <w:bottom w:val="single" w:sz="4" w:space="0" w:color="C9D3DD"/>
            </w:tcBorders>
            <w:tcMar>
              <w:top w:w="0" w:type="dxa"/>
              <w:left w:w="120" w:type="dxa"/>
              <w:bottom w:w="0" w:type="dxa"/>
              <w:right w:w="120" w:type="dxa"/>
            </w:tcMar>
          </w:tcPr>
          <w:p w14:paraId="6D315E82" w14:textId="77777777" w:rsidR="00807A9D" w:rsidRDefault="00807A9D"/>
        </w:tc>
      </w:tr>
      <w:tr w:rsidR="00807A9D" w14:paraId="5F07C3EA" w14:textId="77777777">
        <w:trPr>
          <w:trHeight w:val="461"/>
        </w:trPr>
        <w:tc>
          <w:tcPr>
            <w:tcW w:w="10080" w:type="dxa"/>
            <w:tcMar>
              <w:top w:w="0" w:type="dxa"/>
              <w:left w:w="120" w:type="dxa"/>
              <w:bottom w:w="0" w:type="dxa"/>
              <w:right w:w="120" w:type="dxa"/>
            </w:tcMar>
          </w:tcPr>
          <w:p w14:paraId="15AE693B" w14:textId="77777777" w:rsidR="00807A9D" w:rsidRDefault="00807A9D"/>
        </w:tc>
      </w:tr>
    </w:tbl>
    <w:p w14:paraId="47F3CCC9" w14:textId="77777777" w:rsidR="0009707A" w:rsidRDefault="0009707A">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38B1939A" w14:textId="77777777">
        <w:tc>
          <w:tcPr>
            <w:tcW w:w="7632" w:type="dxa"/>
            <w:shd w:val="clear" w:color="auto" w:fill="1F3A5F"/>
            <w:tcMar>
              <w:top w:w="90" w:type="dxa"/>
              <w:left w:w="140" w:type="dxa"/>
              <w:bottom w:w="90" w:type="dxa"/>
              <w:right w:w="140" w:type="dxa"/>
            </w:tcMar>
            <w:vAlign w:val="center"/>
          </w:tcPr>
          <w:p w14:paraId="6F04209F" w14:textId="77777777" w:rsidR="002321DE" w:rsidRDefault="00B57BF7">
            <w:r>
              <w:rPr>
                <w:rFonts w:ascii="Calibri" w:eastAsia="Calibri" w:hAnsi="Calibri" w:cs="Calibri"/>
                <w:b/>
                <w:color w:val="C8D6E5"/>
                <w:sz w:val="18"/>
              </w:rPr>
              <w:t>LAUNCH  ·  STEP 4</w:t>
            </w:r>
          </w:p>
          <w:p w14:paraId="0C64594B" w14:textId="77777777" w:rsidR="002321DE" w:rsidRDefault="00B57BF7">
            <w:r>
              <w:rPr>
                <w:rFonts w:ascii="Calibri" w:eastAsia="Calibri" w:hAnsi="Calibri" w:cs="Calibri"/>
                <w:b/>
                <w:color w:val="FFFFFF"/>
                <w:sz w:val="40"/>
              </w:rPr>
              <w:t>Set Up Your Notebook</w:t>
            </w:r>
          </w:p>
        </w:tc>
        <w:tc>
          <w:tcPr>
            <w:tcW w:w="2448" w:type="dxa"/>
            <w:shd w:val="clear" w:color="auto" w:fill="1F3A5F"/>
            <w:tcMar>
              <w:top w:w="90" w:type="dxa"/>
              <w:left w:w="140" w:type="dxa"/>
              <w:bottom w:w="90" w:type="dxa"/>
              <w:right w:w="140" w:type="dxa"/>
            </w:tcMar>
            <w:vAlign w:val="center"/>
          </w:tcPr>
          <w:p w14:paraId="00C24A85" w14:textId="77777777" w:rsidR="002321DE" w:rsidRDefault="00B57BF7">
            <w:pPr>
              <w:jc w:val="right"/>
            </w:pPr>
            <w:r>
              <w:rPr>
                <w:rFonts w:ascii="Calibri" w:eastAsia="Calibri" w:hAnsi="Calibri" w:cs="Calibri"/>
                <w:color w:val="C8D6E5"/>
                <w:sz w:val="18"/>
              </w:rPr>
              <w:t>About 20–30 minutes</w:t>
            </w:r>
          </w:p>
        </w:tc>
      </w:tr>
    </w:tbl>
    <w:p w14:paraId="0F785922" w14:textId="77777777" w:rsidR="002321DE" w:rsidRDefault="002321DE">
      <w:pPr>
        <w:spacing w:line="264" w:lineRule="auto"/>
      </w:pPr>
    </w:p>
    <w:p w14:paraId="170038A8"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Create the binder that will hold your Master Project.</w:t>
      </w:r>
    </w:p>
    <w:p w14:paraId="7E8A4D8F" w14:textId="77777777" w:rsidR="002321DE" w:rsidRDefault="002321DE">
      <w:pPr>
        <w:spacing w:line="264" w:lineRule="auto"/>
      </w:pPr>
    </w:p>
    <w:p w14:paraId="1ACE608F"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DE0653" w14:paraId="41FB8F69" w14:textId="77777777" w:rsidTr="00001D99">
        <w:tc>
          <w:tcPr>
            <w:tcW w:w="504" w:type="dxa"/>
            <w:tcMar>
              <w:top w:w="20" w:type="dxa"/>
              <w:left w:w="20" w:type="dxa"/>
              <w:bottom w:w="20" w:type="dxa"/>
              <w:right w:w="20" w:type="dxa"/>
            </w:tcMar>
          </w:tcPr>
          <w:p w14:paraId="7A5B204B" w14:textId="77777777" w:rsidR="00DE0653" w:rsidRDefault="00DE0653" w:rsidP="00001D99">
            <w:r>
              <w:rPr>
                <w:rFonts w:ascii="Calibri" w:eastAsia="Calibri" w:hAnsi="Calibri" w:cs="Calibri"/>
                <w:b/>
                <w:color w:val="1F3A5F"/>
                <w:sz w:val="21"/>
              </w:rPr>
              <w:t>1.</w:t>
            </w:r>
          </w:p>
        </w:tc>
        <w:tc>
          <w:tcPr>
            <w:tcW w:w="9576" w:type="dxa"/>
            <w:tcMar>
              <w:top w:w="20" w:type="dxa"/>
              <w:left w:w="40" w:type="dxa"/>
              <w:bottom w:w="20" w:type="dxa"/>
              <w:right w:w="40" w:type="dxa"/>
            </w:tcMar>
          </w:tcPr>
          <w:p w14:paraId="14F2CEFD" w14:textId="77777777" w:rsidR="00DE0653" w:rsidRDefault="00DE0653" w:rsidP="00001D99">
            <w:r>
              <w:rPr>
                <w:rFonts w:eastAsia="Georgia" w:cs="Georgia"/>
                <w:color w:val="222222"/>
                <w:sz w:val="21"/>
              </w:rPr>
              <w:t>Get a binder (1–1½ inch works well).</w:t>
            </w:r>
          </w:p>
        </w:tc>
      </w:tr>
      <w:tr w:rsidR="00DE0653" w14:paraId="2252005F" w14:textId="77777777" w:rsidTr="00001D99">
        <w:tc>
          <w:tcPr>
            <w:tcW w:w="504" w:type="dxa"/>
            <w:tcMar>
              <w:top w:w="20" w:type="dxa"/>
              <w:left w:w="20" w:type="dxa"/>
              <w:bottom w:w="20" w:type="dxa"/>
              <w:right w:w="20" w:type="dxa"/>
            </w:tcMar>
          </w:tcPr>
          <w:p w14:paraId="6AB97E44" w14:textId="77777777" w:rsidR="00DE0653" w:rsidRDefault="00DE0653" w:rsidP="00001D99">
            <w:r>
              <w:rPr>
                <w:rFonts w:ascii="Calibri" w:eastAsia="Calibri" w:hAnsi="Calibri" w:cs="Calibri"/>
                <w:b/>
                <w:color w:val="1F3A5F"/>
                <w:sz w:val="21"/>
              </w:rPr>
              <w:t>2.</w:t>
            </w:r>
          </w:p>
        </w:tc>
        <w:tc>
          <w:tcPr>
            <w:tcW w:w="9576" w:type="dxa"/>
            <w:tcMar>
              <w:top w:w="20" w:type="dxa"/>
              <w:left w:w="40" w:type="dxa"/>
              <w:bottom w:w="20" w:type="dxa"/>
              <w:right w:w="40" w:type="dxa"/>
            </w:tcMar>
          </w:tcPr>
          <w:p w14:paraId="692DEFB6" w14:textId="77777777" w:rsidR="00DE0653" w:rsidRPr="00FF093B" w:rsidRDefault="00DE0653" w:rsidP="00001D99">
            <w:pPr>
              <w:rPr>
                <w:rFonts w:eastAsia="Georgia" w:cs="Georgia"/>
                <w:color w:val="222222"/>
                <w:sz w:val="21"/>
              </w:rPr>
            </w:pPr>
            <w:r>
              <w:rPr>
                <w:rFonts w:eastAsia="Georgia" w:cs="Georgia"/>
                <w:color w:val="222222"/>
                <w:sz w:val="21"/>
              </w:rPr>
              <w:t xml:space="preserve">Print your cover page, section dividers, and optional spine. </w:t>
            </w:r>
          </w:p>
        </w:tc>
      </w:tr>
      <w:tr w:rsidR="00DE0653" w14:paraId="11E176AF" w14:textId="77777777" w:rsidTr="00001D99">
        <w:tc>
          <w:tcPr>
            <w:tcW w:w="504" w:type="dxa"/>
            <w:tcMar>
              <w:top w:w="20" w:type="dxa"/>
              <w:left w:w="20" w:type="dxa"/>
              <w:bottom w:w="20" w:type="dxa"/>
              <w:right w:w="20" w:type="dxa"/>
            </w:tcMar>
          </w:tcPr>
          <w:p w14:paraId="3EE4FB87" w14:textId="77777777" w:rsidR="00DE0653" w:rsidRDefault="00DE0653" w:rsidP="00001D99">
            <w:r>
              <w:rPr>
                <w:rFonts w:ascii="Calibri" w:eastAsia="Calibri" w:hAnsi="Calibri" w:cs="Calibri"/>
                <w:b/>
                <w:color w:val="1F3A5F"/>
                <w:sz w:val="21"/>
              </w:rPr>
              <w:t>3.</w:t>
            </w:r>
          </w:p>
        </w:tc>
        <w:tc>
          <w:tcPr>
            <w:tcW w:w="9576" w:type="dxa"/>
            <w:tcMar>
              <w:top w:w="20" w:type="dxa"/>
              <w:left w:w="40" w:type="dxa"/>
              <w:bottom w:w="20" w:type="dxa"/>
              <w:right w:w="40" w:type="dxa"/>
            </w:tcMar>
          </w:tcPr>
          <w:p w14:paraId="71923AAA" w14:textId="77777777" w:rsidR="00DE0653" w:rsidRDefault="00DE0653" w:rsidP="00001D99">
            <w:r>
              <w:rPr>
                <w:rFonts w:eastAsia="Georgia" w:cs="Georgia"/>
                <w:color w:val="222222"/>
                <w:sz w:val="21"/>
              </w:rPr>
              <w:t>Add the cover, four divider pages, and spine to our binder. Use protective plastic holders for added protection.</w:t>
            </w:r>
          </w:p>
        </w:tc>
      </w:tr>
      <w:tr w:rsidR="00DE0653" w14:paraId="0E4C97B7" w14:textId="77777777" w:rsidTr="00001D99">
        <w:tc>
          <w:tcPr>
            <w:tcW w:w="504" w:type="dxa"/>
            <w:tcMar>
              <w:top w:w="20" w:type="dxa"/>
              <w:left w:w="20" w:type="dxa"/>
              <w:bottom w:w="20" w:type="dxa"/>
              <w:right w:w="20" w:type="dxa"/>
            </w:tcMar>
          </w:tcPr>
          <w:p w14:paraId="1192D2D8" w14:textId="77777777" w:rsidR="00DE0653" w:rsidRDefault="00DE0653" w:rsidP="00001D99">
            <w:r>
              <w:rPr>
                <w:rFonts w:ascii="Calibri" w:eastAsia="Calibri" w:hAnsi="Calibri" w:cs="Calibri"/>
                <w:b/>
                <w:color w:val="1F3A5F"/>
                <w:sz w:val="21"/>
              </w:rPr>
              <w:t>4.</w:t>
            </w:r>
          </w:p>
        </w:tc>
        <w:tc>
          <w:tcPr>
            <w:tcW w:w="9576" w:type="dxa"/>
            <w:tcMar>
              <w:top w:w="20" w:type="dxa"/>
              <w:left w:w="40" w:type="dxa"/>
              <w:bottom w:w="20" w:type="dxa"/>
              <w:right w:w="40" w:type="dxa"/>
            </w:tcMar>
          </w:tcPr>
          <w:p w14:paraId="48AF75F2" w14:textId="77777777" w:rsidR="00DE0653" w:rsidRDefault="00DE0653" w:rsidP="00001D99">
            <w:r>
              <w:rPr>
                <w:rFonts w:eastAsia="Georgia" w:cs="Georgia"/>
                <w:color w:val="222222"/>
                <w:sz w:val="21"/>
              </w:rPr>
              <w:t>Optional: Decorate each divider with a picture, quote, or design that fits your hero throughout the year.</w:t>
            </w:r>
          </w:p>
        </w:tc>
      </w:tr>
    </w:tbl>
    <w:p w14:paraId="2B64EFF1" w14:textId="77777777" w:rsidR="002321DE" w:rsidRDefault="002321DE">
      <w:pPr>
        <w:spacing w:after="12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75185D" w14:paraId="28C0AA50" w14:textId="77777777">
        <w:tc>
          <w:tcPr>
            <w:tcW w:w="10080" w:type="dxa"/>
            <w:shd w:val="clear" w:color="auto" w:fill="FBF6EC"/>
            <w:tcMar>
              <w:top w:w="70" w:type="dxa"/>
              <w:left w:w="140" w:type="dxa"/>
              <w:bottom w:w="70" w:type="dxa"/>
              <w:right w:w="140" w:type="dxa"/>
            </w:tcMar>
          </w:tcPr>
          <w:p w14:paraId="5A55CDAF" w14:textId="77777777" w:rsidR="002321DE" w:rsidRDefault="00B57BF7">
            <w:r>
              <w:rPr>
                <w:rFonts w:ascii="Calibri" w:eastAsia="Calibri" w:hAnsi="Calibri" w:cs="Calibri"/>
                <w:b/>
                <w:color w:val="7A551C"/>
                <w:sz w:val="20"/>
              </w:rPr>
              <w:t xml:space="preserve">WHY IT MATTERS: </w:t>
            </w:r>
            <w:r>
              <w:rPr>
                <w:rFonts w:ascii="Calibri" w:eastAsia="Calibri" w:hAnsi="Calibri" w:cs="Calibri"/>
                <w:color w:val="3A2E1A"/>
                <w:sz w:val="20"/>
              </w:rPr>
              <w:t>Your Master Project Notebook is a permanent record of your study. Make it something you, your family, and someday your own children will be proud to look at. Choose colors, paper, and pictures that fit your hero.</w:t>
            </w:r>
          </w:p>
        </w:tc>
      </w:tr>
    </w:tbl>
    <w:p w14:paraId="02527C95" w14:textId="77777777" w:rsidR="002321DE" w:rsidRDefault="002321DE">
      <w:pPr>
        <w:spacing w:after="160" w:line="264" w:lineRule="auto"/>
      </w:pPr>
    </w:p>
    <w:p w14:paraId="3182187A" w14:textId="77777777" w:rsidR="002321DE" w:rsidRDefault="00B57BF7">
      <w:pPr>
        <w:spacing w:after="60" w:line="264" w:lineRule="auto"/>
      </w:pPr>
      <w:r>
        <w:rPr>
          <w:rFonts w:ascii="Calibri" w:eastAsia="Calibri" w:hAnsi="Calibri" w:cs="Calibri"/>
          <w:b/>
          <w:color w:val="1F3A5F"/>
          <w:sz w:val="26"/>
        </w:rPr>
        <w:t>Checklist</w:t>
      </w:r>
    </w:p>
    <w:p w14:paraId="66F1CA93" w14:textId="77777777" w:rsidR="002321DE" w:rsidRDefault="00B57BF7">
      <w:pPr>
        <w:spacing w:after="40" w:line="264" w:lineRule="auto"/>
      </w:pPr>
      <w:r>
        <w:rPr>
          <w:rFonts w:ascii="Segoe UI Symbol" w:eastAsia="Segoe UI Symbol" w:hAnsi="Segoe UI Symbol" w:cs="Segoe UI Symbol"/>
          <w:color w:val="1F3A5F"/>
          <w:sz w:val="24"/>
        </w:rPr>
        <w:t xml:space="preserve">☐  </w:t>
      </w:r>
      <w:r>
        <w:rPr>
          <w:rFonts w:eastAsia="Georgia" w:cs="Georgia"/>
          <w:color w:val="222222"/>
          <w:sz w:val="21"/>
        </w:rPr>
        <w:t>My cover page is filled in and has a picture of my hero.</w:t>
      </w:r>
    </w:p>
    <w:p w14:paraId="64F55A78" w14:textId="77777777" w:rsidR="002321DE" w:rsidRDefault="00B57BF7">
      <w:pPr>
        <w:spacing w:after="40" w:line="264" w:lineRule="auto"/>
      </w:pPr>
      <w:r>
        <w:rPr>
          <w:rFonts w:ascii="Segoe UI Symbol" w:eastAsia="Segoe UI Symbol" w:hAnsi="Segoe UI Symbol" w:cs="Segoe UI Symbol"/>
          <w:color w:val="1F3A5F"/>
          <w:sz w:val="24"/>
        </w:rPr>
        <w:t xml:space="preserve">☐  </w:t>
      </w:r>
      <w:r>
        <w:rPr>
          <w:rFonts w:eastAsia="Georgia" w:cs="Georgia"/>
          <w:color w:val="222222"/>
          <w:sz w:val="21"/>
        </w:rPr>
        <w:t>My spine label is filled in (optional).</w:t>
      </w:r>
    </w:p>
    <w:p w14:paraId="339C8B1B" w14:textId="77777777" w:rsidR="002321DE" w:rsidRDefault="00B57BF7">
      <w:pPr>
        <w:spacing w:after="40" w:line="264" w:lineRule="auto"/>
      </w:pPr>
      <w:r>
        <w:rPr>
          <w:rFonts w:ascii="Segoe UI Symbol" w:eastAsia="Segoe UI Symbol" w:hAnsi="Segoe UI Symbol" w:cs="Segoe UI Symbol"/>
          <w:color w:val="1F3A5F"/>
          <w:sz w:val="24"/>
        </w:rPr>
        <w:t xml:space="preserve">☐  </w:t>
      </w:r>
      <w:r>
        <w:rPr>
          <w:rFonts w:eastAsia="Georgia" w:cs="Georgia"/>
          <w:color w:val="222222"/>
          <w:sz w:val="21"/>
        </w:rPr>
        <w:t>My four section dividers are in order and decorated.</w:t>
      </w:r>
    </w:p>
    <w:p w14:paraId="179158A9" w14:textId="77777777" w:rsidR="002321DE" w:rsidRDefault="00B57BF7">
      <w:pPr>
        <w:spacing w:after="40" w:line="264" w:lineRule="auto"/>
      </w:pPr>
      <w:r>
        <w:rPr>
          <w:rFonts w:ascii="Segoe UI Symbol" w:eastAsia="Segoe UI Symbol" w:hAnsi="Segoe UI Symbol" w:cs="Segoe UI Symbol"/>
          <w:color w:val="1F3A5F"/>
          <w:sz w:val="24"/>
        </w:rPr>
        <w:t xml:space="preserve">☐  </w:t>
      </w:r>
      <w:r>
        <w:rPr>
          <w:rFonts w:eastAsia="Georgia" w:cs="Georgia"/>
          <w:color w:val="222222"/>
          <w:sz w:val="21"/>
        </w:rPr>
        <w:t>My Step 2 and Step 3 pages are at the front of my binder.</w:t>
      </w:r>
    </w:p>
    <w:p w14:paraId="3E031AAB" w14:textId="77777777" w:rsidR="002321DE" w:rsidRDefault="002321DE">
      <w:pPr>
        <w:spacing w:after="20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944"/>
        <w:gridCol w:w="6552"/>
        <w:gridCol w:w="1584"/>
      </w:tblGrid>
      <w:tr w:rsidR="0075185D" w14:paraId="43CA39A7" w14:textId="77777777">
        <w:tc>
          <w:tcPr>
            <w:tcW w:w="1944" w:type="dxa"/>
            <w:shd w:val="clear" w:color="auto" w:fill="1F3A5F"/>
            <w:tcMar>
              <w:top w:w="50" w:type="dxa"/>
              <w:left w:w="100" w:type="dxa"/>
              <w:bottom w:w="50" w:type="dxa"/>
              <w:right w:w="100" w:type="dxa"/>
            </w:tcMar>
          </w:tcPr>
          <w:p w14:paraId="1822F2B5" w14:textId="77777777" w:rsidR="002321DE" w:rsidRDefault="00B57BF7">
            <w:r>
              <w:rPr>
                <w:rFonts w:ascii="Calibri" w:eastAsia="Calibri" w:hAnsi="Calibri" w:cs="Calibri"/>
                <w:b/>
                <w:color w:val="FFFFFF"/>
                <w:sz w:val="20"/>
              </w:rPr>
              <w:t>Section</w:t>
            </w:r>
          </w:p>
        </w:tc>
        <w:tc>
          <w:tcPr>
            <w:tcW w:w="6552" w:type="dxa"/>
            <w:shd w:val="clear" w:color="auto" w:fill="1F3A5F"/>
            <w:tcMar>
              <w:top w:w="50" w:type="dxa"/>
              <w:left w:w="100" w:type="dxa"/>
              <w:bottom w:w="50" w:type="dxa"/>
              <w:right w:w="100" w:type="dxa"/>
            </w:tcMar>
          </w:tcPr>
          <w:p w14:paraId="0FC5C267" w14:textId="77777777" w:rsidR="002321DE" w:rsidRDefault="00B57BF7">
            <w:r>
              <w:rPr>
                <w:rFonts w:ascii="Calibri" w:eastAsia="Calibri" w:hAnsi="Calibri" w:cs="Calibri"/>
                <w:b/>
                <w:color w:val="FFFFFF"/>
                <w:sz w:val="20"/>
              </w:rPr>
              <w:t>What goes in it</w:t>
            </w:r>
          </w:p>
        </w:tc>
        <w:tc>
          <w:tcPr>
            <w:tcW w:w="1584" w:type="dxa"/>
            <w:shd w:val="clear" w:color="auto" w:fill="1F3A5F"/>
            <w:tcMar>
              <w:top w:w="50" w:type="dxa"/>
              <w:left w:w="100" w:type="dxa"/>
              <w:bottom w:w="50" w:type="dxa"/>
              <w:right w:w="100" w:type="dxa"/>
            </w:tcMar>
          </w:tcPr>
          <w:p w14:paraId="30BFA92F" w14:textId="77777777" w:rsidR="002321DE" w:rsidRDefault="00B57BF7">
            <w:r>
              <w:rPr>
                <w:rFonts w:ascii="Calibri" w:eastAsia="Calibri" w:hAnsi="Calibri" w:cs="Calibri"/>
                <w:b/>
                <w:color w:val="FFFFFF"/>
                <w:sz w:val="20"/>
              </w:rPr>
              <w:t>Steps</w:t>
            </w:r>
          </w:p>
        </w:tc>
      </w:tr>
      <w:tr w:rsidR="0075185D" w14:paraId="60213DAA" w14:textId="77777777">
        <w:tc>
          <w:tcPr>
            <w:tcW w:w="1944" w:type="dxa"/>
            <w:shd w:val="clear" w:color="auto" w:fill="F4F7FA"/>
            <w:tcMar>
              <w:top w:w="50" w:type="dxa"/>
              <w:left w:w="100" w:type="dxa"/>
              <w:bottom w:w="50" w:type="dxa"/>
              <w:right w:w="100" w:type="dxa"/>
            </w:tcMar>
          </w:tcPr>
          <w:p w14:paraId="4012A3BE" w14:textId="77777777" w:rsidR="002321DE" w:rsidRDefault="00B57BF7">
            <w:r>
              <w:rPr>
                <w:rFonts w:ascii="Calibri" w:eastAsia="Calibri" w:hAnsi="Calibri" w:cs="Calibri"/>
                <w:b/>
                <w:color w:val="1F3A5F"/>
                <w:sz w:val="20"/>
              </w:rPr>
              <w:t>Front</w:t>
            </w:r>
          </w:p>
        </w:tc>
        <w:tc>
          <w:tcPr>
            <w:tcW w:w="6552" w:type="dxa"/>
            <w:tcMar>
              <w:top w:w="50" w:type="dxa"/>
              <w:left w:w="100" w:type="dxa"/>
              <w:bottom w:w="50" w:type="dxa"/>
              <w:right w:w="100" w:type="dxa"/>
            </w:tcMar>
          </w:tcPr>
          <w:p w14:paraId="26209554" w14:textId="77777777" w:rsidR="002321DE" w:rsidRDefault="00B57BF7">
            <w:r>
              <w:rPr>
                <w:rFonts w:ascii="Calibri" w:eastAsia="Calibri" w:hAnsi="Calibri" w:cs="Calibri"/>
                <w:color w:val="222222"/>
                <w:sz w:val="20"/>
              </w:rPr>
              <w:t>Cover, dedication page, table of contents, Hero Choice pages</w:t>
            </w:r>
          </w:p>
        </w:tc>
        <w:tc>
          <w:tcPr>
            <w:tcW w:w="1584" w:type="dxa"/>
            <w:tcMar>
              <w:top w:w="50" w:type="dxa"/>
              <w:left w:w="100" w:type="dxa"/>
              <w:bottom w:w="50" w:type="dxa"/>
              <w:right w:w="100" w:type="dxa"/>
            </w:tcMar>
          </w:tcPr>
          <w:p w14:paraId="4B0D812B" w14:textId="77777777" w:rsidR="002321DE" w:rsidRDefault="00B57BF7">
            <w:r>
              <w:rPr>
                <w:rFonts w:ascii="Calibri" w:eastAsia="Calibri" w:hAnsi="Calibri" w:cs="Calibri"/>
                <w:color w:val="222222"/>
                <w:sz w:val="20"/>
              </w:rPr>
              <w:t>1–4, 30</w:t>
            </w:r>
          </w:p>
        </w:tc>
      </w:tr>
      <w:tr w:rsidR="0075185D" w14:paraId="203BE676" w14:textId="77777777">
        <w:tc>
          <w:tcPr>
            <w:tcW w:w="1944" w:type="dxa"/>
            <w:shd w:val="clear" w:color="auto" w:fill="F4F7FA"/>
            <w:tcMar>
              <w:top w:w="50" w:type="dxa"/>
              <w:left w:w="100" w:type="dxa"/>
              <w:bottom w:w="50" w:type="dxa"/>
              <w:right w:w="100" w:type="dxa"/>
            </w:tcMar>
          </w:tcPr>
          <w:p w14:paraId="764783F0" w14:textId="77777777" w:rsidR="002321DE" w:rsidRDefault="00B57BF7">
            <w:r>
              <w:rPr>
                <w:rFonts w:ascii="Calibri" w:eastAsia="Calibri" w:hAnsi="Calibri" w:cs="Calibri"/>
                <w:b/>
                <w:color w:val="1F3A5F"/>
                <w:sz w:val="20"/>
              </w:rPr>
              <w:t>Research</w:t>
            </w:r>
          </w:p>
        </w:tc>
        <w:tc>
          <w:tcPr>
            <w:tcW w:w="6552" w:type="dxa"/>
            <w:tcMar>
              <w:top w:w="50" w:type="dxa"/>
              <w:left w:w="100" w:type="dxa"/>
              <w:bottom w:w="50" w:type="dxa"/>
              <w:right w:w="100" w:type="dxa"/>
            </w:tcMar>
          </w:tcPr>
          <w:p w14:paraId="309D7E95" w14:textId="77777777" w:rsidR="002321DE" w:rsidRDefault="00B57BF7">
            <w:r>
              <w:rPr>
                <w:rFonts w:ascii="Calibri" w:eastAsia="Calibri" w:hAnsi="Calibri" w:cs="Calibri"/>
                <w:color w:val="222222"/>
                <w:sz w:val="20"/>
              </w:rPr>
              <w:t>Hero Notes, Timeline, My Sources, Tell It Back sign-off</w:t>
            </w:r>
          </w:p>
        </w:tc>
        <w:tc>
          <w:tcPr>
            <w:tcW w:w="1584" w:type="dxa"/>
            <w:tcMar>
              <w:top w:w="50" w:type="dxa"/>
              <w:left w:w="100" w:type="dxa"/>
              <w:bottom w:w="50" w:type="dxa"/>
              <w:right w:w="100" w:type="dxa"/>
            </w:tcMar>
          </w:tcPr>
          <w:p w14:paraId="250DDF4A" w14:textId="77777777" w:rsidR="002321DE" w:rsidRDefault="00B57BF7">
            <w:r>
              <w:rPr>
                <w:rFonts w:ascii="Calibri" w:eastAsia="Calibri" w:hAnsi="Calibri" w:cs="Calibri"/>
                <w:color w:val="222222"/>
                <w:sz w:val="20"/>
              </w:rPr>
              <w:t>5–11</w:t>
            </w:r>
          </w:p>
        </w:tc>
      </w:tr>
      <w:tr w:rsidR="0075185D" w14:paraId="26C0CF6C" w14:textId="77777777">
        <w:tc>
          <w:tcPr>
            <w:tcW w:w="1944" w:type="dxa"/>
            <w:shd w:val="clear" w:color="auto" w:fill="F4F7FA"/>
            <w:tcMar>
              <w:top w:w="50" w:type="dxa"/>
              <w:left w:w="100" w:type="dxa"/>
              <w:bottom w:w="50" w:type="dxa"/>
              <w:right w:w="100" w:type="dxa"/>
            </w:tcMar>
          </w:tcPr>
          <w:p w14:paraId="350508C5" w14:textId="77777777" w:rsidR="002321DE" w:rsidRDefault="00B57BF7">
            <w:r>
              <w:rPr>
                <w:rFonts w:ascii="Calibri" w:eastAsia="Calibri" w:hAnsi="Calibri" w:cs="Calibri"/>
                <w:b/>
                <w:color w:val="1F3A5F"/>
                <w:sz w:val="20"/>
              </w:rPr>
              <w:t>Reason</w:t>
            </w:r>
          </w:p>
        </w:tc>
        <w:tc>
          <w:tcPr>
            <w:tcW w:w="6552" w:type="dxa"/>
            <w:tcMar>
              <w:top w:w="50" w:type="dxa"/>
              <w:left w:w="100" w:type="dxa"/>
              <w:bottom w:w="50" w:type="dxa"/>
              <w:right w:w="100" w:type="dxa"/>
            </w:tcMar>
          </w:tcPr>
          <w:p w14:paraId="1D2E477C" w14:textId="77777777" w:rsidR="002321DE" w:rsidRDefault="00B57BF7">
            <w:r>
              <w:rPr>
                <w:rFonts w:ascii="Calibri" w:eastAsia="Calibri" w:hAnsi="Calibri" w:cs="Calibri"/>
                <w:color w:val="222222"/>
                <w:sz w:val="20"/>
              </w:rPr>
              <w:t>Character Chart, Christlike Attribute, Favorite Story, Most Important Truths, How My Hero Moved Forward the Cause of Christ</w:t>
            </w:r>
          </w:p>
        </w:tc>
        <w:tc>
          <w:tcPr>
            <w:tcW w:w="1584" w:type="dxa"/>
            <w:tcMar>
              <w:top w:w="50" w:type="dxa"/>
              <w:left w:w="100" w:type="dxa"/>
              <w:bottom w:w="50" w:type="dxa"/>
              <w:right w:w="100" w:type="dxa"/>
            </w:tcMar>
          </w:tcPr>
          <w:p w14:paraId="13791254" w14:textId="77777777" w:rsidR="002321DE" w:rsidRDefault="00B57BF7">
            <w:r>
              <w:rPr>
                <w:rFonts w:ascii="Calibri" w:eastAsia="Calibri" w:hAnsi="Calibri" w:cs="Calibri"/>
                <w:color w:val="222222"/>
                <w:sz w:val="20"/>
              </w:rPr>
              <w:t>12–17</w:t>
            </w:r>
          </w:p>
        </w:tc>
      </w:tr>
      <w:tr w:rsidR="0075185D" w14:paraId="137941A2" w14:textId="77777777">
        <w:tc>
          <w:tcPr>
            <w:tcW w:w="1944" w:type="dxa"/>
            <w:shd w:val="clear" w:color="auto" w:fill="F4F7FA"/>
            <w:tcMar>
              <w:top w:w="50" w:type="dxa"/>
              <w:left w:w="100" w:type="dxa"/>
              <w:bottom w:w="50" w:type="dxa"/>
              <w:right w:w="100" w:type="dxa"/>
            </w:tcMar>
          </w:tcPr>
          <w:p w14:paraId="4DE230D5" w14:textId="77777777" w:rsidR="002321DE" w:rsidRDefault="00B57BF7">
            <w:r>
              <w:rPr>
                <w:rFonts w:ascii="Calibri" w:eastAsia="Calibri" w:hAnsi="Calibri" w:cs="Calibri"/>
                <w:b/>
                <w:color w:val="1F3A5F"/>
                <w:sz w:val="20"/>
              </w:rPr>
              <w:t>Relate</w:t>
            </w:r>
          </w:p>
        </w:tc>
        <w:tc>
          <w:tcPr>
            <w:tcW w:w="6552" w:type="dxa"/>
            <w:tcMar>
              <w:top w:w="50" w:type="dxa"/>
              <w:left w:w="100" w:type="dxa"/>
              <w:bottom w:w="50" w:type="dxa"/>
              <w:right w:w="100" w:type="dxa"/>
            </w:tcMar>
          </w:tcPr>
          <w:p w14:paraId="797849F8" w14:textId="77777777" w:rsidR="002321DE" w:rsidRDefault="00B57BF7">
            <w:r>
              <w:rPr>
                <w:rFonts w:ascii="Calibri" w:eastAsia="Calibri" w:hAnsi="Calibri" w:cs="Calibri"/>
                <w:color w:val="222222"/>
                <w:sz w:val="20"/>
              </w:rPr>
              <w:t>Favorite Quotes, Attribute Goal, Service Plan</w:t>
            </w:r>
          </w:p>
        </w:tc>
        <w:tc>
          <w:tcPr>
            <w:tcW w:w="1584" w:type="dxa"/>
            <w:tcMar>
              <w:top w:w="50" w:type="dxa"/>
              <w:left w:w="100" w:type="dxa"/>
              <w:bottom w:w="50" w:type="dxa"/>
              <w:right w:w="100" w:type="dxa"/>
            </w:tcMar>
          </w:tcPr>
          <w:p w14:paraId="16BAB332" w14:textId="77777777" w:rsidR="002321DE" w:rsidRDefault="00B57BF7">
            <w:r>
              <w:rPr>
                <w:rFonts w:ascii="Calibri" w:eastAsia="Calibri" w:hAnsi="Calibri" w:cs="Calibri"/>
                <w:color w:val="222222"/>
                <w:sz w:val="20"/>
              </w:rPr>
              <w:t>18–22</w:t>
            </w:r>
          </w:p>
        </w:tc>
      </w:tr>
      <w:tr w:rsidR="0075185D" w14:paraId="2DFA7CDF" w14:textId="77777777">
        <w:tc>
          <w:tcPr>
            <w:tcW w:w="1944" w:type="dxa"/>
            <w:shd w:val="clear" w:color="auto" w:fill="F4F7FA"/>
            <w:tcMar>
              <w:top w:w="50" w:type="dxa"/>
              <w:left w:w="100" w:type="dxa"/>
              <w:bottom w:w="50" w:type="dxa"/>
              <w:right w:w="100" w:type="dxa"/>
            </w:tcMar>
          </w:tcPr>
          <w:p w14:paraId="2DD7ADBB" w14:textId="77777777" w:rsidR="002321DE" w:rsidRDefault="00B57BF7">
            <w:r>
              <w:rPr>
                <w:rFonts w:ascii="Calibri" w:eastAsia="Calibri" w:hAnsi="Calibri" w:cs="Calibri"/>
                <w:b/>
                <w:color w:val="1F3A5F"/>
                <w:sz w:val="20"/>
              </w:rPr>
              <w:t>Record</w:t>
            </w:r>
          </w:p>
        </w:tc>
        <w:tc>
          <w:tcPr>
            <w:tcW w:w="6552" w:type="dxa"/>
            <w:tcMar>
              <w:top w:w="50" w:type="dxa"/>
              <w:left w:w="100" w:type="dxa"/>
              <w:bottom w:w="50" w:type="dxa"/>
              <w:right w:w="100" w:type="dxa"/>
            </w:tcMar>
          </w:tcPr>
          <w:p w14:paraId="4630BC85" w14:textId="77777777" w:rsidR="002321DE" w:rsidRDefault="00B57BF7">
            <w:r>
              <w:rPr>
                <w:rFonts w:ascii="Calibri" w:eastAsia="Calibri" w:hAnsi="Calibri" w:cs="Calibri"/>
                <w:color w:val="222222"/>
                <w:sz w:val="20"/>
              </w:rPr>
              <w:t>Service Report, Memorization, Creative Tribute, Me and the Cause of Christ, What I Have Better Mastered</w:t>
            </w:r>
          </w:p>
        </w:tc>
        <w:tc>
          <w:tcPr>
            <w:tcW w:w="1584" w:type="dxa"/>
            <w:tcMar>
              <w:top w:w="50" w:type="dxa"/>
              <w:left w:w="100" w:type="dxa"/>
              <w:bottom w:w="50" w:type="dxa"/>
              <w:right w:w="100" w:type="dxa"/>
            </w:tcMar>
          </w:tcPr>
          <w:p w14:paraId="56BD0F22" w14:textId="77777777" w:rsidR="002321DE" w:rsidRDefault="00B57BF7">
            <w:r>
              <w:rPr>
                <w:rFonts w:ascii="Calibri" w:eastAsia="Calibri" w:hAnsi="Calibri" w:cs="Calibri"/>
                <w:color w:val="222222"/>
                <w:sz w:val="20"/>
              </w:rPr>
              <w:t>23–29</w:t>
            </w:r>
          </w:p>
        </w:tc>
      </w:tr>
    </w:tbl>
    <w:p w14:paraId="7D95319A" w14:textId="77777777" w:rsidR="002321DE" w:rsidRDefault="002321DE">
      <w:pPr>
        <w:spacing w:line="20" w:lineRule="exact"/>
        <w:rPr>
          <w:sz w:val="2"/>
        </w:rPr>
        <w:sectPr w:rsidR="002321DE">
          <w:footerReference w:type="default" r:id="rId9"/>
          <w:pgSz w:w="12240" w:h="15840"/>
          <w:pgMar w:top="864" w:right="1080" w:bottom="864" w:left="1080" w:header="720" w:footer="720" w:gutter="0"/>
          <w:cols w:space="720"/>
          <w:docGrid w:linePitch="360"/>
        </w:sectPr>
      </w:pPr>
    </w:p>
    <w:p w14:paraId="5F9CE2CB" w14:textId="77777777" w:rsidR="002321DE" w:rsidRDefault="00B57BF7">
      <w:pPr>
        <w:spacing w:before="200"/>
        <w:jc w:val="center"/>
      </w:pPr>
      <w:r>
        <w:rPr>
          <w:rFonts w:ascii="Calibri" w:eastAsia="Calibri" w:hAnsi="Calibri" w:cs="Calibri"/>
          <w:b/>
          <w:color w:val="595959"/>
        </w:rPr>
        <w:lastRenderedPageBreak/>
        <w:t>AMERICAN HERITAGE WORLDWIDE</w:t>
      </w:r>
    </w:p>
    <w:p w14:paraId="20B57DB5" w14:textId="77777777" w:rsidR="002321DE" w:rsidRDefault="00B57BF7">
      <w:pPr>
        <w:spacing w:after="40"/>
        <w:jc w:val="center"/>
      </w:pPr>
      <w:r>
        <w:rPr>
          <w:rFonts w:ascii="Calibri" w:eastAsia="Calibri" w:hAnsi="Calibri" w:cs="Calibri"/>
          <w:b/>
          <w:color w:val="1F3A5F"/>
          <w:sz w:val="88"/>
        </w:rPr>
        <w:t>Master Project</w:t>
      </w:r>
    </w:p>
    <w:p w14:paraId="6DA45B2C" w14:textId="77777777" w:rsidR="002321DE" w:rsidRDefault="00B57BF7">
      <w:pPr>
        <w:spacing w:after="280"/>
        <w:jc w:val="center"/>
      </w:pPr>
      <w:r>
        <w:rPr>
          <w:rFonts w:ascii="Calibri" w:eastAsia="Calibri" w:hAnsi="Calibri" w:cs="Calibri"/>
          <w:color w:val="9B2C2C"/>
          <w:sz w:val="26"/>
        </w:rPr>
        <w:t>Research  ·  Reason  ·  Relate  ·  Record</w:t>
      </w:r>
    </w:p>
    <w:tbl>
      <w:tblPr>
        <w:tblW w:w="10080" w:type="dxa"/>
        <w:tblBorders>
          <w:top w:val="single" w:sz="18" w:space="0" w:color="1F3A5F"/>
          <w:left w:val="single" w:sz="18" w:space="0" w:color="1F3A5F"/>
          <w:bottom w:val="single" w:sz="18" w:space="0" w:color="1F3A5F"/>
          <w:right w:val="single" w:sz="18" w:space="0" w:color="1F3A5F"/>
          <w:insideH w:val="nil"/>
          <w:insideV w:val="nil"/>
        </w:tblBorders>
        <w:tblLayout w:type="fixed"/>
        <w:tblLook w:val="04A0" w:firstRow="1" w:lastRow="0" w:firstColumn="1" w:lastColumn="0" w:noHBand="0" w:noVBand="1"/>
      </w:tblPr>
      <w:tblGrid>
        <w:gridCol w:w="10080"/>
      </w:tblGrid>
      <w:tr w:rsidR="0075185D" w14:paraId="2ADD3B1E" w14:textId="77777777">
        <w:trPr>
          <w:trHeight w:val="7488"/>
        </w:trPr>
        <w:tc>
          <w:tcPr>
            <w:tcW w:w="10080" w:type="dxa"/>
            <w:vAlign w:val="center"/>
          </w:tcPr>
          <w:p w14:paraId="554A9FB1" w14:textId="77777777" w:rsidR="002321DE" w:rsidRDefault="00B57BF7">
            <w:pPr>
              <w:jc w:val="center"/>
            </w:pPr>
            <w:r>
              <w:rPr>
                <w:rFonts w:ascii="Calibri" w:eastAsia="Calibri" w:hAnsi="Calibri" w:cs="Calibri"/>
                <w:i/>
                <w:color w:val="B0B8C2"/>
              </w:rPr>
              <w:t>Picture of my hero</w:t>
            </w:r>
          </w:p>
        </w:tc>
      </w:tr>
    </w:tbl>
    <w:p w14:paraId="0431C45F" w14:textId="77777777" w:rsidR="002321DE" w:rsidRDefault="002321DE">
      <w:pPr>
        <w:spacing w:after="120"/>
      </w:pPr>
    </w:p>
    <w:tbl>
      <w:tblPr>
        <w:tblW w:w="10080" w:type="dxa"/>
        <w:tblBorders>
          <w:top w:val="single" w:sz="8" w:space="0" w:color="9FB3C8"/>
          <w:left w:val="single" w:sz="8" w:space="0" w:color="9FB3C8"/>
          <w:bottom w:val="single" w:sz="8" w:space="0" w:color="9FB3C8"/>
          <w:right w:val="single" w:sz="8" w:space="0" w:color="9FB3C8"/>
          <w:insideH w:val="single" w:sz="8" w:space="0" w:color="9FB3C8"/>
          <w:insideV w:val="single" w:sz="8" w:space="0" w:color="9FB3C8"/>
        </w:tblBorders>
        <w:tblLayout w:type="fixed"/>
        <w:tblLook w:val="04A0" w:firstRow="1" w:lastRow="0" w:firstColumn="1" w:lastColumn="0" w:noHBand="0" w:noVBand="1"/>
      </w:tblPr>
      <w:tblGrid>
        <w:gridCol w:w="2304"/>
        <w:gridCol w:w="7776"/>
      </w:tblGrid>
      <w:tr w:rsidR="0075185D" w14:paraId="378EB12B" w14:textId="77777777">
        <w:trPr>
          <w:trHeight w:val="792"/>
        </w:trPr>
        <w:tc>
          <w:tcPr>
            <w:tcW w:w="2304" w:type="dxa"/>
            <w:shd w:val="clear" w:color="auto" w:fill="E8EEF5"/>
            <w:tcMar>
              <w:top w:w="60" w:type="dxa"/>
              <w:left w:w="140" w:type="dxa"/>
              <w:bottom w:w="60" w:type="dxa"/>
              <w:right w:w="100" w:type="dxa"/>
            </w:tcMar>
            <w:vAlign w:val="center"/>
          </w:tcPr>
          <w:p w14:paraId="04471528" w14:textId="77777777" w:rsidR="002321DE" w:rsidRDefault="00B57BF7">
            <w:r>
              <w:rPr>
                <w:rFonts w:ascii="Calibri" w:eastAsia="Calibri" w:hAnsi="Calibri" w:cs="Calibri"/>
                <w:b/>
                <w:color w:val="1F3A5F"/>
                <w:sz w:val="26"/>
              </w:rPr>
              <w:t>My Hero</w:t>
            </w:r>
          </w:p>
        </w:tc>
        <w:tc>
          <w:tcPr>
            <w:tcW w:w="7776" w:type="dxa"/>
          </w:tcPr>
          <w:p w14:paraId="36034C30" w14:textId="77777777" w:rsidR="002321DE" w:rsidRDefault="002321DE"/>
        </w:tc>
      </w:tr>
    </w:tbl>
    <w:p w14:paraId="782F8F64" w14:textId="77777777" w:rsidR="002321DE" w:rsidRDefault="002321DE">
      <w:pPr>
        <w:spacing w:after="40"/>
      </w:pPr>
    </w:p>
    <w:tbl>
      <w:tblPr>
        <w:tblW w:w="10080" w:type="dxa"/>
        <w:tblBorders>
          <w:top w:val="single" w:sz="8" w:space="0" w:color="9FB3C8"/>
          <w:left w:val="single" w:sz="8" w:space="0" w:color="9FB3C8"/>
          <w:bottom w:val="single" w:sz="8" w:space="0" w:color="9FB3C8"/>
          <w:right w:val="single" w:sz="8" w:space="0" w:color="9FB3C8"/>
          <w:insideH w:val="single" w:sz="8" w:space="0" w:color="9FB3C8"/>
          <w:insideV w:val="single" w:sz="8" w:space="0" w:color="9FB3C8"/>
        </w:tblBorders>
        <w:tblLayout w:type="fixed"/>
        <w:tblLook w:val="04A0" w:firstRow="1" w:lastRow="0" w:firstColumn="1" w:lastColumn="0" w:noHBand="0" w:noVBand="1"/>
      </w:tblPr>
      <w:tblGrid>
        <w:gridCol w:w="2304"/>
        <w:gridCol w:w="7776"/>
      </w:tblGrid>
      <w:tr w:rsidR="0075185D" w14:paraId="006A5D3F" w14:textId="77777777">
        <w:trPr>
          <w:trHeight w:val="792"/>
        </w:trPr>
        <w:tc>
          <w:tcPr>
            <w:tcW w:w="2304" w:type="dxa"/>
            <w:shd w:val="clear" w:color="auto" w:fill="E8EEF5"/>
            <w:tcMar>
              <w:top w:w="60" w:type="dxa"/>
              <w:left w:w="140" w:type="dxa"/>
              <w:bottom w:w="60" w:type="dxa"/>
              <w:right w:w="100" w:type="dxa"/>
            </w:tcMar>
            <w:vAlign w:val="center"/>
          </w:tcPr>
          <w:p w14:paraId="539CE830" w14:textId="77777777" w:rsidR="002321DE" w:rsidRDefault="00B57BF7">
            <w:r>
              <w:rPr>
                <w:rFonts w:ascii="Calibri" w:eastAsia="Calibri" w:hAnsi="Calibri" w:cs="Calibri"/>
                <w:b/>
                <w:color w:val="1F3A5F"/>
                <w:sz w:val="26"/>
              </w:rPr>
              <w:t>Scholar Name</w:t>
            </w:r>
          </w:p>
        </w:tc>
        <w:tc>
          <w:tcPr>
            <w:tcW w:w="7776" w:type="dxa"/>
          </w:tcPr>
          <w:p w14:paraId="458452D4" w14:textId="77777777" w:rsidR="002321DE" w:rsidRDefault="002321DE"/>
        </w:tc>
      </w:tr>
    </w:tbl>
    <w:p w14:paraId="0B87DF48" w14:textId="77777777" w:rsidR="002321DE" w:rsidRDefault="002321DE">
      <w:pPr>
        <w:spacing w:after="40"/>
      </w:pPr>
    </w:p>
    <w:tbl>
      <w:tblPr>
        <w:tblW w:w="10080" w:type="dxa"/>
        <w:tblBorders>
          <w:top w:val="single" w:sz="8" w:space="0" w:color="9FB3C8"/>
          <w:left w:val="single" w:sz="8" w:space="0" w:color="9FB3C8"/>
          <w:bottom w:val="single" w:sz="8" w:space="0" w:color="9FB3C8"/>
          <w:right w:val="single" w:sz="8" w:space="0" w:color="9FB3C8"/>
          <w:insideH w:val="single" w:sz="8" w:space="0" w:color="9FB3C8"/>
          <w:insideV w:val="single" w:sz="8" w:space="0" w:color="9FB3C8"/>
        </w:tblBorders>
        <w:tblLayout w:type="fixed"/>
        <w:tblLook w:val="04A0" w:firstRow="1" w:lastRow="0" w:firstColumn="1" w:lastColumn="0" w:noHBand="0" w:noVBand="1"/>
      </w:tblPr>
      <w:tblGrid>
        <w:gridCol w:w="2304"/>
        <w:gridCol w:w="7776"/>
      </w:tblGrid>
      <w:tr w:rsidR="0075185D" w14:paraId="569ADC68" w14:textId="77777777">
        <w:trPr>
          <w:trHeight w:val="792"/>
        </w:trPr>
        <w:tc>
          <w:tcPr>
            <w:tcW w:w="2304" w:type="dxa"/>
            <w:shd w:val="clear" w:color="auto" w:fill="E8EEF5"/>
            <w:tcMar>
              <w:top w:w="60" w:type="dxa"/>
              <w:left w:w="140" w:type="dxa"/>
              <w:bottom w:w="60" w:type="dxa"/>
              <w:right w:w="100" w:type="dxa"/>
            </w:tcMar>
            <w:vAlign w:val="center"/>
          </w:tcPr>
          <w:p w14:paraId="768D72C5" w14:textId="77777777" w:rsidR="002321DE" w:rsidRDefault="00B57BF7">
            <w:r>
              <w:rPr>
                <w:rFonts w:ascii="Calibri" w:eastAsia="Calibri" w:hAnsi="Calibri" w:cs="Calibri"/>
                <w:b/>
                <w:color w:val="1F3A5F"/>
                <w:sz w:val="26"/>
              </w:rPr>
              <w:t>School Year</w:t>
            </w:r>
          </w:p>
        </w:tc>
        <w:tc>
          <w:tcPr>
            <w:tcW w:w="7776" w:type="dxa"/>
          </w:tcPr>
          <w:p w14:paraId="2B78DBF4" w14:textId="77777777" w:rsidR="002321DE" w:rsidRDefault="002321DE"/>
        </w:tc>
      </w:tr>
    </w:tbl>
    <w:p w14:paraId="0E06678A" w14:textId="77777777" w:rsidR="002321DE" w:rsidRDefault="002321DE">
      <w:pPr>
        <w:spacing w:line="20" w:lineRule="exact"/>
        <w:rPr>
          <w:sz w:val="2"/>
        </w:rPr>
        <w:sectPr w:rsidR="002321DE">
          <w:pgSz w:w="12240" w:h="15840"/>
          <w:pgMar w:top="864" w:right="1080" w:bottom="864" w:left="1080" w:header="720" w:footer="720" w:gutter="0"/>
          <w:cols w:space="720"/>
          <w:docGrid w:linePitch="360"/>
        </w:sectPr>
      </w:pPr>
    </w:p>
    <w:p w14:paraId="26BEBFDF" w14:textId="77777777" w:rsidR="002321DE" w:rsidRDefault="00B57BF7" w:rsidP="003B0720">
      <w:r>
        <w:rPr>
          <w:rFonts w:ascii="Calibri" w:eastAsia="Calibri" w:hAnsi="Calibri" w:cs="Calibri"/>
          <w:b/>
          <w:color w:val="1F3A5F"/>
          <w:sz w:val="40"/>
        </w:rPr>
        <w:lastRenderedPageBreak/>
        <w:t>Spine Labels (Optional)</w:t>
      </w:r>
    </w:p>
    <w:tbl>
      <w:tblPr>
        <w:tblpPr w:leftFromText="180" w:rightFromText="180" w:vertAnchor="text" w:tblpY="1"/>
        <w:tblOverlap w:val="never"/>
        <w:tblW w:w="8208"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1440"/>
        <w:gridCol w:w="864"/>
        <w:gridCol w:w="2160"/>
        <w:gridCol w:w="864"/>
        <w:gridCol w:w="2880"/>
      </w:tblGrid>
      <w:tr w:rsidR="0075185D" w14:paraId="5F44796C" w14:textId="77777777" w:rsidTr="003B0720">
        <w:trPr>
          <w:trHeight w:val="432"/>
        </w:trPr>
        <w:tc>
          <w:tcPr>
            <w:tcW w:w="1440" w:type="dxa"/>
          </w:tcPr>
          <w:p w14:paraId="7ED3A453" w14:textId="77777777" w:rsidR="002321DE" w:rsidRDefault="00B57BF7" w:rsidP="003B0720">
            <w:pPr>
              <w:jc w:val="center"/>
            </w:pPr>
            <w:r>
              <w:rPr>
                <w:rFonts w:ascii="Calibri" w:eastAsia="Calibri" w:hAnsi="Calibri" w:cs="Calibri"/>
                <w:b/>
                <w:color w:val="595959"/>
                <w:sz w:val="18"/>
              </w:rPr>
              <w:t>1</w:t>
            </w:r>
            <w:r w:rsidR="00492164">
              <w:rPr>
                <w:rFonts w:ascii="Calibri" w:eastAsia="Calibri" w:hAnsi="Calibri" w:cs="Calibri"/>
                <w:b/>
                <w:color w:val="595959"/>
                <w:sz w:val="18"/>
              </w:rPr>
              <w:t>” Binders</w:t>
            </w:r>
          </w:p>
        </w:tc>
        <w:tc>
          <w:tcPr>
            <w:tcW w:w="864" w:type="dxa"/>
          </w:tcPr>
          <w:p w14:paraId="18540DF3" w14:textId="77777777" w:rsidR="002321DE" w:rsidRDefault="002321DE" w:rsidP="003B0720"/>
        </w:tc>
        <w:tc>
          <w:tcPr>
            <w:tcW w:w="2160" w:type="dxa"/>
          </w:tcPr>
          <w:p w14:paraId="6BA7D840" w14:textId="77777777" w:rsidR="002321DE" w:rsidRDefault="00B57BF7" w:rsidP="003B0720">
            <w:pPr>
              <w:jc w:val="center"/>
            </w:pPr>
            <w:r>
              <w:rPr>
                <w:rFonts w:ascii="Calibri" w:eastAsia="Calibri" w:hAnsi="Calibri" w:cs="Calibri"/>
                <w:b/>
                <w:color w:val="595959"/>
                <w:sz w:val="18"/>
              </w:rPr>
              <w:t>1½</w:t>
            </w:r>
            <w:r w:rsidR="00492164">
              <w:rPr>
                <w:rFonts w:ascii="Calibri" w:eastAsia="Calibri" w:hAnsi="Calibri" w:cs="Calibri"/>
                <w:b/>
                <w:color w:val="595959"/>
                <w:sz w:val="18"/>
              </w:rPr>
              <w:t>” Binders</w:t>
            </w:r>
          </w:p>
        </w:tc>
        <w:tc>
          <w:tcPr>
            <w:tcW w:w="864" w:type="dxa"/>
          </w:tcPr>
          <w:p w14:paraId="211FF933" w14:textId="77777777" w:rsidR="002321DE" w:rsidRDefault="002321DE" w:rsidP="003B0720"/>
        </w:tc>
        <w:tc>
          <w:tcPr>
            <w:tcW w:w="2880" w:type="dxa"/>
          </w:tcPr>
          <w:p w14:paraId="62A7ED38" w14:textId="77777777" w:rsidR="002321DE" w:rsidRDefault="00B57BF7" w:rsidP="003B0720">
            <w:pPr>
              <w:jc w:val="center"/>
            </w:pPr>
            <w:r>
              <w:rPr>
                <w:rFonts w:ascii="Calibri" w:eastAsia="Calibri" w:hAnsi="Calibri" w:cs="Calibri"/>
                <w:b/>
                <w:color w:val="595959"/>
                <w:sz w:val="18"/>
              </w:rPr>
              <w:t>2</w:t>
            </w:r>
            <w:r w:rsidR="00492164">
              <w:rPr>
                <w:rFonts w:ascii="Calibri" w:eastAsia="Calibri" w:hAnsi="Calibri" w:cs="Calibri"/>
                <w:b/>
                <w:color w:val="595959"/>
                <w:sz w:val="18"/>
              </w:rPr>
              <w:t>” Binders</w:t>
            </w:r>
          </w:p>
        </w:tc>
      </w:tr>
      <w:tr w:rsidR="0075185D" w14:paraId="77CBC26B" w14:textId="77777777" w:rsidTr="003B0720">
        <w:trPr>
          <w:trHeight w:val="2304"/>
        </w:trPr>
        <w:tc>
          <w:tcPr>
            <w:tcW w:w="1440" w:type="dxa"/>
            <w:tcBorders>
              <w:top w:val="single" w:sz="8" w:space="0" w:color="1F3A5F"/>
              <w:left w:val="single" w:sz="8" w:space="0" w:color="1F3A5F"/>
              <w:bottom w:val="single" w:sz="8" w:space="0" w:color="1F3A5F"/>
              <w:right w:val="single" w:sz="8" w:space="0" w:color="1F3A5F"/>
            </w:tcBorders>
            <w:shd w:val="clear" w:color="auto" w:fill="1F3A5F"/>
            <w:tcMar>
              <w:top w:w="80" w:type="dxa"/>
              <w:left w:w="60" w:type="dxa"/>
              <w:bottom w:w="80" w:type="dxa"/>
              <w:right w:w="60" w:type="dxa"/>
            </w:tcMar>
            <w:textDirection w:val="btLr"/>
            <w:vAlign w:val="center"/>
          </w:tcPr>
          <w:p w14:paraId="60F31CA4" w14:textId="77777777" w:rsidR="002321DE" w:rsidRDefault="00B57BF7" w:rsidP="003B0720">
            <w:pPr>
              <w:jc w:val="center"/>
            </w:pPr>
            <w:r>
              <w:rPr>
                <w:rFonts w:ascii="Calibri" w:eastAsia="Calibri" w:hAnsi="Calibri" w:cs="Calibri"/>
                <w:b/>
                <w:color w:val="FFFFFF"/>
                <w:sz w:val="32"/>
              </w:rPr>
              <w:t>MASTER PROJECT</w:t>
            </w:r>
          </w:p>
        </w:tc>
        <w:tc>
          <w:tcPr>
            <w:tcW w:w="864" w:type="dxa"/>
          </w:tcPr>
          <w:p w14:paraId="699EBBCF" w14:textId="77777777" w:rsidR="002321DE" w:rsidRDefault="002321DE" w:rsidP="003B0720"/>
        </w:tc>
        <w:tc>
          <w:tcPr>
            <w:tcW w:w="2160" w:type="dxa"/>
            <w:tcBorders>
              <w:top w:val="single" w:sz="8" w:space="0" w:color="1F3A5F"/>
              <w:left w:val="single" w:sz="8" w:space="0" w:color="1F3A5F"/>
              <w:bottom w:val="single" w:sz="8" w:space="0" w:color="1F3A5F"/>
              <w:right w:val="single" w:sz="8" w:space="0" w:color="1F3A5F"/>
            </w:tcBorders>
            <w:shd w:val="clear" w:color="auto" w:fill="1F3A5F"/>
            <w:tcMar>
              <w:top w:w="80" w:type="dxa"/>
              <w:left w:w="60" w:type="dxa"/>
              <w:bottom w:w="80" w:type="dxa"/>
              <w:right w:w="60" w:type="dxa"/>
            </w:tcMar>
            <w:textDirection w:val="btLr"/>
            <w:vAlign w:val="center"/>
          </w:tcPr>
          <w:p w14:paraId="0997D430" w14:textId="77777777" w:rsidR="002321DE" w:rsidRDefault="00B57BF7" w:rsidP="003B0720">
            <w:pPr>
              <w:jc w:val="center"/>
            </w:pPr>
            <w:r>
              <w:rPr>
                <w:rFonts w:ascii="Calibri" w:eastAsia="Calibri" w:hAnsi="Calibri" w:cs="Calibri"/>
                <w:b/>
                <w:color w:val="FFFFFF"/>
                <w:sz w:val="32"/>
              </w:rPr>
              <w:t>MASTER PROJECT</w:t>
            </w:r>
          </w:p>
        </w:tc>
        <w:tc>
          <w:tcPr>
            <w:tcW w:w="864" w:type="dxa"/>
          </w:tcPr>
          <w:p w14:paraId="20B3DCB4" w14:textId="77777777" w:rsidR="002321DE" w:rsidRDefault="002321DE" w:rsidP="003B0720"/>
        </w:tc>
        <w:tc>
          <w:tcPr>
            <w:tcW w:w="2880" w:type="dxa"/>
            <w:tcBorders>
              <w:top w:val="single" w:sz="8" w:space="0" w:color="1F3A5F"/>
              <w:left w:val="single" w:sz="8" w:space="0" w:color="1F3A5F"/>
              <w:bottom w:val="single" w:sz="8" w:space="0" w:color="1F3A5F"/>
              <w:right w:val="single" w:sz="8" w:space="0" w:color="1F3A5F"/>
            </w:tcBorders>
            <w:shd w:val="clear" w:color="auto" w:fill="1F3A5F"/>
            <w:tcMar>
              <w:top w:w="80" w:type="dxa"/>
              <w:left w:w="60" w:type="dxa"/>
              <w:bottom w:w="80" w:type="dxa"/>
              <w:right w:w="60" w:type="dxa"/>
            </w:tcMar>
            <w:textDirection w:val="btLr"/>
            <w:vAlign w:val="center"/>
          </w:tcPr>
          <w:p w14:paraId="2F269FC3" w14:textId="77777777" w:rsidR="002321DE" w:rsidRDefault="00B57BF7" w:rsidP="003B0720">
            <w:pPr>
              <w:jc w:val="center"/>
            </w:pPr>
            <w:r>
              <w:rPr>
                <w:rFonts w:ascii="Calibri" w:eastAsia="Calibri" w:hAnsi="Calibri" w:cs="Calibri"/>
                <w:b/>
                <w:color w:val="FFFFFF"/>
                <w:sz w:val="32"/>
              </w:rPr>
              <w:t>MASTER PROJECT</w:t>
            </w:r>
          </w:p>
        </w:tc>
      </w:tr>
      <w:tr w:rsidR="0075185D" w14:paraId="1E8A35EA" w14:textId="77777777" w:rsidTr="003B0720">
        <w:trPr>
          <w:trHeight w:val="4176"/>
        </w:trPr>
        <w:tc>
          <w:tcPr>
            <w:tcW w:w="1440" w:type="dxa"/>
            <w:tcBorders>
              <w:top w:val="single" w:sz="8" w:space="0" w:color="1F3A5F"/>
              <w:left w:val="single" w:sz="8" w:space="0" w:color="1F3A5F"/>
              <w:bottom w:val="single" w:sz="8" w:space="0" w:color="1F3A5F"/>
              <w:right w:val="single" w:sz="8" w:space="0" w:color="1F3A5F"/>
            </w:tcBorders>
            <w:tcMar>
              <w:top w:w="80" w:type="dxa"/>
              <w:left w:w="60" w:type="dxa"/>
              <w:bottom w:w="80" w:type="dxa"/>
              <w:right w:w="60" w:type="dxa"/>
            </w:tcMar>
            <w:textDirection w:val="btLr"/>
          </w:tcPr>
          <w:p w14:paraId="5EEE871E" w14:textId="77777777" w:rsidR="002321DE" w:rsidRDefault="00B57BF7" w:rsidP="003B0720">
            <w:r>
              <w:rPr>
                <w:rFonts w:ascii="Calibri" w:eastAsia="Calibri" w:hAnsi="Calibri" w:cs="Calibri"/>
                <w:b/>
                <w:color w:val="1F3A5F"/>
                <w:sz w:val="32"/>
              </w:rPr>
              <w:t>My Hero</w:t>
            </w:r>
          </w:p>
        </w:tc>
        <w:tc>
          <w:tcPr>
            <w:tcW w:w="864" w:type="dxa"/>
          </w:tcPr>
          <w:p w14:paraId="7FC27AA9" w14:textId="77777777" w:rsidR="002321DE" w:rsidRDefault="002321DE" w:rsidP="003B0720"/>
        </w:tc>
        <w:tc>
          <w:tcPr>
            <w:tcW w:w="2160" w:type="dxa"/>
            <w:tcBorders>
              <w:top w:val="single" w:sz="8" w:space="0" w:color="1F3A5F"/>
              <w:left w:val="single" w:sz="8" w:space="0" w:color="1F3A5F"/>
              <w:bottom w:val="single" w:sz="8" w:space="0" w:color="1F3A5F"/>
              <w:right w:val="single" w:sz="8" w:space="0" w:color="1F3A5F"/>
            </w:tcBorders>
            <w:tcMar>
              <w:top w:w="80" w:type="dxa"/>
              <w:left w:w="60" w:type="dxa"/>
              <w:bottom w:w="80" w:type="dxa"/>
              <w:right w:w="60" w:type="dxa"/>
            </w:tcMar>
            <w:textDirection w:val="btLr"/>
          </w:tcPr>
          <w:p w14:paraId="62E8B3C2" w14:textId="77777777" w:rsidR="002321DE" w:rsidRDefault="00B57BF7" w:rsidP="003B0720">
            <w:r>
              <w:rPr>
                <w:rFonts w:ascii="Calibri" w:eastAsia="Calibri" w:hAnsi="Calibri" w:cs="Calibri"/>
                <w:b/>
                <w:color w:val="1F3A5F"/>
                <w:sz w:val="32"/>
              </w:rPr>
              <w:t>My Hero</w:t>
            </w:r>
          </w:p>
        </w:tc>
        <w:tc>
          <w:tcPr>
            <w:tcW w:w="864" w:type="dxa"/>
          </w:tcPr>
          <w:p w14:paraId="1444F7D0" w14:textId="77777777" w:rsidR="002321DE" w:rsidRDefault="002321DE" w:rsidP="003B0720"/>
        </w:tc>
        <w:tc>
          <w:tcPr>
            <w:tcW w:w="2880" w:type="dxa"/>
            <w:tcBorders>
              <w:top w:val="single" w:sz="8" w:space="0" w:color="1F3A5F"/>
              <w:left w:val="single" w:sz="8" w:space="0" w:color="1F3A5F"/>
              <w:bottom w:val="single" w:sz="8" w:space="0" w:color="1F3A5F"/>
              <w:right w:val="single" w:sz="8" w:space="0" w:color="1F3A5F"/>
            </w:tcBorders>
            <w:tcMar>
              <w:top w:w="80" w:type="dxa"/>
              <w:left w:w="60" w:type="dxa"/>
              <w:bottom w:w="80" w:type="dxa"/>
              <w:right w:w="60" w:type="dxa"/>
            </w:tcMar>
            <w:textDirection w:val="btLr"/>
          </w:tcPr>
          <w:p w14:paraId="34E3B457" w14:textId="77777777" w:rsidR="002321DE" w:rsidRDefault="00B57BF7" w:rsidP="003B0720">
            <w:r>
              <w:rPr>
                <w:rFonts w:ascii="Calibri" w:eastAsia="Calibri" w:hAnsi="Calibri" w:cs="Calibri"/>
                <w:b/>
                <w:color w:val="1F3A5F"/>
                <w:sz w:val="32"/>
              </w:rPr>
              <w:t>My Hero</w:t>
            </w:r>
          </w:p>
        </w:tc>
      </w:tr>
      <w:tr w:rsidR="0075185D" w14:paraId="76A2FE3B" w14:textId="77777777" w:rsidTr="003B0720">
        <w:trPr>
          <w:trHeight w:val="3600"/>
        </w:trPr>
        <w:tc>
          <w:tcPr>
            <w:tcW w:w="1440" w:type="dxa"/>
            <w:tcBorders>
              <w:top w:val="single" w:sz="8" w:space="0" w:color="1F3A5F"/>
              <w:left w:val="single" w:sz="8" w:space="0" w:color="1F3A5F"/>
              <w:bottom w:val="single" w:sz="8" w:space="0" w:color="1F3A5F"/>
              <w:right w:val="single" w:sz="8" w:space="0" w:color="1F3A5F"/>
            </w:tcBorders>
            <w:tcMar>
              <w:top w:w="80" w:type="dxa"/>
              <w:left w:w="60" w:type="dxa"/>
              <w:bottom w:w="80" w:type="dxa"/>
              <w:right w:w="60" w:type="dxa"/>
            </w:tcMar>
            <w:textDirection w:val="btLr"/>
          </w:tcPr>
          <w:p w14:paraId="37431059" w14:textId="77777777" w:rsidR="002321DE" w:rsidRDefault="00B57BF7" w:rsidP="003B0720">
            <w:r>
              <w:rPr>
                <w:rFonts w:ascii="Calibri" w:eastAsia="Calibri" w:hAnsi="Calibri" w:cs="Calibri"/>
                <w:b/>
                <w:color w:val="1F3A5F"/>
                <w:sz w:val="32"/>
              </w:rPr>
              <w:t>Scholar Name</w:t>
            </w:r>
          </w:p>
        </w:tc>
        <w:tc>
          <w:tcPr>
            <w:tcW w:w="864" w:type="dxa"/>
          </w:tcPr>
          <w:p w14:paraId="22D704F8" w14:textId="77777777" w:rsidR="002321DE" w:rsidRDefault="002321DE" w:rsidP="003B0720"/>
        </w:tc>
        <w:tc>
          <w:tcPr>
            <w:tcW w:w="2160" w:type="dxa"/>
            <w:tcBorders>
              <w:top w:val="single" w:sz="8" w:space="0" w:color="1F3A5F"/>
              <w:left w:val="single" w:sz="8" w:space="0" w:color="1F3A5F"/>
              <w:bottom w:val="single" w:sz="8" w:space="0" w:color="1F3A5F"/>
              <w:right w:val="single" w:sz="8" w:space="0" w:color="1F3A5F"/>
            </w:tcBorders>
            <w:tcMar>
              <w:top w:w="80" w:type="dxa"/>
              <w:left w:w="60" w:type="dxa"/>
              <w:bottom w:w="80" w:type="dxa"/>
              <w:right w:w="60" w:type="dxa"/>
            </w:tcMar>
            <w:textDirection w:val="btLr"/>
          </w:tcPr>
          <w:p w14:paraId="2DE66161" w14:textId="77777777" w:rsidR="002321DE" w:rsidRDefault="00B57BF7" w:rsidP="003B0720">
            <w:r>
              <w:rPr>
                <w:rFonts w:ascii="Calibri" w:eastAsia="Calibri" w:hAnsi="Calibri" w:cs="Calibri"/>
                <w:b/>
                <w:color w:val="1F3A5F"/>
                <w:sz w:val="32"/>
              </w:rPr>
              <w:t>Scholar Name</w:t>
            </w:r>
          </w:p>
        </w:tc>
        <w:tc>
          <w:tcPr>
            <w:tcW w:w="864" w:type="dxa"/>
          </w:tcPr>
          <w:p w14:paraId="7A32A46B" w14:textId="77777777" w:rsidR="002321DE" w:rsidRDefault="002321DE" w:rsidP="003B0720"/>
        </w:tc>
        <w:tc>
          <w:tcPr>
            <w:tcW w:w="2880" w:type="dxa"/>
            <w:tcBorders>
              <w:top w:val="single" w:sz="8" w:space="0" w:color="1F3A5F"/>
              <w:left w:val="single" w:sz="8" w:space="0" w:color="1F3A5F"/>
              <w:bottom w:val="single" w:sz="8" w:space="0" w:color="1F3A5F"/>
              <w:right w:val="single" w:sz="8" w:space="0" w:color="1F3A5F"/>
            </w:tcBorders>
            <w:tcMar>
              <w:top w:w="80" w:type="dxa"/>
              <w:left w:w="60" w:type="dxa"/>
              <w:bottom w:w="80" w:type="dxa"/>
              <w:right w:w="60" w:type="dxa"/>
            </w:tcMar>
            <w:textDirection w:val="btLr"/>
          </w:tcPr>
          <w:p w14:paraId="03DAA971" w14:textId="77777777" w:rsidR="002321DE" w:rsidRDefault="00B57BF7" w:rsidP="003B0720">
            <w:r>
              <w:rPr>
                <w:rFonts w:ascii="Calibri" w:eastAsia="Calibri" w:hAnsi="Calibri" w:cs="Calibri"/>
                <w:b/>
                <w:color w:val="1F3A5F"/>
                <w:sz w:val="32"/>
              </w:rPr>
              <w:t>Scholar Name</w:t>
            </w:r>
          </w:p>
        </w:tc>
      </w:tr>
      <w:tr w:rsidR="0075185D" w14:paraId="16F54126" w14:textId="77777777" w:rsidTr="003B0720">
        <w:trPr>
          <w:trHeight w:val="1584"/>
        </w:trPr>
        <w:tc>
          <w:tcPr>
            <w:tcW w:w="1440" w:type="dxa"/>
            <w:tcBorders>
              <w:top w:val="single" w:sz="8" w:space="0" w:color="1F3A5F"/>
              <w:left w:val="single" w:sz="8" w:space="0" w:color="1F3A5F"/>
              <w:bottom w:val="single" w:sz="8" w:space="0" w:color="1F3A5F"/>
              <w:right w:val="single" w:sz="8" w:space="0" w:color="1F3A5F"/>
            </w:tcBorders>
            <w:tcMar>
              <w:top w:w="80" w:type="dxa"/>
              <w:left w:w="60" w:type="dxa"/>
              <w:bottom w:w="80" w:type="dxa"/>
              <w:right w:w="60" w:type="dxa"/>
            </w:tcMar>
            <w:textDirection w:val="btLr"/>
          </w:tcPr>
          <w:p w14:paraId="660027C0" w14:textId="77777777" w:rsidR="002321DE" w:rsidRDefault="00B57BF7" w:rsidP="003B0720">
            <w:r>
              <w:rPr>
                <w:rFonts w:ascii="Calibri" w:eastAsia="Calibri" w:hAnsi="Calibri" w:cs="Calibri"/>
                <w:b/>
                <w:color w:val="1F3A5F"/>
                <w:sz w:val="32"/>
              </w:rPr>
              <w:t>Year</w:t>
            </w:r>
          </w:p>
        </w:tc>
        <w:tc>
          <w:tcPr>
            <w:tcW w:w="864" w:type="dxa"/>
          </w:tcPr>
          <w:p w14:paraId="2F01D66E" w14:textId="77777777" w:rsidR="002321DE" w:rsidRDefault="002321DE" w:rsidP="003B0720"/>
        </w:tc>
        <w:tc>
          <w:tcPr>
            <w:tcW w:w="2160" w:type="dxa"/>
            <w:tcBorders>
              <w:top w:val="single" w:sz="8" w:space="0" w:color="1F3A5F"/>
              <w:left w:val="single" w:sz="8" w:space="0" w:color="1F3A5F"/>
              <w:bottom w:val="single" w:sz="8" w:space="0" w:color="1F3A5F"/>
              <w:right w:val="single" w:sz="8" w:space="0" w:color="1F3A5F"/>
            </w:tcBorders>
            <w:tcMar>
              <w:top w:w="80" w:type="dxa"/>
              <w:left w:w="60" w:type="dxa"/>
              <w:bottom w:w="80" w:type="dxa"/>
              <w:right w:w="60" w:type="dxa"/>
            </w:tcMar>
            <w:textDirection w:val="btLr"/>
          </w:tcPr>
          <w:p w14:paraId="748C0017" w14:textId="77777777" w:rsidR="002321DE" w:rsidRDefault="00B57BF7" w:rsidP="003B0720">
            <w:r>
              <w:rPr>
                <w:rFonts w:ascii="Calibri" w:eastAsia="Calibri" w:hAnsi="Calibri" w:cs="Calibri"/>
                <w:b/>
                <w:color w:val="1F3A5F"/>
                <w:sz w:val="32"/>
              </w:rPr>
              <w:t>Year</w:t>
            </w:r>
          </w:p>
        </w:tc>
        <w:tc>
          <w:tcPr>
            <w:tcW w:w="864" w:type="dxa"/>
          </w:tcPr>
          <w:p w14:paraId="39EC7328" w14:textId="77777777" w:rsidR="002321DE" w:rsidRDefault="002321DE" w:rsidP="003B0720"/>
        </w:tc>
        <w:tc>
          <w:tcPr>
            <w:tcW w:w="2880" w:type="dxa"/>
            <w:tcBorders>
              <w:top w:val="single" w:sz="8" w:space="0" w:color="1F3A5F"/>
              <w:left w:val="single" w:sz="8" w:space="0" w:color="1F3A5F"/>
              <w:bottom w:val="single" w:sz="8" w:space="0" w:color="1F3A5F"/>
              <w:right w:val="single" w:sz="8" w:space="0" w:color="1F3A5F"/>
            </w:tcBorders>
            <w:tcMar>
              <w:top w:w="80" w:type="dxa"/>
              <w:left w:w="60" w:type="dxa"/>
              <w:bottom w:w="80" w:type="dxa"/>
              <w:right w:w="60" w:type="dxa"/>
            </w:tcMar>
            <w:textDirection w:val="btLr"/>
          </w:tcPr>
          <w:p w14:paraId="3F0AA8A9" w14:textId="77777777" w:rsidR="002321DE" w:rsidRDefault="00B57BF7" w:rsidP="003B0720">
            <w:r>
              <w:rPr>
                <w:rFonts w:ascii="Calibri" w:eastAsia="Calibri" w:hAnsi="Calibri" w:cs="Calibri"/>
                <w:b/>
                <w:color w:val="1F3A5F"/>
                <w:sz w:val="32"/>
              </w:rPr>
              <w:t>Year</w:t>
            </w:r>
          </w:p>
        </w:tc>
      </w:tr>
    </w:tbl>
    <w:p w14:paraId="59D11BE8" w14:textId="77777777" w:rsidR="002321DE" w:rsidRDefault="002321DE" w:rsidP="00356009">
      <w:pPr>
        <w:spacing w:line="20" w:lineRule="exact"/>
        <w:rPr>
          <w:sz w:val="2"/>
        </w:rPr>
        <w:sectPr w:rsidR="002321DE">
          <w:pgSz w:w="12240" w:h="15840"/>
          <w:pgMar w:top="864" w:right="1080" w:bottom="864" w:left="1080" w:header="720" w:footer="720" w:gutter="0"/>
          <w:cols w:space="720"/>
          <w:docGrid w:linePitch="360"/>
        </w:sect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10080"/>
      </w:tblGrid>
      <w:tr w:rsidR="0075185D" w14:paraId="0A55AC5B" w14:textId="77777777">
        <w:trPr>
          <w:trHeight w:val="2304"/>
        </w:trPr>
        <w:tc>
          <w:tcPr>
            <w:tcW w:w="10080" w:type="dxa"/>
            <w:shd w:val="clear" w:color="auto" w:fill="1F3A5F"/>
            <w:tcMar>
              <w:top w:w="100" w:type="dxa"/>
              <w:left w:w="240" w:type="dxa"/>
              <w:bottom w:w="100" w:type="dxa"/>
              <w:right w:w="240" w:type="dxa"/>
            </w:tcMar>
            <w:vAlign w:val="center"/>
          </w:tcPr>
          <w:p w14:paraId="46286999" w14:textId="77777777" w:rsidR="002321DE" w:rsidRDefault="00B57BF7">
            <w:r>
              <w:rPr>
                <w:rFonts w:ascii="Calibri" w:eastAsia="Calibri" w:hAnsi="Calibri" w:cs="Calibri"/>
                <w:b/>
                <w:color w:val="C8D6E5"/>
              </w:rPr>
              <w:lastRenderedPageBreak/>
              <w:t>MASTER PROJECT</w:t>
            </w:r>
          </w:p>
          <w:p w14:paraId="1767F604" w14:textId="77777777" w:rsidR="002321DE" w:rsidRDefault="00B57BF7">
            <w:r>
              <w:rPr>
                <w:rFonts w:ascii="Calibri" w:eastAsia="Calibri" w:hAnsi="Calibri" w:cs="Calibri"/>
                <w:b/>
                <w:color w:val="FFFFFF"/>
                <w:sz w:val="96"/>
              </w:rPr>
              <w:t>RESEARCH</w:t>
            </w:r>
          </w:p>
        </w:tc>
      </w:tr>
    </w:tbl>
    <w:p w14:paraId="13C1DBAE" w14:textId="77777777" w:rsidR="002321DE" w:rsidRDefault="00B57BF7" w:rsidP="00356009">
      <w:r>
        <w:rPr>
          <w:rFonts w:ascii="Calibri" w:eastAsia="Calibri" w:hAnsi="Calibri" w:cs="Calibri"/>
          <w:b/>
          <w:color w:val="9B2C2C"/>
          <w:sz w:val="36"/>
        </w:rPr>
        <w:t>Gather what you learn about your hero.</w:t>
      </w:r>
    </w:p>
    <w:p w14:paraId="0F1553AB" w14:textId="77777777" w:rsidR="002321DE" w:rsidRDefault="00B57BF7">
      <w:pPr>
        <w:spacing w:after="280"/>
      </w:pPr>
      <w:r>
        <w:rPr>
          <w:rFonts w:eastAsia="Georgia" w:cs="Georgia"/>
          <w:color w:val="222222"/>
          <w:sz w:val="23"/>
        </w:rPr>
        <w:t>Good research means reading and listening carefully, taking good notes, and keeping track of where you learned each thing.</w:t>
      </w: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5040"/>
        <w:gridCol w:w="5040"/>
      </w:tblGrid>
      <w:tr w:rsidR="0075185D" w14:paraId="2ABA9904" w14:textId="77777777">
        <w:trPr>
          <w:trHeight w:val="432"/>
        </w:trPr>
        <w:tc>
          <w:tcPr>
            <w:tcW w:w="10080" w:type="dxa"/>
            <w:gridSpan w:val="2"/>
            <w:shd w:val="clear" w:color="auto" w:fill="E8EEF5"/>
            <w:tcMar>
              <w:top w:w="50" w:type="dxa"/>
              <w:left w:w="140" w:type="dxa"/>
              <w:bottom w:w="50" w:type="dxa"/>
              <w:right w:w="140" w:type="dxa"/>
            </w:tcMar>
          </w:tcPr>
          <w:p w14:paraId="4037761A" w14:textId="77777777" w:rsidR="002321DE" w:rsidRDefault="00B57BF7">
            <w:r>
              <w:rPr>
                <w:rFonts w:ascii="Calibri" w:eastAsia="Calibri" w:hAnsi="Calibri" w:cs="Calibri"/>
                <w:b/>
                <w:color w:val="1F3A5F"/>
                <w:sz w:val="23"/>
              </w:rPr>
              <w:t>In this section</w:t>
            </w:r>
          </w:p>
        </w:tc>
      </w:tr>
      <w:tr w:rsidR="0075185D" w14:paraId="49E07A78" w14:textId="77777777">
        <w:trPr>
          <w:trHeight w:val="432"/>
        </w:trPr>
        <w:tc>
          <w:tcPr>
            <w:tcW w:w="5040" w:type="dxa"/>
            <w:tcMar>
              <w:top w:w="30" w:type="dxa"/>
              <w:left w:w="200" w:type="dxa"/>
              <w:bottom w:w="30" w:type="dxa"/>
              <w:right w:w="100" w:type="dxa"/>
            </w:tcMar>
            <w:vAlign w:val="center"/>
          </w:tcPr>
          <w:p w14:paraId="538CF290" w14:textId="77777777" w:rsidR="002321DE" w:rsidRDefault="00B57BF7">
            <w:r>
              <w:rPr>
                <w:rFonts w:ascii="Calibri" w:eastAsia="Calibri" w:hAnsi="Calibri" w:cs="Calibri"/>
                <w:color w:val="222222"/>
                <w:sz w:val="21"/>
              </w:rPr>
              <w:t>•  Hero Notes (Steps 5–8)</w:t>
            </w:r>
          </w:p>
        </w:tc>
        <w:tc>
          <w:tcPr>
            <w:tcW w:w="5040" w:type="dxa"/>
            <w:tcMar>
              <w:top w:w="30" w:type="dxa"/>
              <w:left w:w="200" w:type="dxa"/>
              <w:bottom w:w="30" w:type="dxa"/>
              <w:right w:w="100" w:type="dxa"/>
            </w:tcMar>
            <w:vAlign w:val="center"/>
          </w:tcPr>
          <w:p w14:paraId="61425C6C" w14:textId="77777777" w:rsidR="002321DE" w:rsidRDefault="00B57BF7">
            <w:r>
              <w:rPr>
                <w:rFonts w:ascii="Calibri" w:eastAsia="Calibri" w:hAnsi="Calibri" w:cs="Calibri"/>
                <w:color w:val="222222"/>
                <w:sz w:val="21"/>
              </w:rPr>
              <w:t>•  My Sources (Step 10)</w:t>
            </w:r>
          </w:p>
        </w:tc>
      </w:tr>
      <w:tr w:rsidR="0075185D" w14:paraId="7325EB91" w14:textId="77777777">
        <w:trPr>
          <w:trHeight w:val="432"/>
        </w:trPr>
        <w:tc>
          <w:tcPr>
            <w:tcW w:w="5040" w:type="dxa"/>
            <w:tcMar>
              <w:top w:w="30" w:type="dxa"/>
              <w:left w:w="200" w:type="dxa"/>
              <w:bottom w:w="30" w:type="dxa"/>
              <w:right w:w="100" w:type="dxa"/>
            </w:tcMar>
            <w:vAlign w:val="center"/>
          </w:tcPr>
          <w:p w14:paraId="43C72243" w14:textId="77777777" w:rsidR="002321DE" w:rsidRDefault="00B57BF7">
            <w:r>
              <w:rPr>
                <w:rFonts w:ascii="Calibri" w:eastAsia="Calibri" w:hAnsi="Calibri" w:cs="Calibri"/>
                <w:color w:val="222222"/>
                <w:sz w:val="21"/>
              </w:rPr>
              <w:t>•  Timeline (Step 9)</w:t>
            </w:r>
          </w:p>
        </w:tc>
        <w:tc>
          <w:tcPr>
            <w:tcW w:w="5040" w:type="dxa"/>
            <w:tcMar>
              <w:top w:w="30" w:type="dxa"/>
              <w:left w:w="200" w:type="dxa"/>
              <w:bottom w:w="30" w:type="dxa"/>
              <w:right w:w="100" w:type="dxa"/>
            </w:tcMar>
            <w:vAlign w:val="center"/>
          </w:tcPr>
          <w:p w14:paraId="497A47EB" w14:textId="77777777" w:rsidR="002321DE" w:rsidRDefault="00B57BF7">
            <w:r>
              <w:rPr>
                <w:rFonts w:ascii="Calibri" w:eastAsia="Calibri" w:hAnsi="Calibri" w:cs="Calibri"/>
                <w:color w:val="222222"/>
                <w:sz w:val="21"/>
              </w:rPr>
              <w:t>•  Tell It Back sign-off (Step 11)</w:t>
            </w:r>
          </w:p>
        </w:tc>
      </w:tr>
    </w:tbl>
    <w:p w14:paraId="10CB1AC8" w14:textId="77777777" w:rsidR="003B0720" w:rsidRDefault="003B0720" w:rsidP="003B0720">
      <w:pPr>
        <w:spacing w:before="240" w:after="80"/>
      </w:pPr>
      <w:r>
        <w:rPr>
          <w:rFonts w:ascii="Calibri" w:eastAsia="Calibri" w:hAnsi="Calibri" w:cs="Calibri"/>
          <w:i/>
          <w:color w:val="595959"/>
          <w:sz w:val="21"/>
        </w:rPr>
        <w:t>Decorate this space at any time throughout your project with a picture, quote, or design that fits your hero.</w:t>
      </w:r>
    </w:p>
    <w:tbl>
      <w:tblPr>
        <w:tblW w:w="10080" w:type="dxa"/>
        <w:tblBorders>
          <w:top w:val="single" w:sz="6" w:space="0" w:color="C9D3DD"/>
          <w:left w:val="single" w:sz="6" w:space="0" w:color="C9D3DD"/>
          <w:bottom w:val="single" w:sz="6" w:space="0" w:color="C9D3DD"/>
          <w:right w:val="single" w:sz="6" w:space="0" w:color="C9D3DD"/>
          <w:insideH w:val="nil"/>
          <w:insideV w:val="nil"/>
        </w:tblBorders>
        <w:tblLayout w:type="fixed"/>
        <w:tblLook w:val="04A0" w:firstRow="1" w:lastRow="0" w:firstColumn="1" w:lastColumn="0" w:noHBand="0" w:noVBand="1"/>
      </w:tblPr>
      <w:tblGrid>
        <w:gridCol w:w="10080"/>
      </w:tblGrid>
      <w:tr w:rsidR="0075185D" w14:paraId="5695D217" w14:textId="77777777">
        <w:trPr>
          <w:trHeight w:val="6912"/>
        </w:trPr>
        <w:tc>
          <w:tcPr>
            <w:tcW w:w="10080" w:type="dxa"/>
          </w:tcPr>
          <w:p w14:paraId="5ACF1CEF" w14:textId="77777777" w:rsidR="002321DE" w:rsidRDefault="002321DE"/>
        </w:tc>
      </w:tr>
    </w:tbl>
    <w:p w14:paraId="4CA9B151" w14:textId="77777777" w:rsidR="0009707A" w:rsidRDefault="0009707A"/>
    <w:p w14:paraId="25045F06" w14:textId="77777777" w:rsidR="002321DE" w:rsidRDefault="002321DE">
      <w:pPr>
        <w:spacing w:line="20" w:lineRule="exact"/>
        <w:rPr>
          <w:sz w:val="2"/>
        </w:rPr>
        <w:sectPr w:rsidR="002321DE">
          <w:pgSz w:w="12240" w:h="15840"/>
          <w:pgMar w:top="864" w:right="1080" w:bottom="864" w:left="1080" w:header="720" w:footer="720" w:gutter="0"/>
          <w:cols w:space="720"/>
          <w:docGrid w:linePitch="360"/>
        </w:sect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10080"/>
      </w:tblGrid>
      <w:tr w:rsidR="0075185D" w14:paraId="60E69718" w14:textId="77777777">
        <w:trPr>
          <w:trHeight w:val="2304"/>
        </w:trPr>
        <w:tc>
          <w:tcPr>
            <w:tcW w:w="10080" w:type="dxa"/>
            <w:shd w:val="clear" w:color="auto" w:fill="1F3A5F"/>
            <w:tcMar>
              <w:top w:w="100" w:type="dxa"/>
              <w:left w:w="240" w:type="dxa"/>
              <w:bottom w:w="100" w:type="dxa"/>
              <w:right w:w="240" w:type="dxa"/>
            </w:tcMar>
            <w:vAlign w:val="center"/>
          </w:tcPr>
          <w:p w14:paraId="33BE208E" w14:textId="77777777" w:rsidR="002321DE" w:rsidRDefault="00B57BF7">
            <w:r>
              <w:rPr>
                <w:rFonts w:ascii="Calibri" w:eastAsia="Calibri" w:hAnsi="Calibri" w:cs="Calibri"/>
                <w:b/>
                <w:color w:val="C8D6E5"/>
              </w:rPr>
              <w:lastRenderedPageBreak/>
              <w:t>MASTER PROJECT</w:t>
            </w:r>
          </w:p>
          <w:p w14:paraId="1FF3A3FB" w14:textId="77777777" w:rsidR="002321DE" w:rsidRDefault="00B57BF7">
            <w:r>
              <w:rPr>
                <w:rFonts w:ascii="Calibri" w:eastAsia="Calibri" w:hAnsi="Calibri" w:cs="Calibri"/>
                <w:b/>
                <w:color w:val="FFFFFF"/>
                <w:sz w:val="96"/>
              </w:rPr>
              <w:t>REASON</w:t>
            </w:r>
          </w:p>
        </w:tc>
      </w:tr>
    </w:tbl>
    <w:p w14:paraId="093F556E" w14:textId="77777777" w:rsidR="002321DE" w:rsidRDefault="00B57BF7">
      <w:pPr>
        <w:spacing w:before="280" w:after="80"/>
      </w:pPr>
      <w:r>
        <w:rPr>
          <w:rFonts w:ascii="Calibri" w:eastAsia="Calibri" w:hAnsi="Calibri" w:cs="Calibri"/>
          <w:b/>
          <w:color w:val="9B2C2C"/>
          <w:sz w:val="36"/>
        </w:rPr>
        <w:t>Think deeply about who your hero was.</w:t>
      </w:r>
    </w:p>
    <w:p w14:paraId="5DBD0B0A" w14:textId="77777777" w:rsidR="002321DE" w:rsidRDefault="00B57BF7">
      <w:pPr>
        <w:spacing w:after="280"/>
      </w:pPr>
      <w:r>
        <w:rPr>
          <w:rFonts w:eastAsia="Georgia" w:cs="Georgia"/>
          <w:color w:val="222222"/>
          <w:sz w:val="23"/>
        </w:rPr>
        <w:t>Good reasoning means looking past what your hero did to discover who they were: their character, their Christlike attributes, and the truths their life teaches.</w:t>
      </w: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5040"/>
        <w:gridCol w:w="5040"/>
      </w:tblGrid>
      <w:tr w:rsidR="0075185D" w14:paraId="742B5CAE" w14:textId="77777777">
        <w:trPr>
          <w:trHeight w:val="432"/>
        </w:trPr>
        <w:tc>
          <w:tcPr>
            <w:tcW w:w="10080" w:type="dxa"/>
            <w:gridSpan w:val="2"/>
            <w:shd w:val="clear" w:color="auto" w:fill="E8EEF5"/>
            <w:tcMar>
              <w:top w:w="50" w:type="dxa"/>
              <w:left w:w="140" w:type="dxa"/>
              <w:bottom w:w="50" w:type="dxa"/>
              <w:right w:w="140" w:type="dxa"/>
            </w:tcMar>
          </w:tcPr>
          <w:p w14:paraId="385D73AC" w14:textId="77777777" w:rsidR="002321DE" w:rsidRDefault="00B57BF7">
            <w:r>
              <w:rPr>
                <w:rFonts w:ascii="Calibri" w:eastAsia="Calibri" w:hAnsi="Calibri" w:cs="Calibri"/>
                <w:b/>
                <w:color w:val="1F3A5F"/>
                <w:sz w:val="23"/>
              </w:rPr>
              <w:t>In this section</w:t>
            </w:r>
          </w:p>
        </w:tc>
      </w:tr>
      <w:tr w:rsidR="0075185D" w14:paraId="3CD39B6E" w14:textId="77777777">
        <w:trPr>
          <w:trHeight w:val="432"/>
        </w:trPr>
        <w:tc>
          <w:tcPr>
            <w:tcW w:w="5040" w:type="dxa"/>
            <w:tcMar>
              <w:top w:w="30" w:type="dxa"/>
              <w:left w:w="200" w:type="dxa"/>
              <w:bottom w:w="30" w:type="dxa"/>
              <w:right w:w="100" w:type="dxa"/>
            </w:tcMar>
            <w:vAlign w:val="center"/>
          </w:tcPr>
          <w:p w14:paraId="3E8F7F30" w14:textId="77777777" w:rsidR="002321DE" w:rsidRDefault="00B57BF7">
            <w:r>
              <w:rPr>
                <w:rFonts w:ascii="Calibri" w:eastAsia="Calibri" w:hAnsi="Calibri" w:cs="Calibri"/>
                <w:color w:val="222222"/>
                <w:sz w:val="21"/>
              </w:rPr>
              <w:t>•  Character Chart (Steps 12–13)</w:t>
            </w:r>
          </w:p>
        </w:tc>
        <w:tc>
          <w:tcPr>
            <w:tcW w:w="5040" w:type="dxa"/>
            <w:tcMar>
              <w:top w:w="30" w:type="dxa"/>
              <w:left w:w="200" w:type="dxa"/>
              <w:bottom w:w="30" w:type="dxa"/>
              <w:right w:w="100" w:type="dxa"/>
            </w:tcMar>
            <w:vAlign w:val="center"/>
          </w:tcPr>
          <w:p w14:paraId="220F3792" w14:textId="77777777" w:rsidR="002321DE" w:rsidRDefault="00B57BF7">
            <w:r>
              <w:rPr>
                <w:rFonts w:ascii="Calibri" w:eastAsia="Calibri" w:hAnsi="Calibri" w:cs="Calibri"/>
                <w:color w:val="222222"/>
                <w:sz w:val="21"/>
              </w:rPr>
              <w:t>•  Most Important Truths (Step 16)</w:t>
            </w:r>
          </w:p>
        </w:tc>
      </w:tr>
      <w:tr w:rsidR="0075185D" w14:paraId="549FF96B" w14:textId="77777777">
        <w:trPr>
          <w:trHeight w:val="432"/>
        </w:trPr>
        <w:tc>
          <w:tcPr>
            <w:tcW w:w="5040" w:type="dxa"/>
            <w:tcMar>
              <w:top w:w="30" w:type="dxa"/>
              <w:left w:w="200" w:type="dxa"/>
              <w:bottom w:w="30" w:type="dxa"/>
              <w:right w:w="100" w:type="dxa"/>
            </w:tcMar>
            <w:vAlign w:val="center"/>
          </w:tcPr>
          <w:p w14:paraId="1CFE9811" w14:textId="77777777" w:rsidR="002321DE" w:rsidRDefault="00B57BF7">
            <w:r>
              <w:rPr>
                <w:rFonts w:ascii="Calibri" w:eastAsia="Calibri" w:hAnsi="Calibri" w:cs="Calibri"/>
                <w:color w:val="222222"/>
                <w:sz w:val="21"/>
              </w:rPr>
              <w:t>•  My Hero's Christlike Attribute (Step 14)</w:t>
            </w:r>
          </w:p>
        </w:tc>
        <w:tc>
          <w:tcPr>
            <w:tcW w:w="5040" w:type="dxa"/>
            <w:tcMar>
              <w:top w:w="30" w:type="dxa"/>
              <w:left w:w="200" w:type="dxa"/>
              <w:bottom w:w="30" w:type="dxa"/>
              <w:right w:w="100" w:type="dxa"/>
            </w:tcMar>
            <w:vAlign w:val="center"/>
          </w:tcPr>
          <w:p w14:paraId="6E1C7421" w14:textId="77777777" w:rsidR="002321DE" w:rsidRDefault="00B57BF7">
            <w:r>
              <w:rPr>
                <w:rFonts w:ascii="Calibri" w:eastAsia="Calibri" w:hAnsi="Calibri" w:cs="Calibri"/>
                <w:color w:val="222222"/>
                <w:sz w:val="21"/>
              </w:rPr>
              <w:t>•  How My Hero Moved Forward the Cause of Christ (Step 17)</w:t>
            </w:r>
          </w:p>
        </w:tc>
      </w:tr>
      <w:tr w:rsidR="0075185D" w14:paraId="20D50E96" w14:textId="77777777">
        <w:trPr>
          <w:trHeight w:val="432"/>
        </w:trPr>
        <w:tc>
          <w:tcPr>
            <w:tcW w:w="5040" w:type="dxa"/>
            <w:tcMar>
              <w:top w:w="30" w:type="dxa"/>
              <w:left w:w="200" w:type="dxa"/>
              <w:bottom w:w="30" w:type="dxa"/>
              <w:right w:w="100" w:type="dxa"/>
            </w:tcMar>
            <w:vAlign w:val="center"/>
          </w:tcPr>
          <w:p w14:paraId="18305936" w14:textId="77777777" w:rsidR="002321DE" w:rsidRDefault="00B57BF7">
            <w:r>
              <w:rPr>
                <w:rFonts w:ascii="Calibri" w:eastAsia="Calibri" w:hAnsi="Calibri" w:cs="Calibri"/>
                <w:color w:val="222222"/>
                <w:sz w:val="21"/>
              </w:rPr>
              <w:t>•  Favorite Story (Step 15)</w:t>
            </w:r>
          </w:p>
        </w:tc>
        <w:tc>
          <w:tcPr>
            <w:tcW w:w="5040" w:type="dxa"/>
          </w:tcPr>
          <w:p w14:paraId="11DB3035" w14:textId="77777777" w:rsidR="002321DE" w:rsidRDefault="002321DE"/>
        </w:tc>
      </w:tr>
    </w:tbl>
    <w:p w14:paraId="289D6636" w14:textId="77777777" w:rsidR="003B0720" w:rsidRDefault="003B0720" w:rsidP="003B0720">
      <w:pPr>
        <w:spacing w:before="240" w:after="80"/>
      </w:pPr>
      <w:r>
        <w:rPr>
          <w:rFonts w:ascii="Calibri" w:eastAsia="Calibri" w:hAnsi="Calibri" w:cs="Calibri"/>
          <w:i/>
          <w:color w:val="595959"/>
          <w:sz w:val="21"/>
        </w:rPr>
        <w:t>Decorate this space at any time throughout your project with a picture, quote, or design that fits your hero.</w:t>
      </w:r>
    </w:p>
    <w:tbl>
      <w:tblPr>
        <w:tblW w:w="10080" w:type="dxa"/>
        <w:tblBorders>
          <w:top w:val="single" w:sz="6" w:space="0" w:color="C9D3DD"/>
          <w:left w:val="single" w:sz="6" w:space="0" w:color="C9D3DD"/>
          <w:bottom w:val="single" w:sz="6" w:space="0" w:color="C9D3DD"/>
          <w:right w:val="single" w:sz="6" w:space="0" w:color="C9D3DD"/>
          <w:insideH w:val="nil"/>
          <w:insideV w:val="nil"/>
        </w:tblBorders>
        <w:tblLayout w:type="fixed"/>
        <w:tblLook w:val="04A0" w:firstRow="1" w:lastRow="0" w:firstColumn="1" w:lastColumn="0" w:noHBand="0" w:noVBand="1"/>
      </w:tblPr>
      <w:tblGrid>
        <w:gridCol w:w="10080"/>
      </w:tblGrid>
      <w:tr w:rsidR="0075185D" w14:paraId="3E380AA0" w14:textId="77777777">
        <w:trPr>
          <w:trHeight w:val="6480"/>
        </w:trPr>
        <w:tc>
          <w:tcPr>
            <w:tcW w:w="10080" w:type="dxa"/>
          </w:tcPr>
          <w:p w14:paraId="3966F7AA" w14:textId="77777777" w:rsidR="002321DE" w:rsidRDefault="002321DE"/>
        </w:tc>
      </w:tr>
    </w:tbl>
    <w:p w14:paraId="06FC7C1D" w14:textId="77777777" w:rsidR="0009707A" w:rsidRDefault="0009707A"/>
    <w:p w14:paraId="1F320BCD" w14:textId="77777777" w:rsidR="002321DE" w:rsidRDefault="002321DE">
      <w:pPr>
        <w:spacing w:line="20" w:lineRule="exact"/>
        <w:rPr>
          <w:sz w:val="2"/>
        </w:rPr>
        <w:sectPr w:rsidR="002321DE">
          <w:pgSz w:w="12240" w:h="15840"/>
          <w:pgMar w:top="864" w:right="1080" w:bottom="864" w:left="1080" w:header="720" w:footer="720" w:gutter="0"/>
          <w:cols w:space="720"/>
          <w:docGrid w:linePitch="360"/>
        </w:sect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10080"/>
      </w:tblGrid>
      <w:tr w:rsidR="0075185D" w14:paraId="69CBFA9B" w14:textId="77777777">
        <w:trPr>
          <w:trHeight w:val="2304"/>
        </w:trPr>
        <w:tc>
          <w:tcPr>
            <w:tcW w:w="10080" w:type="dxa"/>
            <w:shd w:val="clear" w:color="auto" w:fill="1F3A5F"/>
            <w:tcMar>
              <w:top w:w="100" w:type="dxa"/>
              <w:left w:w="240" w:type="dxa"/>
              <w:bottom w:w="100" w:type="dxa"/>
              <w:right w:w="240" w:type="dxa"/>
            </w:tcMar>
            <w:vAlign w:val="center"/>
          </w:tcPr>
          <w:p w14:paraId="5DFB71D7" w14:textId="77777777" w:rsidR="002321DE" w:rsidRDefault="00B57BF7">
            <w:r>
              <w:rPr>
                <w:rFonts w:ascii="Calibri" w:eastAsia="Calibri" w:hAnsi="Calibri" w:cs="Calibri"/>
                <w:b/>
                <w:color w:val="C8D6E5"/>
              </w:rPr>
              <w:lastRenderedPageBreak/>
              <w:t>MASTER PROJECT</w:t>
            </w:r>
          </w:p>
          <w:p w14:paraId="124B320E" w14:textId="77777777" w:rsidR="002321DE" w:rsidRDefault="00B57BF7">
            <w:r>
              <w:rPr>
                <w:rFonts w:ascii="Calibri" w:eastAsia="Calibri" w:hAnsi="Calibri" w:cs="Calibri"/>
                <w:b/>
                <w:color w:val="FFFFFF"/>
                <w:sz w:val="96"/>
              </w:rPr>
              <w:t>RELATE</w:t>
            </w:r>
          </w:p>
        </w:tc>
      </w:tr>
    </w:tbl>
    <w:p w14:paraId="5159FD00" w14:textId="77777777" w:rsidR="002321DE" w:rsidRDefault="00B57BF7">
      <w:pPr>
        <w:spacing w:before="280" w:after="80"/>
      </w:pPr>
      <w:r>
        <w:rPr>
          <w:rFonts w:ascii="Calibri" w:eastAsia="Calibri" w:hAnsi="Calibri" w:cs="Calibri"/>
          <w:b/>
          <w:color w:val="9B2C2C"/>
          <w:sz w:val="36"/>
        </w:rPr>
        <w:t>Connect your hero's life to your own.</w:t>
      </w:r>
    </w:p>
    <w:p w14:paraId="044BCA09" w14:textId="77777777" w:rsidR="002321DE" w:rsidRDefault="00B57BF7">
      <w:pPr>
        <w:spacing w:after="280"/>
      </w:pPr>
      <w:r>
        <w:rPr>
          <w:rFonts w:eastAsia="Georgia" w:cs="Georgia"/>
          <w:color w:val="222222"/>
          <w:sz w:val="23"/>
        </w:rPr>
        <w:t>Good relating means asking what your hero's example means for you today, and choosing to follow it.</w:t>
      </w: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5040"/>
        <w:gridCol w:w="5040"/>
      </w:tblGrid>
      <w:tr w:rsidR="0075185D" w14:paraId="0FF9F830" w14:textId="77777777">
        <w:trPr>
          <w:trHeight w:val="432"/>
        </w:trPr>
        <w:tc>
          <w:tcPr>
            <w:tcW w:w="10080" w:type="dxa"/>
            <w:gridSpan w:val="2"/>
            <w:shd w:val="clear" w:color="auto" w:fill="E8EEF5"/>
            <w:tcMar>
              <w:top w:w="50" w:type="dxa"/>
              <w:left w:w="140" w:type="dxa"/>
              <w:bottom w:w="50" w:type="dxa"/>
              <w:right w:w="140" w:type="dxa"/>
            </w:tcMar>
          </w:tcPr>
          <w:p w14:paraId="6A92775C" w14:textId="77777777" w:rsidR="002321DE" w:rsidRDefault="00B57BF7">
            <w:r>
              <w:rPr>
                <w:rFonts w:ascii="Calibri" w:eastAsia="Calibri" w:hAnsi="Calibri" w:cs="Calibri"/>
                <w:b/>
                <w:color w:val="1F3A5F"/>
                <w:sz w:val="23"/>
              </w:rPr>
              <w:t>In this section</w:t>
            </w:r>
          </w:p>
        </w:tc>
      </w:tr>
      <w:tr w:rsidR="0075185D" w14:paraId="26105111" w14:textId="77777777">
        <w:trPr>
          <w:trHeight w:val="432"/>
        </w:trPr>
        <w:tc>
          <w:tcPr>
            <w:tcW w:w="5040" w:type="dxa"/>
            <w:tcMar>
              <w:top w:w="30" w:type="dxa"/>
              <w:left w:w="200" w:type="dxa"/>
              <w:bottom w:w="30" w:type="dxa"/>
              <w:right w:w="100" w:type="dxa"/>
            </w:tcMar>
            <w:vAlign w:val="center"/>
          </w:tcPr>
          <w:p w14:paraId="03B31545" w14:textId="77777777" w:rsidR="002321DE" w:rsidRDefault="00B57BF7">
            <w:r>
              <w:rPr>
                <w:rFonts w:ascii="Calibri" w:eastAsia="Calibri" w:hAnsi="Calibri" w:cs="Calibri"/>
                <w:color w:val="222222"/>
                <w:sz w:val="21"/>
              </w:rPr>
              <w:t>•  Favorite Quotes (Steps 18–19)</w:t>
            </w:r>
          </w:p>
        </w:tc>
        <w:tc>
          <w:tcPr>
            <w:tcW w:w="5040" w:type="dxa"/>
            <w:tcMar>
              <w:top w:w="30" w:type="dxa"/>
              <w:left w:w="200" w:type="dxa"/>
              <w:bottom w:w="30" w:type="dxa"/>
              <w:right w:w="100" w:type="dxa"/>
            </w:tcMar>
            <w:vAlign w:val="center"/>
          </w:tcPr>
          <w:p w14:paraId="0843A4A7" w14:textId="77777777" w:rsidR="002321DE" w:rsidRDefault="00B57BF7">
            <w:r>
              <w:rPr>
                <w:rFonts w:ascii="Calibri" w:eastAsia="Calibri" w:hAnsi="Calibri" w:cs="Calibri"/>
                <w:color w:val="222222"/>
                <w:sz w:val="21"/>
              </w:rPr>
              <w:t>•  Service Plan (Steps 21–22)</w:t>
            </w:r>
          </w:p>
        </w:tc>
      </w:tr>
      <w:tr w:rsidR="0075185D" w14:paraId="76AAE23A" w14:textId="77777777">
        <w:trPr>
          <w:trHeight w:val="432"/>
        </w:trPr>
        <w:tc>
          <w:tcPr>
            <w:tcW w:w="5040" w:type="dxa"/>
            <w:tcMar>
              <w:top w:w="30" w:type="dxa"/>
              <w:left w:w="200" w:type="dxa"/>
              <w:bottom w:w="30" w:type="dxa"/>
              <w:right w:w="100" w:type="dxa"/>
            </w:tcMar>
            <w:vAlign w:val="center"/>
          </w:tcPr>
          <w:p w14:paraId="5B02CE11" w14:textId="77777777" w:rsidR="002321DE" w:rsidRDefault="00B57BF7">
            <w:r>
              <w:rPr>
                <w:rFonts w:ascii="Calibri" w:eastAsia="Calibri" w:hAnsi="Calibri" w:cs="Calibri"/>
                <w:color w:val="222222"/>
                <w:sz w:val="21"/>
              </w:rPr>
              <w:t>•  An Attribute I Will Develop (Step 20)</w:t>
            </w:r>
          </w:p>
        </w:tc>
        <w:tc>
          <w:tcPr>
            <w:tcW w:w="5040" w:type="dxa"/>
          </w:tcPr>
          <w:p w14:paraId="15A85AAA" w14:textId="77777777" w:rsidR="002321DE" w:rsidRDefault="002321DE"/>
        </w:tc>
      </w:tr>
    </w:tbl>
    <w:p w14:paraId="14B5CD4C" w14:textId="77777777" w:rsidR="003B0720" w:rsidRDefault="003B0720" w:rsidP="003B0720">
      <w:pPr>
        <w:spacing w:before="240" w:after="80"/>
      </w:pPr>
      <w:r>
        <w:rPr>
          <w:rFonts w:ascii="Calibri" w:eastAsia="Calibri" w:hAnsi="Calibri" w:cs="Calibri"/>
          <w:i/>
          <w:color w:val="595959"/>
          <w:sz w:val="21"/>
        </w:rPr>
        <w:t>Decorate this space at any time throughout your project with a picture, quote, or design that fits your hero.</w:t>
      </w:r>
    </w:p>
    <w:tbl>
      <w:tblPr>
        <w:tblW w:w="10080" w:type="dxa"/>
        <w:tblBorders>
          <w:top w:val="single" w:sz="6" w:space="0" w:color="C9D3DD"/>
          <w:left w:val="single" w:sz="6" w:space="0" w:color="C9D3DD"/>
          <w:bottom w:val="single" w:sz="6" w:space="0" w:color="C9D3DD"/>
          <w:right w:val="single" w:sz="6" w:space="0" w:color="C9D3DD"/>
          <w:insideH w:val="nil"/>
          <w:insideV w:val="nil"/>
        </w:tblBorders>
        <w:tblLayout w:type="fixed"/>
        <w:tblLook w:val="04A0" w:firstRow="1" w:lastRow="0" w:firstColumn="1" w:lastColumn="0" w:noHBand="0" w:noVBand="1"/>
      </w:tblPr>
      <w:tblGrid>
        <w:gridCol w:w="10080"/>
      </w:tblGrid>
      <w:tr w:rsidR="0075185D" w14:paraId="784AFFE1" w14:textId="77777777">
        <w:trPr>
          <w:trHeight w:val="6912"/>
        </w:trPr>
        <w:tc>
          <w:tcPr>
            <w:tcW w:w="10080" w:type="dxa"/>
          </w:tcPr>
          <w:p w14:paraId="1D91AA9D" w14:textId="77777777" w:rsidR="002321DE" w:rsidRDefault="002321DE"/>
        </w:tc>
      </w:tr>
    </w:tbl>
    <w:p w14:paraId="70475970" w14:textId="77777777" w:rsidR="0009707A" w:rsidRDefault="0009707A"/>
    <w:p w14:paraId="7C3F23E1" w14:textId="77777777" w:rsidR="002321DE" w:rsidRDefault="002321DE">
      <w:pPr>
        <w:spacing w:line="20" w:lineRule="exact"/>
        <w:rPr>
          <w:sz w:val="2"/>
        </w:rPr>
        <w:sectPr w:rsidR="002321DE">
          <w:pgSz w:w="12240" w:h="15840"/>
          <w:pgMar w:top="864" w:right="1080" w:bottom="864" w:left="1080" w:header="720" w:footer="720" w:gutter="0"/>
          <w:cols w:space="720"/>
          <w:docGrid w:linePitch="360"/>
        </w:sect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10080"/>
      </w:tblGrid>
      <w:tr w:rsidR="0075185D" w14:paraId="5BD14B09" w14:textId="77777777">
        <w:trPr>
          <w:trHeight w:val="2304"/>
        </w:trPr>
        <w:tc>
          <w:tcPr>
            <w:tcW w:w="10080" w:type="dxa"/>
            <w:shd w:val="clear" w:color="auto" w:fill="1F3A5F"/>
            <w:tcMar>
              <w:top w:w="100" w:type="dxa"/>
              <w:left w:w="240" w:type="dxa"/>
              <w:bottom w:w="100" w:type="dxa"/>
              <w:right w:w="240" w:type="dxa"/>
            </w:tcMar>
            <w:vAlign w:val="center"/>
          </w:tcPr>
          <w:p w14:paraId="1D507B3B" w14:textId="77777777" w:rsidR="002321DE" w:rsidRDefault="00B57BF7">
            <w:r>
              <w:rPr>
                <w:rFonts w:ascii="Calibri" w:eastAsia="Calibri" w:hAnsi="Calibri" w:cs="Calibri"/>
                <w:b/>
                <w:color w:val="C8D6E5"/>
              </w:rPr>
              <w:lastRenderedPageBreak/>
              <w:t>MASTER PROJECT</w:t>
            </w:r>
          </w:p>
          <w:p w14:paraId="33945017" w14:textId="77777777" w:rsidR="002321DE" w:rsidRDefault="00B57BF7">
            <w:r>
              <w:rPr>
                <w:rFonts w:ascii="Calibri" w:eastAsia="Calibri" w:hAnsi="Calibri" w:cs="Calibri"/>
                <w:b/>
                <w:color w:val="FFFFFF"/>
                <w:sz w:val="96"/>
              </w:rPr>
              <w:t>RECORD</w:t>
            </w:r>
          </w:p>
        </w:tc>
      </w:tr>
    </w:tbl>
    <w:p w14:paraId="07387975" w14:textId="77777777" w:rsidR="002321DE" w:rsidRDefault="00B57BF7">
      <w:pPr>
        <w:spacing w:before="280" w:after="80"/>
      </w:pPr>
      <w:r>
        <w:rPr>
          <w:rFonts w:ascii="Calibri" w:eastAsia="Calibri" w:hAnsi="Calibri" w:cs="Calibri"/>
          <w:b/>
          <w:color w:val="9B2C2C"/>
          <w:sz w:val="36"/>
        </w:rPr>
        <w:t>Write what you have learned on your heart.</w:t>
      </w:r>
    </w:p>
    <w:p w14:paraId="1C98212C" w14:textId="77777777" w:rsidR="002321DE" w:rsidRDefault="00B57BF7">
      <w:pPr>
        <w:spacing w:after="280"/>
      </w:pPr>
      <w:r>
        <w:rPr>
          <w:rFonts w:eastAsia="Georgia" w:cs="Georgia"/>
          <w:color w:val="222222"/>
          <w:sz w:val="23"/>
        </w:rPr>
        <w:t>Good recording means capturing what you have learned in ways that will stay with you in your heart and mind for a long, long time.</w:t>
      </w: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5040"/>
        <w:gridCol w:w="5040"/>
      </w:tblGrid>
      <w:tr w:rsidR="0075185D" w14:paraId="33B80A05" w14:textId="77777777">
        <w:trPr>
          <w:trHeight w:val="432"/>
        </w:trPr>
        <w:tc>
          <w:tcPr>
            <w:tcW w:w="10080" w:type="dxa"/>
            <w:gridSpan w:val="2"/>
            <w:shd w:val="clear" w:color="auto" w:fill="E8EEF5"/>
            <w:tcMar>
              <w:top w:w="50" w:type="dxa"/>
              <w:left w:w="140" w:type="dxa"/>
              <w:bottom w:w="50" w:type="dxa"/>
              <w:right w:w="140" w:type="dxa"/>
            </w:tcMar>
          </w:tcPr>
          <w:p w14:paraId="133D5A25" w14:textId="77777777" w:rsidR="002321DE" w:rsidRDefault="00B57BF7">
            <w:r>
              <w:rPr>
                <w:rFonts w:ascii="Calibri" w:eastAsia="Calibri" w:hAnsi="Calibri" w:cs="Calibri"/>
                <w:b/>
                <w:color w:val="1F3A5F"/>
                <w:sz w:val="23"/>
              </w:rPr>
              <w:t>In this section</w:t>
            </w:r>
          </w:p>
        </w:tc>
      </w:tr>
      <w:tr w:rsidR="0075185D" w14:paraId="738A7C1D" w14:textId="77777777">
        <w:trPr>
          <w:trHeight w:val="432"/>
        </w:trPr>
        <w:tc>
          <w:tcPr>
            <w:tcW w:w="5040" w:type="dxa"/>
            <w:tcMar>
              <w:top w:w="30" w:type="dxa"/>
              <w:left w:w="200" w:type="dxa"/>
              <w:bottom w:w="30" w:type="dxa"/>
              <w:right w:w="100" w:type="dxa"/>
            </w:tcMar>
            <w:vAlign w:val="center"/>
          </w:tcPr>
          <w:p w14:paraId="36652DB8" w14:textId="77777777" w:rsidR="002321DE" w:rsidRDefault="00B57BF7">
            <w:r>
              <w:rPr>
                <w:rFonts w:ascii="Calibri" w:eastAsia="Calibri" w:hAnsi="Calibri" w:cs="Calibri"/>
                <w:color w:val="222222"/>
                <w:sz w:val="21"/>
              </w:rPr>
              <w:t>•  Service Report (Step 23)</w:t>
            </w:r>
          </w:p>
        </w:tc>
        <w:tc>
          <w:tcPr>
            <w:tcW w:w="5040" w:type="dxa"/>
            <w:tcMar>
              <w:top w:w="30" w:type="dxa"/>
              <w:left w:w="200" w:type="dxa"/>
              <w:bottom w:w="30" w:type="dxa"/>
              <w:right w:w="100" w:type="dxa"/>
            </w:tcMar>
            <w:vAlign w:val="center"/>
          </w:tcPr>
          <w:p w14:paraId="6297C5C2" w14:textId="77777777" w:rsidR="002321DE" w:rsidRDefault="00B57BF7">
            <w:r>
              <w:rPr>
                <w:rFonts w:ascii="Calibri" w:eastAsia="Calibri" w:hAnsi="Calibri" w:cs="Calibri"/>
                <w:color w:val="222222"/>
                <w:sz w:val="21"/>
              </w:rPr>
              <w:t>•  Me and the Cause of Christ (Step 28)</w:t>
            </w:r>
          </w:p>
        </w:tc>
      </w:tr>
      <w:tr w:rsidR="0075185D" w14:paraId="2AC6F2F1" w14:textId="77777777">
        <w:trPr>
          <w:trHeight w:val="432"/>
        </w:trPr>
        <w:tc>
          <w:tcPr>
            <w:tcW w:w="5040" w:type="dxa"/>
            <w:tcMar>
              <w:top w:w="30" w:type="dxa"/>
              <w:left w:w="200" w:type="dxa"/>
              <w:bottom w:w="30" w:type="dxa"/>
              <w:right w:w="100" w:type="dxa"/>
            </w:tcMar>
            <w:vAlign w:val="center"/>
          </w:tcPr>
          <w:p w14:paraId="22C8602B" w14:textId="77777777" w:rsidR="002321DE" w:rsidRDefault="00B57BF7">
            <w:r>
              <w:rPr>
                <w:rFonts w:ascii="Calibri" w:eastAsia="Calibri" w:hAnsi="Calibri" w:cs="Calibri"/>
                <w:color w:val="222222"/>
                <w:sz w:val="21"/>
              </w:rPr>
              <w:t>•  Memorization (Step 24)</w:t>
            </w:r>
          </w:p>
        </w:tc>
        <w:tc>
          <w:tcPr>
            <w:tcW w:w="5040" w:type="dxa"/>
            <w:tcMar>
              <w:top w:w="30" w:type="dxa"/>
              <w:left w:w="200" w:type="dxa"/>
              <w:bottom w:w="30" w:type="dxa"/>
              <w:right w:w="100" w:type="dxa"/>
            </w:tcMar>
            <w:vAlign w:val="center"/>
          </w:tcPr>
          <w:p w14:paraId="7C1E2038" w14:textId="77777777" w:rsidR="002321DE" w:rsidRDefault="00B57BF7">
            <w:r>
              <w:rPr>
                <w:rFonts w:ascii="Calibri" w:eastAsia="Calibri" w:hAnsi="Calibri" w:cs="Calibri"/>
                <w:color w:val="222222"/>
                <w:sz w:val="21"/>
              </w:rPr>
              <w:t>•  What I Have Better Mastered (Step 29)</w:t>
            </w:r>
          </w:p>
        </w:tc>
      </w:tr>
      <w:tr w:rsidR="0075185D" w14:paraId="6FF412AF" w14:textId="77777777">
        <w:trPr>
          <w:trHeight w:val="432"/>
        </w:trPr>
        <w:tc>
          <w:tcPr>
            <w:tcW w:w="5040" w:type="dxa"/>
            <w:tcMar>
              <w:top w:w="30" w:type="dxa"/>
              <w:left w:w="200" w:type="dxa"/>
              <w:bottom w:w="30" w:type="dxa"/>
              <w:right w:w="100" w:type="dxa"/>
            </w:tcMar>
            <w:vAlign w:val="center"/>
          </w:tcPr>
          <w:p w14:paraId="2D62BEED" w14:textId="77777777" w:rsidR="002321DE" w:rsidRDefault="00B57BF7">
            <w:r>
              <w:rPr>
                <w:rFonts w:ascii="Calibri" w:eastAsia="Calibri" w:hAnsi="Calibri" w:cs="Calibri"/>
                <w:color w:val="222222"/>
                <w:sz w:val="21"/>
              </w:rPr>
              <w:t>•  Creative Tribute (Steps 25–27)</w:t>
            </w:r>
          </w:p>
        </w:tc>
        <w:tc>
          <w:tcPr>
            <w:tcW w:w="5040" w:type="dxa"/>
          </w:tcPr>
          <w:p w14:paraId="4043467D" w14:textId="77777777" w:rsidR="002321DE" w:rsidRDefault="002321DE"/>
        </w:tc>
      </w:tr>
    </w:tbl>
    <w:p w14:paraId="017DA549" w14:textId="77777777" w:rsidR="003B0720" w:rsidRDefault="003B0720" w:rsidP="003B0720">
      <w:pPr>
        <w:spacing w:before="240" w:after="80"/>
      </w:pPr>
      <w:r>
        <w:rPr>
          <w:rFonts w:ascii="Calibri" w:eastAsia="Calibri" w:hAnsi="Calibri" w:cs="Calibri"/>
          <w:i/>
          <w:color w:val="595959"/>
          <w:sz w:val="21"/>
        </w:rPr>
        <w:t>Decorate this space at any time throughout your project with a picture, quote, or design that fits your hero.</w:t>
      </w:r>
    </w:p>
    <w:tbl>
      <w:tblPr>
        <w:tblW w:w="10080" w:type="dxa"/>
        <w:tblBorders>
          <w:top w:val="single" w:sz="6" w:space="0" w:color="C9D3DD"/>
          <w:left w:val="single" w:sz="6" w:space="0" w:color="C9D3DD"/>
          <w:bottom w:val="single" w:sz="6" w:space="0" w:color="C9D3DD"/>
          <w:right w:val="single" w:sz="6" w:space="0" w:color="C9D3DD"/>
          <w:insideH w:val="nil"/>
          <w:insideV w:val="nil"/>
        </w:tblBorders>
        <w:tblLayout w:type="fixed"/>
        <w:tblLook w:val="04A0" w:firstRow="1" w:lastRow="0" w:firstColumn="1" w:lastColumn="0" w:noHBand="0" w:noVBand="1"/>
      </w:tblPr>
      <w:tblGrid>
        <w:gridCol w:w="10080"/>
      </w:tblGrid>
      <w:tr w:rsidR="0075185D" w14:paraId="7DA3D59E" w14:textId="77777777">
        <w:trPr>
          <w:trHeight w:val="6480"/>
        </w:trPr>
        <w:tc>
          <w:tcPr>
            <w:tcW w:w="10080" w:type="dxa"/>
          </w:tcPr>
          <w:p w14:paraId="4C3A8F9A" w14:textId="77777777" w:rsidR="002321DE" w:rsidRDefault="002321DE"/>
        </w:tc>
      </w:tr>
    </w:tbl>
    <w:p w14:paraId="11470F6E" w14:textId="77777777" w:rsidR="0009707A" w:rsidRDefault="0009707A">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2B60717D" w14:textId="77777777">
        <w:tc>
          <w:tcPr>
            <w:tcW w:w="7632" w:type="dxa"/>
            <w:shd w:val="clear" w:color="auto" w:fill="1F3A5F"/>
            <w:tcMar>
              <w:top w:w="90" w:type="dxa"/>
              <w:left w:w="140" w:type="dxa"/>
              <w:bottom w:w="90" w:type="dxa"/>
              <w:right w:w="140" w:type="dxa"/>
            </w:tcMar>
            <w:vAlign w:val="center"/>
          </w:tcPr>
          <w:p w14:paraId="6E279A31" w14:textId="77777777" w:rsidR="002321DE" w:rsidRDefault="00B57BF7">
            <w:r>
              <w:rPr>
                <w:rFonts w:ascii="Calibri" w:eastAsia="Calibri" w:hAnsi="Calibri" w:cs="Calibri"/>
                <w:b/>
                <w:color w:val="C8D6E5"/>
                <w:sz w:val="18"/>
              </w:rPr>
              <w:t>RESEARCH  ·  STEP 5</w:t>
            </w:r>
          </w:p>
          <w:p w14:paraId="00534297" w14:textId="77777777" w:rsidR="002321DE" w:rsidRDefault="00B57BF7">
            <w:r>
              <w:rPr>
                <w:rFonts w:ascii="Calibri" w:eastAsia="Calibri" w:hAnsi="Calibri" w:cs="Calibri"/>
                <w:b/>
                <w:color w:val="FFFFFF"/>
                <w:sz w:val="40"/>
              </w:rPr>
              <w:t>Research 1: Early Life and Family</w:t>
            </w:r>
          </w:p>
        </w:tc>
        <w:tc>
          <w:tcPr>
            <w:tcW w:w="2448" w:type="dxa"/>
            <w:shd w:val="clear" w:color="auto" w:fill="1F3A5F"/>
            <w:tcMar>
              <w:top w:w="90" w:type="dxa"/>
              <w:left w:w="140" w:type="dxa"/>
              <w:bottom w:w="90" w:type="dxa"/>
              <w:right w:w="140" w:type="dxa"/>
            </w:tcMar>
            <w:vAlign w:val="center"/>
          </w:tcPr>
          <w:p w14:paraId="152E46D7" w14:textId="77777777" w:rsidR="002321DE" w:rsidRDefault="00B57BF7">
            <w:pPr>
              <w:jc w:val="right"/>
            </w:pPr>
            <w:r>
              <w:rPr>
                <w:rFonts w:ascii="Calibri" w:eastAsia="Calibri" w:hAnsi="Calibri" w:cs="Calibri"/>
                <w:color w:val="C8D6E5"/>
                <w:sz w:val="18"/>
              </w:rPr>
              <w:t>About 20–30 minutes</w:t>
            </w:r>
          </w:p>
        </w:tc>
      </w:tr>
    </w:tbl>
    <w:p w14:paraId="2DEE7FEA" w14:textId="77777777" w:rsidR="002321DE" w:rsidRDefault="002321DE">
      <w:pPr>
        <w:spacing w:line="264" w:lineRule="auto"/>
      </w:pPr>
    </w:p>
    <w:p w14:paraId="31AE0635" w14:textId="77777777" w:rsidR="002321DE" w:rsidRDefault="00B57BF7">
      <w:pPr>
        <w:spacing w:after="120" w:line="264" w:lineRule="auto"/>
        <w:rPr>
          <w:rFonts w:eastAsia="Georgia" w:cs="Georgia"/>
          <w:color w:val="222222"/>
        </w:rPr>
      </w:pPr>
      <w:r>
        <w:rPr>
          <w:rFonts w:ascii="Calibri" w:eastAsia="Calibri" w:hAnsi="Calibri" w:cs="Calibri"/>
          <w:b/>
          <w:color w:val="1F3A5F"/>
        </w:rPr>
        <w:t xml:space="preserve">Goal: </w:t>
      </w:r>
      <w:r>
        <w:rPr>
          <w:rFonts w:eastAsia="Georgia" w:cs="Georgia"/>
          <w:color w:val="222222"/>
        </w:rPr>
        <w:t>Learn about your hero's beginnings.</w:t>
      </w:r>
    </w:p>
    <w:p w14:paraId="7C30DCB1" w14:textId="77777777" w:rsidR="0009707A" w:rsidRDefault="0009707A">
      <w:pPr>
        <w:spacing w:after="120" w:line="264" w:lineRule="auto"/>
      </w:pPr>
      <w:r w:rsidRPr="0009707A">
        <w:rPr>
          <w:rFonts w:ascii="Calibri" w:eastAsia="Georgia" w:hAnsi="Calibri" w:cs="Calibri"/>
          <w:b/>
          <w:bCs/>
          <w:color w:val="1F497D" w:themeColor="text2"/>
        </w:rPr>
        <w:t>Tip</w:t>
      </w:r>
      <w:r w:rsidRPr="0009707A">
        <w:rPr>
          <w:rFonts w:ascii="Calibri" w:eastAsia="Georgia" w:hAnsi="Calibri" w:cs="Calibri"/>
          <w:color w:val="222222"/>
        </w:rPr>
        <w:t>:</w:t>
      </w:r>
      <w:r>
        <w:rPr>
          <w:rFonts w:eastAsia="Georgia" w:cs="Georgia"/>
          <w:color w:val="222222"/>
        </w:rPr>
        <w:t xml:space="preserve"> Read the instructions for steps 5–8 before beginning your research. In a separate notebook, write down key points for each of these steps together while watching videos, reading articles, etc. Then, for each step, you can use your notes to quickly complete the requirements.</w:t>
      </w:r>
    </w:p>
    <w:p w14:paraId="798F7067" w14:textId="77777777" w:rsidR="002321DE" w:rsidRDefault="002321DE">
      <w:pPr>
        <w:spacing w:line="264" w:lineRule="auto"/>
      </w:pPr>
    </w:p>
    <w:p w14:paraId="0ED8143C"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761DDCC6" w14:textId="77777777">
        <w:tc>
          <w:tcPr>
            <w:tcW w:w="504" w:type="dxa"/>
            <w:tcMar>
              <w:top w:w="20" w:type="dxa"/>
              <w:left w:w="20" w:type="dxa"/>
              <w:bottom w:w="20" w:type="dxa"/>
              <w:right w:w="20" w:type="dxa"/>
            </w:tcMar>
          </w:tcPr>
          <w:p w14:paraId="128CFC2B"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45B2C434" w14:textId="77777777" w:rsidR="002321DE" w:rsidRDefault="00B57BF7">
            <w:r>
              <w:rPr>
                <w:rFonts w:eastAsia="Georgia" w:cs="Georgia"/>
                <w:color w:val="222222"/>
                <w:sz w:val="21"/>
              </w:rPr>
              <w:t>Find at least two sources about your hero: articles, books, videos, or family records.</w:t>
            </w:r>
          </w:p>
        </w:tc>
      </w:tr>
      <w:tr w:rsidR="0075185D" w14:paraId="0E4E7A48" w14:textId="77777777">
        <w:tc>
          <w:tcPr>
            <w:tcW w:w="504" w:type="dxa"/>
            <w:tcMar>
              <w:top w:w="20" w:type="dxa"/>
              <w:left w:w="20" w:type="dxa"/>
              <w:bottom w:w="20" w:type="dxa"/>
              <w:right w:w="20" w:type="dxa"/>
            </w:tcMar>
          </w:tcPr>
          <w:p w14:paraId="72AB889E"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39A51CCB" w14:textId="77777777" w:rsidR="002321DE" w:rsidRDefault="00B57BF7">
            <w:r>
              <w:rPr>
                <w:rFonts w:eastAsia="Georgia" w:cs="Georgia"/>
                <w:color w:val="222222"/>
                <w:sz w:val="21"/>
              </w:rPr>
              <w:t>Read or watch, then take notes below. Use the form to guide you.</w:t>
            </w:r>
          </w:p>
        </w:tc>
      </w:tr>
    </w:tbl>
    <w:p w14:paraId="73B5CA29" w14:textId="77777777" w:rsidR="002321DE" w:rsidRDefault="002321DE">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75185D" w14:paraId="0BA8FB21" w14:textId="77777777">
        <w:tc>
          <w:tcPr>
            <w:tcW w:w="10080" w:type="dxa"/>
            <w:shd w:val="clear" w:color="auto" w:fill="FBF6EC"/>
            <w:tcMar>
              <w:top w:w="70" w:type="dxa"/>
              <w:left w:w="140" w:type="dxa"/>
              <w:bottom w:w="70" w:type="dxa"/>
              <w:right w:w="140" w:type="dxa"/>
            </w:tcMar>
          </w:tcPr>
          <w:p w14:paraId="201974F7" w14:textId="77777777" w:rsidR="002321DE" w:rsidRDefault="00B57BF7">
            <w:r>
              <w:rPr>
                <w:rFonts w:ascii="Calibri" w:eastAsia="Calibri" w:hAnsi="Calibri" w:cs="Calibri"/>
                <w:b/>
                <w:color w:val="7A551C"/>
                <w:sz w:val="20"/>
              </w:rPr>
              <w:t xml:space="preserve">THINK ABOUT: </w:t>
            </w:r>
            <w:r>
              <w:rPr>
                <w:rFonts w:ascii="Calibri" w:eastAsia="Calibri" w:hAnsi="Calibri" w:cs="Calibri"/>
                <w:color w:val="3A2E1A"/>
                <w:sz w:val="20"/>
              </w:rPr>
              <w:t>Where and when was your hero born?  •  What was their family like?  •  What childhood experiences shaped who they became?</w:t>
            </w:r>
          </w:p>
        </w:tc>
      </w:tr>
    </w:tbl>
    <w:p w14:paraId="6CB6DAD5"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160"/>
        <w:gridCol w:w="7920"/>
      </w:tblGrid>
      <w:tr w:rsidR="0075185D" w14:paraId="21676217" w14:textId="77777777">
        <w:tc>
          <w:tcPr>
            <w:tcW w:w="10080" w:type="dxa"/>
            <w:gridSpan w:val="2"/>
            <w:shd w:val="clear" w:color="auto" w:fill="E8EEF5"/>
            <w:tcMar>
              <w:top w:w="50" w:type="dxa"/>
              <w:left w:w="120" w:type="dxa"/>
              <w:bottom w:w="50" w:type="dxa"/>
              <w:right w:w="120" w:type="dxa"/>
            </w:tcMar>
          </w:tcPr>
          <w:p w14:paraId="3DF5FFE9" w14:textId="77777777" w:rsidR="002321DE" w:rsidRDefault="00B57BF7">
            <w:r>
              <w:rPr>
                <w:rFonts w:ascii="Calibri" w:eastAsia="Calibri" w:hAnsi="Calibri" w:cs="Calibri"/>
                <w:b/>
                <w:color w:val="1F3A5F"/>
                <w:sz w:val="23"/>
              </w:rPr>
              <w:t>Hero Notes</w:t>
            </w:r>
          </w:p>
        </w:tc>
      </w:tr>
      <w:tr w:rsidR="0075185D" w14:paraId="73C8926C" w14:textId="77777777" w:rsidTr="0009707A">
        <w:trPr>
          <w:trHeight w:val="1152"/>
        </w:trPr>
        <w:tc>
          <w:tcPr>
            <w:tcW w:w="2160" w:type="dxa"/>
            <w:shd w:val="clear" w:color="auto" w:fill="F4F7FA"/>
            <w:tcMar>
              <w:top w:w="50" w:type="dxa"/>
              <w:left w:w="100" w:type="dxa"/>
              <w:bottom w:w="50" w:type="dxa"/>
              <w:right w:w="80" w:type="dxa"/>
            </w:tcMar>
          </w:tcPr>
          <w:p w14:paraId="162ADB08" w14:textId="77777777" w:rsidR="002321DE" w:rsidRDefault="00B57BF7">
            <w:r>
              <w:rPr>
                <w:rFonts w:ascii="Calibri" w:eastAsia="Calibri" w:hAnsi="Calibri" w:cs="Calibri"/>
                <w:b/>
                <w:color w:val="1F3A5F"/>
                <w:sz w:val="20"/>
              </w:rPr>
              <w:t>Important Detail 1:</w:t>
            </w:r>
          </w:p>
        </w:tc>
        <w:tc>
          <w:tcPr>
            <w:tcW w:w="7920" w:type="dxa"/>
            <w:tcMar>
              <w:top w:w="50" w:type="dxa"/>
              <w:left w:w="100" w:type="dxa"/>
              <w:bottom w:w="50" w:type="dxa"/>
              <w:right w:w="100" w:type="dxa"/>
            </w:tcMar>
          </w:tcPr>
          <w:p w14:paraId="0521911C" w14:textId="77777777" w:rsidR="002321DE" w:rsidRDefault="002321DE"/>
        </w:tc>
      </w:tr>
      <w:tr w:rsidR="0075185D" w14:paraId="6899B82D" w14:textId="77777777" w:rsidTr="0009707A">
        <w:trPr>
          <w:trHeight w:val="1152"/>
        </w:trPr>
        <w:tc>
          <w:tcPr>
            <w:tcW w:w="2160" w:type="dxa"/>
            <w:shd w:val="clear" w:color="auto" w:fill="F4F7FA"/>
            <w:tcMar>
              <w:top w:w="50" w:type="dxa"/>
              <w:left w:w="100" w:type="dxa"/>
              <w:bottom w:w="50" w:type="dxa"/>
              <w:right w:w="80" w:type="dxa"/>
            </w:tcMar>
          </w:tcPr>
          <w:p w14:paraId="70A61C5D" w14:textId="77777777" w:rsidR="002321DE" w:rsidRDefault="00B57BF7">
            <w:r>
              <w:rPr>
                <w:rFonts w:ascii="Calibri" w:eastAsia="Calibri" w:hAnsi="Calibri" w:cs="Calibri"/>
                <w:b/>
                <w:color w:val="1F3A5F"/>
                <w:sz w:val="20"/>
              </w:rPr>
              <w:t>Important Detail 2:</w:t>
            </w:r>
          </w:p>
        </w:tc>
        <w:tc>
          <w:tcPr>
            <w:tcW w:w="7920" w:type="dxa"/>
            <w:tcMar>
              <w:top w:w="50" w:type="dxa"/>
              <w:left w:w="100" w:type="dxa"/>
              <w:bottom w:w="50" w:type="dxa"/>
              <w:right w:w="100" w:type="dxa"/>
            </w:tcMar>
          </w:tcPr>
          <w:p w14:paraId="2F9B019D" w14:textId="77777777" w:rsidR="002321DE" w:rsidRDefault="002321DE"/>
        </w:tc>
      </w:tr>
      <w:tr w:rsidR="0075185D" w14:paraId="027D21A5" w14:textId="77777777" w:rsidTr="0009707A">
        <w:trPr>
          <w:trHeight w:val="1152"/>
        </w:trPr>
        <w:tc>
          <w:tcPr>
            <w:tcW w:w="2160" w:type="dxa"/>
            <w:shd w:val="clear" w:color="auto" w:fill="F4F7FA"/>
            <w:tcMar>
              <w:top w:w="50" w:type="dxa"/>
              <w:left w:w="100" w:type="dxa"/>
              <w:bottom w:w="50" w:type="dxa"/>
              <w:right w:w="80" w:type="dxa"/>
            </w:tcMar>
          </w:tcPr>
          <w:p w14:paraId="6C3B95E0" w14:textId="77777777" w:rsidR="002321DE" w:rsidRDefault="00B57BF7">
            <w:r>
              <w:rPr>
                <w:rFonts w:ascii="Calibri" w:eastAsia="Calibri" w:hAnsi="Calibri" w:cs="Calibri"/>
                <w:b/>
                <w:color w:val="1F3A5F"/>
                <w:sz w:val="20"/>
              </w:rPr>
              <w:t>Important Detail 3:</w:t>
            </w:r>
          </w:p>
        </w:tc>
        <w:tc>
          <w:tcPr>
            <w:tcW w:w="7920" w:type="dxa"/>
            <w:tcMar>
              <w:top w:w="50" w:type="dxa"/>
              <w:left w:w="100" w:type="dxa"/>
              <w:bottom w:w="50" w:type="dxa"/>
              <w:right w:w="100" w:type="dxa"/>
            </w:tcMar>
          </w:tcPr>
          <w:p w14:paraId="44F1920F" w14:textId="77777777" w:rsidR="002321DE" w:rsidRDefault="002321DE"/>
        </w:tc>
      </w:tr>
    </w:tbl>
    <w:p w14:paraId="15806267"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584"/>
        <w:gridCol w:w="3456"/>
        <w:gridCol w:w="1584"/>
        <w:gridCol w:w="3456"/>
      </w:tblGrid>
      <w:tr w:rsidR="0075185D" w14:paraId="6B9FEE96" w14:textId="77777777">
        <w:tc>
          <w:tcPr>
            <w:tcW w:w="10080" w:type="dxa"/>
            <w:gridSpan w:val="4"/>
            <w:shd w:val="clear" w:color="auto" w:fill="E8EEF5"/>
            <w:tcMar>
              <w:top w:w="50" w:type="dxa"/>
              <w:left w:w="120" w:type="dxa"/>
              <w:bottom w:w="50" w:type="dxa"/>
              <w:right w:w="120" w:type="dxa"/>
            </w:tcMar>
          </w:tcPr>
          <w:p w14:paraId="794BCA61" w14:textId="77777777" w:rsidR="002321DE" w:rsidRDefault="00B57BF7">
            <w:r>
              <w:rPr>
                <w:rFonts w:ascii="Calibri" w:eastAsia="Calibri" w:hAnsi="Calibri" w:cs="Calibri"/>
                <w:b/>
                <w:color w:val="1F3A5F"/>
                <w:sz w:val="23"/>
              </w:rPr>
              <w:t>My Sources</w:t>
            </w:r>
          </w:p>
        </w:tc>
      </w:tr>
      <w:tr w:rsidR="0075185D" w14:paraId="02187428" w14:textId="77777777">
        <w:trPr>
          <w:trHeight w:val="518"/>
        </w:trPr>
        <w:tc>
          <w:tcPr>
            <w:tcW w:w="1584" w:type="dxa"/>
            <w:shd w:val="clear" w:color="auto" w:fill="F4F7FA"/>
            <w:tcMar>
              <w:top w:w="50" w:type="dxa"/>
              <w:left w:w="100" w:type="dxa"/>
              <w:bottom w:w="50" w:type="dxa"/>
              <w:right w:w="80" w:type="dxa"/>
            </w:tcMar>
          </w:tcPr>
          <w:p w14:paraId="7190DA5D" w14:textId="77777777" w:rsidR="002321DE" w:rsidRDefault="00B57BF7">
            <w:r>
              <w:rPr>
                <w:rFonts w:ascii="Calibri" w:eastAsia="Calibri" w:hAnsi="Calibri" w:cs="Calibri"/>
                <w:b/>
                <w:color w:val="1F3A5F"/>
                <w:sz w:val="20"/>
              </w:rPr>
              <w:t>Title:</w:t>
            </w:r>
          </w:p>
        </w:tc>
        <w:tc>
          <w:tcPr>
            <w:tcW w:w="3456" w:type="dxa"/>
            <w:tcMar>
              <w:top w:w="50" w:type="dxa"/>
              <w:left w:w="100" w:type="dxa"/>
              <w:bottom w:w="50" w:type="dxa"/>
              <w:right w:w="100" w:type="dxa"/>
            </w:tcMar>
          </w:tcPr>
          <w:p w14:paraId="5D1614F3" w14:textId="77777777" w:rsidR="002321DE" w:rsidRDefault="002321DE"/>
        </w:tc>
        <w:tc>
          <w:tcPr>
            <w:tcW w:w="1584" w:type="dxa"/>
            <w:shd w:val="clear" w:color="auto" w:fill="F4F7FA"/>
            <w:tcMar>
              <w:top w:w="50" w:type="dxa"/>
              <w:left w:w="100" w:type="dxa"/>
              <w:bottom w:w="50" w:type="dxa"/>
              <w:right w:w="80" w:type="dxa"/>
            </w:tcMar>
          </w:tcPr>
          <w:p w14:paraId="332E8F29" w14:textId="77777777" w:rsidR="002321DE" w:rsidRDefault="00B57BF7">
            <w:r>
              <w:rPr>
                <w:rFonts w:ascii="Calibri" w:eastAsia="Calibri" w:hAnsi="Calibri" w:cs="Calibri"/>
                <w:b/>
                <w:color w:val="1F3A5F"/>
                <w:sz w:val="20"/>
              </w:rPr>
              <w:t>Author/Site:</w:t>
            </w:r>
          </w:p>
        </w:tc>
        <w:tc>
          <w:tcPr>
            <w:tcW w:w="3456" w:type="dxa"/>
            <w:tcMar>
              <w:top w:w="50" w:type="dxa"/>
              <w:left w:w="100" w:type="dxa"/>
              <w:bottom w:w="50" w:type="dxa"/>
              <w:right w:w="100" w:type="dxa"/>
            </w:tcMar>
          </w:tcPr>
          <w:p w14:paraId="1C36EC6B" w14:textId="77777777" w:rsidR="002321DE" w:rsidRDefault="002321DE"/>
        </w:tc>
      </w:tr>
      <w:tr w:rsidR="0075185D" w14:paraId="13F7F4F2" w14:textId="77777777">
        <w:trPr>
          <w:trHeight w:val="518"/>
        </w:trPr>
        <w:tc>
          <w:tcPr>
            <w:tcW w:w="1584" w:type="dxa"/>
            <w:shd w:val="clear" w:color="auto" w:fill="F4F7FA"/>
            <w:tcMar>
              <w:top w:w="50" w:type="dxa"/>
              <w:left w:w="100" w:type="dxa"/>
              <w:bottom w:w="50" w:type="dxa"/>
              <w:right w:w="80" w:type="dxa"/>
            </w:tcMar>
          </w:tcPr>
          <w:p w14:paraId="7F2CC73E" w14:textId="77777777" w:rsidR="002321DE" w:rsidRDefault="00B57BF7">
            <w:r>
              <w:rPr>
                <w:rFonts w:ascii="Calibri" w:eastAsia="Calibri" w:hAnsi="Calibri" w:cs="Calibri"/>
                <w:b/>
                <w:color w:val="1F3A5F"/>
                <w:sz w:val="20"/>
              </w:rPr>
              <w:t>Title:</w:t>
            </w:r>
          </w:p>
        </w:tc>
        <w:tc>
          <w:tcPr>
            <w:tcW w:w="3456" w:type="dxa"/>
            <w:tcMar>
              <w:top w:w="50" w:type="dxa"/>
              <w:left w:w="100" w:type="dxa"/>
              <w:bottom w:w="50" w:type="dxa"/>
              <w:right w:w="100" w:type="dxa"/>
            </w:tcMar>
          </w:tcPr>
          <w:p w14:paraId="73E495E0" w14:textId="77777777" w:rsidR="002321DE" w:rsidRDefault="002321DE"/>
        </w:tc>
        <w:tc>
          <w:tcPr>
            <w:tcW w:w="1584" w:type="dxa"/>
            <w:shd w:val="clear" w:color="auto" w:fill="F4F7FA"/>
            <w:tcMar>
              <w:top w:w="50" w:type="dxa"/>
              <w:left w:w="100" w:type="dxa"/>
              <w:bottom w:w="50" w:type="dxa"/>
              <w:right w:w="80" w:type="dxa"/>
            </w:tcMar>
          </w:tcPr>
          <w:p w14:paraId="2356A8FD" w14:textId="77777777" w:rsidR="002321DE" w:rsidRDefault="00B57BF7">
            <w:r>
              <w:rPr>
                <w:rFonts w:ascii="Calibri" w:eastAsia="Calibri" w:hAnsi="Calibri" w:cs="Calibri"/>
                <w:b/>
                <w:color w:val="1F3A5F"/>
                <w:sz w:val="20"/>
              </w:rPr>
              <w:t>Author/Site:</w:t>
            </w:r>
          </w:p>
        </w:tc>
        <w:tc>
          <w:tcPr>
            <w:tcW w:w="3456" w:type="dxa"/>
            <w:tcMar>
              <w:top w:w="50" w:type="dxa"/>
              <w:left w:w="100" w:type="dxa"/>
              <w:bottom w:w="50" w:type="dxa"/>
              <w:right w:w="100" w:type="dxa"/>
            </w:tcMar>
          </w:tcPr>
          <w:p w14:paraId="4E9DBA11" w14:textId="77777777" w:rsidR="002321DE" w:rsidRDefault="002321DE"/>
        </w:tc>
      </w:tr>
    </w:tbl>
    <w:p w14:paraId="2A7CA86E" w14:textId="77777777" w:rsidR="0009707A" w:rsidRDefault="0009707A">
      <w:pPr>
        <w:spacing w:line="20" w:lineRule="exact"/>
      </w:pPr>
    </w:p>
    <w:p w14:paraId="0B564680" w14:textId="77777777" w:rsidR="0009707A" w:rsidRDefault="0009707A">
      <w:pPr>
        <w:spacing w:after="200"/>
      </w:pPr>
    </w:p>
    <w:p w14:paraId="07DB5B5E"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234E0FE4" w14:textId="77777777">
        <w:tc>
          <w:tcPr>
            <w:tcW w:w="7632" w:type="dxa"/>
            <w:shd w:val="clear" w:color="auto" w:fill="1F3A5F"/>
            <w:tcMar>
              <w:top w:w="90" w:type="dxa"/>
              <w:left w:w="140" w:type="dxa"/>
              <w:bottom w:w="90" w:type="dxa"/>
              <w:right w:w="140" w:type="dxa"/>
            </w:tcMar>
            <w:vAlign w:val="center"/>
          </w:tcPr>
          <w:p w14:paraId="054CE7D7" w14:textId="77777777" w:rsidR="002321DE" w:rsidRDefault="00B57BF7">
            <w:r>
              <w:rPr>
                <w:rFonts w:ascii="Calibri" w:eastAsia="Calibri" w:hAnsi="Calibri" w:cs="Calibri"/>
                <w:b/>
                <w:color w:val="C8D6E5"/>
                <w:sz w:val="18"/>
              </w:rPr>
              <w:t>RESEARCH  ·  STEP 6</w:t>
            </w:r>
          </w:p>
          <w:p w14:paraId="7266C98A" w14:textId="77777777" w:rsidR="002321DE" w:rsidRDefault="00B57BF7">
            <w:r>
              <w:rPr>
                <w:rFonts w:ascii="Calibri" w:eastAsia="Calibri" w:hAnsi="Calibri" w:cs="Calibri"/>
                <w:b/>
                <w:color w:val="FFFFFF"/>
                <w:sz w:val="40"/>
              </w:rPr>
              <w:t>Research 2: Trials and Turning Points</w:t>
            </w:r>
          </w:p>
        </w:tc>
        <w:tc>
          <w:tcPr>
            <w:tcW w:w="2448" w:type="dxa"/>
            <w:shd w:val="clear" w:color="auto" w:fill="1F3A5F"/>
            <w:tcMar>
              <w:top w:w="90" w:type="dxa"/>
              <w:left w:w="140" w:type="dxa"/>
              <w:bottom w:w="90" w:type="dxa"/>
              <w:right w:w="140" w:type="dxa"/>
            </w:tcMar>
            <w:vAlign w:val="center"/>
          </w:tcPr>
          <w:p w14:paraId="6C4EBA4D" w14:textId="77777777" w:rsidR="002321DE" w:rsidRDefault="00B57BF7">
            <w:pPr>
              <w:jc w:val="right"/>
            </w:pPr>
            <w:r>
              <w:rPr>
                <w:rFonts w:ascii="Calibri" w:eastAsia="Calibri" w:hAnsi="Calibri" w:cs="Calibri"/>
                <w:color w:val="C8D6E5"/>
                <w:sz w:val="18"/>
              </w:rPr>
              <w:t>About 20–30 minutes</w:t>
            </w:r>
          </w:p>
        </w:tc>
      </w:tr>
    </w:tbl>
    <w:p w14:paraId="04C4514F" w14:textId="77777777" w:rsidR="002321DE" w:rsidRDefault="002321DE">
      <w:pPr>
        <w:spacing w:line="264" w:lineRule="auto"/>
      </w:pPr>
    </w:p>
    <w:p w14:paraId="7A6FEF01"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Learn how your hero responded to adversity.</w:t>
      </w:r>
    </w:p>
    <w:p w14:paraId="3330F91E" w14:textId="77777777" w:rsidR="002321DE" w:rsidRDefault="002321DE">
      <w:pPr>
        <w:spacing w:line="264" w:lineRule="auto"/>
      </w:pPr>
    </w:p>
    <w:p w14:paraId="78D1C232"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0DE0A912" w14:textId="77777777">
        <w:tc>
          <w:tcPr>
            <w:tcW w:w="504" w:type="dxa"/>
            <w:tcMar>
              <w:top w:w="20" w:type="dxa"/>
              <w:left w:w="20" w:type="dxa"/>
              <w:bottom w:w="20" w:type="dxa"/>
              <w:right w:w="20" w:type="dxa"/>
            </w:tcMar>
          </w:tcPr>
          <w:p w14:paraId="2213F140"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721AEC1A" w14:textId="77777777" w:rsidR="002321DE" w:rsidRDefault="00B57BF7">
            <w:r>
              <w:rPr>
                <w:rFonts w:eastAsia="Georgia" w:cs="Georgia"/>
                <w:color w:val="222222"/>
                <w:sz w:val="21"/>
              </w:rPr>
              <w:t>Find at least two sources about the challenges your hero faced.</w:t>
            </w:r>
          </w:p>
        </w:tc>
      </w:tr>
      <w:tr w:rsidR="0075185D" w14:paraId="642F17EA" w14:textId="77777777">
        <w:tc>
          <w:tcPr>
            <w:tcW w:w="504" w:type="dxa"/>
            <w:tcMar>
              <w:top w:w="20" w:type="dxa"/>
              <w:left w:w="20" w:type="dxa"/>
              <w:bottom w:w="20" w:type="dxa"/>
              <w:right w:w="20" w:type="dxa"/>
            </w:tcMar>
          </w:tcPr>
          <w:p w14:paraId="7EC2C22B"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109FF963" w14:textId="77777777" w:rsidR="002321DE" w:rsidRDefault="00B57BF7">
            <w:r>
              <w:rPr>
                <w:rFonts w:eastAsia="Georgia" w:cs="Georgia"/>
                <w:color w:val="222222"/>
                <w:sz w:val="21"/>
              </w:rPr>
              <w:t>Look for how your hero's faith, courage, or integrity was tested, then fill in the form.</w:t>
            </w:r>
          </w:p>
        </w:tc>
      </w:tr>
    </w:tbl>
    <w:p w14:paraId="7DB55AC0" w14:textId="77777777" w:rsidR="002321DE" w:rsidRDefault="002321DE">
      <w:pPr>
        <w:spacing w:after="8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504"/>
        <w:gridCol w:w="4788"/>
        <w:gridCol w:w="4788"/>
      </w:tblGrid>
      <w:tr w:rsidR="0075185D" w14:paraId="665E00D2" w14:textId="77777777">
        <w:tc>
          <w:tcPr>
            <w:tcW w:w="10080" w:type="dxa"/>
            <w:gridSpan w:val="3"/>
            <w:shd w:val="clear" w:color="auto" w:fill="E8EEF5"/>
            <w:tcMar>
              <w:top w:w="50" w:type="dxa"/>
              <w:left w:w="120" w:type="dxa"/>
              <w:bottom w:w="50" w:type="dxa"/>
              <w:right w:w="120" w:type="dxa"/>
            </w:tcMar>
          </w:tcPr>
          <w:p w14:paraId="3167636C" w14:textId="77777777" w:rsidR="002321DE" w:rsidRDefault="00B57BF7">
            <w:r>
              <w:rPr>
                <w:rFonts w:ascii="Calibri" w:eastAsia="Calibri" w:hAnsi="Calibri" w:cs="Calibri"/>
                <w:b/>
                <w:color w:val="1F3A5F"/>
                <w:sz w:val="23"/>
              </w:rPr>
              <w:t>Trials My Hero Faced</w:t>
            </w:r>
          </w:p>
        </w:tc>
      </w:tr>
      <w:tr w:rsidR="0075185D" w14:paraId="1B426CE7" w14:textId="77777777">
        <w:tc>
          <w:tcPr>
            <w:tcW w:w="504" w:type="dxa"/>
            <w:shd w:val="clear" w:color="auto" w:fill="F4F7FA"/>
            <w:tcMar>
              <w:top w:w="40" w:type="dxa"/>
              <w:left w:w="100" w:type="dxa"/>
              <w:bottom w:w="40" w:type="dxa"/>
              <w:right w:w="80" w:type="dxa"/>
            </w:tcMar>
          </w:tcPr>
          <w:p w14:paraId="3F526948" w14:textId="77777777" w:rsidR="002321DE" w:rsidRDefault="00B57BF7">
            <w:r>
              <w:rPr>
                <w:rFonts w:ascii="Calibri" w:eastAsia="Calibri" w:hAnsi="Calibri" w:cs="Calibri"/>
                <w:b/>
                <w:color w:val="1F3A5F"/>
                <w:sz w:val="20"/>
              </w:rPr>
              <w:t>#</w:t>
            </w:r>
          </w:p>
        </w:tc>
        <w:tc>
          <w:tcPr>
            <w:tcW w:w="4788" w:type="dxa"/>
            <w:shd w:val="clear" w:color="auto" w:fill="F4F7FA"/>
            <w:tcMar>
              <w:top w:w="40" w:type="dxa"/>
              <w:left w:w="100" w:type="dxa"/>
              <w:bottom w:w="40" w:type="dxa"/>
              <w:right w:w="80" w:type="dxa"/>
            </w:tcMar>
          </w:tcPr>
          <w:p w14:paraId="579DC5B3" w14:textId="77777777" w:rsidR="002321DE" w:rsidRDefault="00B57BF7">
            <w:r>
              <w:rPr>
                <w:rFonts w:ascii="Calibri" w:eastAsia="Calibri" w:hAnsi="Calibri" w:cs="Calibri"/>
                <w:b/>
                <w:color w:val="1F3A5F"/>
                <w:sz w:val="20"/>
              </w:rPr>
              <w:t>A challenge my hero faced</w:t>
            </w:r>
          </w:p>
        </w:tc>
        <w:tc>
          <w:tcPr>
            <w:tcW w:w="4788" w:type="dxa"/>
            <w:shd w:val="clear" w:color="auto" w:fill="F4F7FA"/>
            <w:tcMar>
              <w:top w:w="40" w:type="dxa"/>
              <w:left w:w="100" w:type="dxa"/>
              <w:bottom w:w="40" w:type="dxa"/>
              <w:right w:w="80" w:type="dxa"/>
            </w:tcMar>
          </w:tcPr>
          <w:p w14:paraId="5AB635FF" w14:textId="77777777" w:rsidR="002321DE" w:rsidRDefault="00B57BF7">
            <w:r>
              <w:rPr>
                <w:rFonts w:ascii="Calibri" w:eastAsia="Calibri" w:hAnsi="Calibri" w:cs="Calibri"/>
                <w:b/>
                <w:color w:val="1F3A5F"/>
                <w:sz w:val="20"/>
              </w:rPr>
              <w:t>How my hero responded</w:t>
            </w:r>
          </w:p>
        </w:tc>
      </w:tr>
      <w:tr w:rsidR="0075185D" w14:paraId="6674D25A" w14:textId="77777777">
        <w:trPr>
          <w:trHeight w:val="1037"/>
        </w:trPr>
        <w:tc>
          <w:tcPr>
            <w:tcW w:w="504" w:type="dxa"/>
            <w:shd w:val="clear" w:color="auto" w:fill="F4F7FA"/>
            <w:tcMar>
              <w:top w:w="50" w:type="dxa"/>
              <w:left w:w="100" w:type="dxa"/>
              <w:bottom w:w="50" w:type="dxa"/>
              <w:right w:w="100" w:type="dxa"/>
            </w:tcMar>
          </w:tcPr>
          <w:p w14:paraId="5E5897A8" w14:textId="77777777" w:rsidR="002321DE" w:rsidRDefault="00B57BF7">
            <w:r>
              <w:rPr>
                <w:rFonts w:ascii="Calibri" w:eastAsia="Calibri" w:hAnsi="Calibri" w:cs="Calibri"/>
                <w:b/>
                <w:color w:val="1F3A5F"/>
                <w:sz w:val="20"/>
              </w:rPr>
              <w:t>1</w:t>
            </w:r>
          </w:p>
        </w:tc>
        <w:tc>
          <w:tcPr>
            <w:tcW w:w="4788" w:type="dxa"/>
            <w:tcMar>
              <w:top w:w="50" w:type="dxa"/>
              <w:left w:w="100" w:type="dxa"/>
              <w:bottom w:w="50" w:type="dxa"/>
              <w:right w:w="100" w:type="dxa"/>
            </w:tcMar>
          </w:tcPr>
          <w:p w14:paraId="07BEFBA6" w14:textId="77777777" w:rsidR="002321DE" w:rsidRDefault="002321DE"/>
        </w:tc>
        <w:tc>
          <w:tcPr>
            <w:tcW w:w="4788" w:type="dxa"/>
            <w:tcMar>
              <w:top w:w="50" w:type="dxa"/>
              <w:left w:w="100" w:type="dxa"/>
              <w:bottom w:w="50" w:type="dxa"/>
              <w:right w:w="100" w:type="dxa"/>
            </w:tcMar>
          </w:tcPr>
          <w:p w14:paraId="44C8CD32" w14:textId="77777777" w:rsidR="002321DE" w:rsidRDefault="002321DE"/>
        </w:tc>
      </w:tr>
      <w:tr w:rsidR="0075185D" w14:paraId="75B97C27" w14:textId="77777777">
        <w:trPr>
          <w:trHeight w:val="1037"/>
        </w:trPr>
        <w:tc>
          <w:tcPr>
            <w:tcW w:w="504" w:type="dxa"/>
            <w:shd w:val="clear" w:color="auto" w:fill="F4F7FA"/>
            <w:tcMar>
              <w:top w:w="50" w:type="dxa"/>
              <w:left w:w="100" w:type="dxa"/>
              <w:bottom w:w="50" w:type="dxa"/>
              <w:right w:w="100" w:type="dxa"/>
            </w:tcMar>
          </w:tcPr>
          <w:p w14:paraId="2AB6A2B5" w14:textId="77777777" w:rsidR="002321DE" w:rsidRDefault="00B57BF7">
            <w:r>
              <w:rPr>
                <w:rFonts w:ascii="Calibri" w:eastAsia="Calibri" w:hAnsi="Calibri" w:cs="Calibri"/>
                <w:b/>
                <w:color w:val="1F3A5F"/>
                <w:sz w:val="20"/>
              </w:rPr>
              <w:t>2</w:t>
            </w:r>
          </w:p>
        </w:tc>
        <w:tc>
          <w:tcPr>
            <w:tcW w:w="4788" w:type="dxa"/>
            <w:tcMar>
              <w:top w:w="50" w:type="dxa"/>
              <w:left w:w="100" w:type="dxa"/>
              <w:bottom w:w="50" w:type="dxa"/>
              <w:right w:w="100" w:type="dxa"/>
            </w:tcMar>
          </w:tcPr>
          <w:p w14:paraId="3B8CD5B1" w14:textId="77777777" w:rsidR="002321DE" w:rsidRDefault="002321DE"/>
        </w:tc>
        <w:tc>
          <w:tcPr>
            <w:tcW w:w="4788" w:type="dxa"/>
            <w:tcMar>
              <w:top w:w="50" w:type="dxa"/>
              <w:left w:w="100" w:type="dxa"/>
              <w:bottom w:w="50" w:type="dxa"/>
              <w:right w:w="100" w:type="dxa"/>
            </w:tcMar>
          </w:tcPr>
          <w:p w14:paraId="24EEBC45" w14:textId="77777777" w:rsidR="002321DE" w:rsidRDefault="002321DE"/>
        </w:tc>
      </w:tr>
    </w:tbl>
    <w:p w14:paraId="67DCE33F" w14:textId="77777777" w:rsidR="002321DE" w:rsidRDefault="002321DE">
      <w:pPr>
        <w:spacing w:after="8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808"/>
        <w:gridCol w:w="7272"/>
      </w:tblGrid>
      <w:tr w:rsidR="0075185D" w14:paraId="3E9ECA1B" w14:textId="77777777">
        <w:tc>
          <w:tcPr>
            <w:tcW w:w="10080" w:type="dxa"/>
            <w:gridSpan w:val="2"/>
            <w:shd w:val="clear" w:color="auto" w:fill="E8EEF5"/>
            <w:tcMar>
              <w:top w:w="50" w:type="dxa"/>
              <w:left w:w="120" w:type="dxa"/>
              <w:bottom w:w="50" w:type="dxa"/>
              <w:right w:w="120" w:type="dxa"/>
            </w:tcMar>
          </w:tcPr>
          <w:p w14:paraId="2006C420" w14:textId="77777777" w:rsidR="002321DE" w:rsidRDefault="00B57BF7">
            <w:r>
              <w:rPr>
                <w:rFonts w:ascii="Calibri" w:eastAsia="Calibri" w:hAnsi="Calibri" w:cs="Calibri"/>
                <w:b/>
                <w:color w:val="1F3A5F"/>
                <w:sz w:val="23"/>
              </w:rPr>
              <w:t>A Turning Point</w:t>
            </w:r>
          </w:p>
        </w:tc>
      </w:tr>
      <w:tr w:rsidR="0075185D" w14:paraId="5625395B" w14:textId="77777777">
        <w:trPr>
          <w:trHeight w:val="792"/>
        </w:trPr>
        <w:tc>
          <w:tcPr>
            <w:tcW w:w="2808" w:type="dxa"/>
            <w:shd w:val="clear" w:color="auto" w:fill="F4F7FA"/>
            <w:tcMar>
              <w:top w:w="50" w:type="dxa"/>
              <w:left w:w="100" w:type="dxa"/>
              <w:bottom w:w="50" w:type="dxa"/>
              <w:right w:w="80" w:type="dxa"/>
            </w:tcMar>
          </w:tcPr>
          <w:p w14:paraId="6CBC3669" w14:textId="77777777" w:rsidR="002321DE" w:rsidRDefault="00B57BF7">
            <w:r>
              <w:rPr>
                <w:rFonts w:ascii="Calibri" w:eastAsia="Calibri" w:hAnsi="Calibri" w:cs="Calibri"/>
                <w:b/>
                <w:color w:val="1F3A5F"/>
                <w:sz w:val="20"/>
              </w:rPr>
              <w:t>What happened:</w:t>
            </w:r>
          </w:p>
        </w:tc>
        <w:tc>
          <w:tcPr>
            <w:tcW w:w="7272" w:type="dxa"/>
            <w:tcMar>
              <w:top w:w="50" w:type="dxa"/>
              <w:left w:w="100" w:type="dxa"/>
              <w:bottom w:w="50" w:type="dxa"/>
              <w:right w:w="100" w:type="dxa"/>
            </w:tcMar>
          </w:tcPr>
          <w:p w14:paraId="0B805ABA" w14:textId="77777777" w:rsidR="002321DE" w:rsidRDefault="002321DE"/>
        </w:tc>
      </w:tr>
      <w:tr w:rsidR="0075185D" w14:paraId="193C1548" w14:textId="77777777">
        <w:trPr>
          <w:trHeight w:val="792"/>
        </w:trPr>
        <w:tc>
          <w:tcPr>
            <w:tcW w:w="2808" w:type="dxa"/>
            <w:shd w:val="clear" w:color="auto" w:fill="F4F7FA"/>
            <w:tcMar>
              <w:top w:w="50" w:type="dxa"/>
              <w:left w:w="100" w:type="dxa"/>
              <w:bottom w:w="50" w:type="dxa"/>
              <w:right w:w="80" w:type="dxa"/>
            </w:tcMar>
          </w:tcPr>
          <w:p w14:paraId="6D164334" w14:textId="77777777" w:rsidR="002321DE" w:rsidRDefault="00B57BF7">
            <w:r>
              <w:rPr>
                <w:rFonts w:ascii="Calibri" w:eastAsia="Calibri" w:hAnsi="Calibri" w:cs="Calibri"/>
                <w:b/>
                <w:color w:val="1F3A5F"/>
                <w:sz w:val="20"/>
              </w:rPr>
              <w:t>How it changed my hero's life:</w:t>
            </w:r>
          </w:p>
        </w:tc>
        <w:tc>
          <w:tcPr>
            <w:tcW w:w="7272" w:type="dxa"/>
            <w:tcMar>
              <w:top w:w="50" w:type="dxa"/>
              <w:left w:w="100" w:type="dxa"/>
              <w:bottom w:w="50" w:type="dxa"/>
              <w:right w:w="100" w:type="dxa"/>
            </w:tcMar>
          </w:tcPr>
          <w:p w14:paraId="0A1D185B" w14:textId="77777777" w:rsidR="002321DE" w:rsidRDefault="002321DE"/>
        </w:tc>
      </w:tr>
    </w:tbl>
    <w:p w14:paraId="310923CE" w14:textId="77777777" w:rsidR="002321DE" w:rsidRDefault="002321DE">
      <w:pPr>
        <w:spacing w:after="8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808"/>
        <w:gridCol w:w="7272"/>
      </w:tblGrid>
      <w:tr w:rsidR="0075185D" w14:paraId="4F73BE86" w14:textId="77777777">
        <w:tc>
          <w:tcPr>
            <w:tcW w:w="10080" w:type="dxa"/>
            <w:gridSpan w:val="2"/>
            <w:shd w:val="clear" w:color="auto" w:fill="E8EEF5"/>
            <w:tcMar>
              <w:top w:w="50" w:type="dxa"/>
              <w:left w:w="120" w:type="dxa"/>
              <w:bottom w:w="50" w:type="dxa"/>
              <w:right w:w="120" w:type="dxa"/>
            </w:tcMar>
          </w:tcPr>
          <w:p w14:paraId="46AF559A" w14:textId="77777777" w:rsidR="002321DE" w:rsidRDefault="00B57BF7">
            <w:r>
              <w:rPr>
                <w:rFonts w:ascii="Calibri" w:eastAsia="Calibri" w:hAnsi="Calibri" w:cs="Calibri"/>
                <w:b/>
                <w:color w:val="1F3A5F"/>
                <w:sz w:val="23"/>
              </w:rPr>
              <w:t>Faith in Challenging Times</w:t>
            </w:r>
          </w:p>
        </w:tc>
      </w:tr>
      <w:tr w:rsidR="0075185D" w14:paraId="6CF85186" w14:textId="77777777">
        <w:trPr>
          <w:trHeight w:val="720"/>
        </w:trPr>
        <w:tc>
          <w:tcPr>
            <w:tcW w:w="2808" w:type="dxa"/>
            <w:shd w:val="clear" w:color="auto" w:fill="F4F7FA"/>
            <w:tcMar>
              <w:top w:w="50" w:type="dxa"/>
              <w:left w:w="100" w:type="dxa"/>
              <w:bottom w:w="50" w:type="dxa"/>
              <w:right w:w="80" w:type="dxa"/>
            </w:tcMar>
          </w:tcPr>
          <w:p w14:paraId="266102C2" w14:textId="77777777" w:rsidR="002321DE" w:rsidRDefault="00B57BF7">
            <w:r>
              <w:rPr>
                <w:rFonts w:ascii="Calibri" w:eastAsia="Calibri" w:hAnsi="Calibri" w:cs="Calibri"/>
                <w:b/>
                <w:color w:val="1F3A5F"/>
                <w:sz w:val="20"/>
              </w:rPr>
              <w:t>What helped my hero through hard times?</w:t>
            </w:r>
          </w:p>
        </w:tc>
        <w:tc>
          <w:tcPr>
            <w:tcW w:w="7272" w:type="dxa"/>
            <w:tcMar>
              <w:top w:w="50" w:type="dxa"/>
              <w:left w:w="100" w:type="dxa"/>
              <w:bottom w:w="50" w:type="dxa"/>
              <w:right w:w="100" w:type="dxa"/>
            </w:tcMar>
          </w:tcPr>
          <w:p w14:paraId="72B38B6A" w14:textId="77777777" w:rsidR="002321DE" w:rsidRDefault="002321DE"/>
        </w:tc>
      </w:tr>
      <w:tr w:rsidR="0075185D" w14:paraId="3A44F21F" w14:textId="77777777">
        <w:trPr>
          <w:trHeight w:val="605"/>
        </w:trPr>
        <w:tc>
          <w:tcPr>
            <w:tcW w:w="2808" w:type="dxa"/>
            <w:shd w:val="clear" w:color="auto" w:fill="F4F7FA"/>
            <w:tcMar>
              <w:top w:w="50" w:type="dxa"/>
              <w:left w:w="100" w:type="dxa"/>
              <w:bottom w:w="50" w:type="dxa"/>
              <w:right w:w="80" w:type="dxa"/>
            </w:tcMar>
          </w:tcPr>
          <w:p w14:paraId="0D5C70CD" w14:textId="77777777" w:rsidR="002321DE" w:rsidRDefault="00B57BF7">
            <w:r>
              <w:rPr>
                <w:rFonts w:ascii="Calibri" w:eastAsia="Calibri" w:hAnsi="Calibri" w:cs="Calibri"/>
                <w:b/>
                <w:color w:val="1F3A5F"/>
                <w:sz w:val="20"/>
              </w:rPr>
              <w:t>A Christlike trait my hero showed:</w:t>
            </w:r>
          </w:p>
        </w:tc>
        <w:tc>
          <w:tcPr>
            <w:tcW w:w="7272" w:type="dxa"/>
            <w:tcMar>
              <w:top w:w="50" w:type="dxa"/>
              <w:left w:w="100" w:type="dxa"/>
              <w:bottom w:w="50" w:type="dxa"/>
              <w:right w:w="100" w:type="dxa"/>
            </w:tcMar>
          </w:tcPr>
          <w:p w14:paraId="2E602A56" w14:textId="77777777" w:rsidR="002321DE" w:rsidRDefault="002321DE"/>
        </w:tc>
      </w:tr>
    </w:tbl>
    <w:p w14:paraId="020950AE" w14:textId="77777777" w:rsidR="002321DE" w:rsidRDefault="002321DE">
      <w:pPr>
        <w:spacing w:after="8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584"/>
        <w:gridCol w:w="3456"/>
        <w:gridCol w:w="1584"/>
        <w:gridCol w:w="3456"/>
      </w:tblGrid>
      <w:tr w:rsidR="0075185D" w14:paraId="608B6BEF" w14:textId="77777777">
        <w:tc>
          <w:tcPr>
            <w:tcW w:w="10080" w:type="dxa"/>
            <w:gridSpan w:val="4"/>
            <w:shd w:val="clear" w:color="auto" w:fill="E8EEF5"/>
            <w:tcMar>
              <w:top w:w="50" w:type="dxa"/>
              <w:left w:w="120" w:type="dxa"/>
              <w:bottom w:w="50" w:type="dxa"/>
              <w:right w:w="120" w:type="dxa"/>
            </w:tcMar>
          </w:tcPr>
          <w:p w14:paraId="3A68C647" w14:textId="77777777" w:rsidR="002321DE" w:rsidRDefault="00B57BF7">
            <w:r>
              <w:rPr>
                <w:rFonts w:ascii="Calibri" w:eastAsia="Calibri" w:hAnsi="Calibri" w:cs="Calibri"/>
                <w:b/>
                <w:color w:val="1F3A5F"/>
                <w:sz w:val="23"/>
              </w:rPr>
              <w:t>My Sources</w:t>
            </w:r>
          </w:p>
        </w:tc>
      </w:tr>
      <w:tr w:rsidR="0075185D" w14:paraId="0010E3E5" w14:textId="77777777">
        <w:trPr>
          <w:trHeight w:val="518"/>
        </w:trPr>
        <w:tc>
          <w:tcPr>
            <w:tcW w:w="1584" w:type="dxa"/>
            <w:shd w:val="clear" w:color="auto" w:fill="F4F7FA"/>
            <w:tcMar>
              <w:top w:w="50" w:type="dxa"/>
              <w:left w:w="100" w:type="dxa"/>
              <w:bottom w:w="50" w:type="dxa"/>
              <w:right w:w="80" w:type="dxa"/>
            </w:tcMar>
          </w:tcPr>
          <w:p w14:paraId="5FB88E02" w14:textId="77777777" w:rsidR="002321DE" w:rsidRDefault="00B57BF7">
            <w:r>
              <w:rPr>
                <w:rFonts w:ascii="Calibri" w:eastAsia="Calibri" w:hAnsi="Calibri" w:cs="Calibri"/>
                <w:b/>
                <w:color w:val="1F3A5F"/>
                <w:sz w:val="20"/>
              </w:rPr>
              <w:t>Title:</w:t>
            </w:r>
          </w:p>
        </w:tc>
        <w:tc>
          <w:tcPr>
            <w:tcW w:w="3456" w:type="dxa"/>
            <w:tcMar>
              <w:top w:w="50" w:type="dxa"/>
              <w:left w:w="100" w:type="dxa"/>
              <w:bottom w:w="50" w:type="dxa"/>
              <w:right w:w="100" w:type="dxa"/>
            </w:tcMar>
          </w:tcPr>
          <w:p w14:paraId="462CC8EE" w14:textId="77777777" w:rsidR="002321DE" w:rsidRDefault="002321DE"/>
        </w:tc>
        <w:tc>
          <w:tcPr>
            <w:tcW w:w="1584" w:type="dxa"/>
            <w:shd w:val="clear" w:color="auto" w:fill="F4F7FA"/>
            <w:tcMar>
              <w:top w:w="50" w:type="dxa"/>
              <w:left w:w="100" w:type="dxa"/>
              <w:bottom w:w="50" w:type="dxa"/>
              <w:right w:w="80" w:type="dxa"/>
            </w:tcMar>
          </w:tcPr>
          <w:p w14:paraId="3F252302" w14:textId="77777777" w:rsidR="002321DE" w:rsidRDefault="00B57BF7">
            <w:r>
              <w:rPr>
                <w:rFonts w:ascii="Calibri" w:eastAsia="Calibri" w:hAnsi="Calibri" w:cs="Calibri"/>
                <w:b/>
                <w:color w:val="1F3A5F"/>
                <w:sz w:val="20"/>
              </w:rPr>
              <w:t>Author/Site:</w:t>
            </w:r>
          </w:p>
        </w:tc>
        <w:tc>
          <w:tcPr>
            <w:tcW w:w="3456" w:type="dxa"/>
            <w:tcMar>
              <w:top w:w="50" w:type="dxa"/>
              <w:left w:w="100" w:type="dxa"/>
              <w:bottom w:w="50" w:type="dxa"/>
              <w:right w:w="100" w:type="dxa"/>
            </w:tcMar>
          </w:tcPr>
          <w:p w14:paraId="0EBCE7AF" w14:textId="77777777" w:rsidR="002321DE" w:rsidRDefault="002321DE"/>
        </w:tc>
      </w:tr>
      <w:tr w:rsidR="0075185D" w14:paraId="06A0185D" w14:textId="77777777">
        <w:trPr>
          <w:trHeight w:val="518"/>
        </w:trPr>
        <w:tc>
          <w:tcPr>
            <w:tcW w:w="1584" w:type="dxa"/>
            <w:shd w:val="clear" w:color="auto" w:fill="F4F7FA"/>
            <w:tcMar>
              <w:top w:w="50" w:type="dxa"/>
              <w:left w:w="100" w:type="dxa"/>
              <w:bottom w:w="50" w:type="dxa"/>
              <w:right w:w="80" w:type="dxa"/>
            </w:tcMar>
          </w:tcPr>
          <w:p w14:paraId="230367F7" w14:textId="77777777" w:rsidR="002321DE" w:rsidRDefault="00B57BF7">
            <w:r>
              <w:rPr>
                <w:rFonts w:ascii="Calibri" w:eastAsia="Calibri" w:hAnsi="Calibri" w:cs="Calibri"/>
                <w:b/>
                <w:color w:val="1F3A5F"/>
                <w:sz w:val="20"/>
              </w:rPr>
              <w:t>Title:</w:t>
            </w:r>
          </w:p>
        </w:tc>
        <w:tc>
          <w:tcPr>
            <w:tcW w:w="3456" w:type="dxa"/>
            <w:tcMar>
              <w:top w:w="50" w:type="dxa"/>
              <w:left w:w="100" w:type="dxa"/>
              <w:bottom w:w="50" w:type="dxa"/>
              <w:right w:w="100" w:type="dxa"/>
            </w:tcMar>
          </w:tcPr>
          <w:p w14:paraId="54B822CE" w14:textId="77777777" w:rsidR="002321DE" w:rsidRDefault="002321DE"/>
        </w:tc>
        <w:tc>
          <w:tcPr>
            <w:tcW w:w="1584" w:type="dxa"/>
            <w:shd w:val="clear" w:color="auto" w:fill="F4F7FA"/>
            <w:tcMar>
              <w:top w:w="50" w:type="dxa"/>
              <w:left w:w="100" w:type="dxa"/>
              <w:bottom w:w="50" w:type="dxa"/>
              <w:right w:w="80" w:type="dxa"/>
            </w:tcMar>
          </w:tcPr>
          <w:p w14:paraId="371C2987" w14:textId="77777777" w:rsidR="002321DE" w:rsidRDefault="00B57BF7">
            <w:r>
              <w:rPr>
                <w:rFonts w:ascii="Calibri" w:eastAsia="Calibri" w:hAnsi="Calibri" w:cs="Calibri"/>
                <w:b/>
                <w:color w:val="1F3A5F"/>
                <w:sz w:val="20"/>
              </w:rPr>
              <w:t>Author/Site:</w:t>
            </w:r>
          </w:p>
        </w:tc>
        <w:tc>
          <w:tcPr>
            <w:tcW w:w="3456" w:type="dxa"/>
            <w:tcMar>
              <w:top w:w="50" w:type="dxa"/>
              <w:left w:w="100" w:type="dxa"/>
              <w:bottom w:w="50" w:type="dxa"/>
              <w:right w:w="100" w:type="dxa"/>
            </w:tcMar>
          </w:tcPr>
          <w:p w14:paraId="4E720113" w14:textId="77777777" w:rsidR="002321DE" w:rsidRDefault="002321DE"/>
        </w:tc>
      </w:tr>
    </w:tbl>
    <w:p w14:paraId="46D34ED3" w14:textId="77777777" w:rsidR="0009707A" w:rsidRDefault="0009707A">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022E1E26" w14:textId="77777777">
        <w:tc>
          <w:tcPr>
            <w:tcW w:w="7632" w:type="dxa"/>
            <w:shd w:val="clear" w:color="auto" w:fill="1F3A5F"/>
            <w:tcMar>
              <w:top w:w="90" w:type="dxa"/>
              <w:left w:w="140" w:type="dxa"/>
              <w:bottom w:w="90" w:type="dxa"/>
              <w:right w:w="140" w:type="dxa"/>
            </w:tcMar>
            <w:vAlign w:val="center"/>
          </w:tcPr>
          <w:p w14:paraId="3383C07B" w14:textId="77777777" w:rsidR="002321DE" w:rsidRDefault="00B57BF7">
            <w:r>
              <w:rPr>
                <w:rFonts w:ascii="Calibri" w:eastAsia="Calibri" w:hAnsi="Calibri" w:cs="Calibri"/>
                <w:b/>
                <w:color w:val="C8D6E5"/>
                <w:sz w:val="18"/>
              </w:rPr>
              <w:t>RESEARCH  ·  STEP 7</w:t>
            </w:r>
          </w:p>
          <w:p w14:paraId="607C01A1" w14:textId="77777777" w:rsidR="002321DE" w:rsidRDefault="00B57BF7">
            <w:r>
              <w:rPr>
                <w:rFonts w:ascii="Calibri" w:eastAsia="Calibri" w:hAnsi="Calibri" w:cs="Calibri"/>
                <w:b/>
                <w:color w:val="FFFFFF"/>
                <w:sz w:val="40"/>
              </w:rPr>
              <w:t>Research 3: Life's Great Work</w:t>
            </w:r>
          </w:p>
        </w:tc>
        <w:tc>
          <w:tcPr>
            <w:tcW w:w="2448" w:type="dxa"/>
            <w:shd w:val="clear" w:color="auto" w:fill="1F3A5F"/>
            <w:tcMar>
              <w:top w:w="90" w:type="dxa"/>
              <w:left w:w="140" w:type="dxa"/>
              <w:bottom w:w="90" w:type="dxa"/>
              <w:right w:w="140" w:type="dxa"/>
            </w:tcMar>
            <w:vAlign w:val="center"/>
          </w:tcPr>
          <w:p w14:paraId="10575A41" w14:textId="77777777" w:rsidR="002321DE" w:rsidRDefault="00B57BF7">
            <w:pPr>
              <w:jc w:val="right"/>
            </w:pPr>
            <w:r>
              <w:rPr>
                <w:rFonts w:ascii="Calibri" w:eastAsia="Calibri" w:hAnsi="Calibri" w:cs="Calibri"/>
                <w:color w:val="C8D6E5"/>
                <w:sz w:val="18"/>
              </w:rPr>
              <w:t>About 20–30 minutes</w:t>
            </w:r>
          </w:p>
        </w:tc>
      </w:tr>
    </w:tbl>
    <w:p w14:paraId="3E474390" w14:textId="77777777" w:rsidR="002321DE" w:rsidRDefault="002321DE">
      <w:pPr>
        <w:spacing w:line="264" w:lineRule="auto"/>
      </w:pPr>
    </w:p>
    <w:p w14:paraId="4EF7C827"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Learn what your hero is known for and how their work blessed others.</w:t>
      </w:r>
    </w:p>
    <w:p w14:paraId="12C64CAC" w14:textId="77777777" w:rsidR="002321DE" w:rsidRDefault="002321DE">
      <w:pPr>
        <w:spacing w:line="264" w:lineRule="auto"/>
      </w:pPr>
    </w:p>
    <w:p w14:paraId="5C78276B"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17E4D8A7" w14:textId="77777777">
        <w:tc>
          <w:tcPr>
            <w:tcW w:w="504" w:type="dxa"/>
            <w:tcMar>
              <w:top w:w="20" w:type="dxa"/>
              <w:left w:w="20" w:type="dxa"/>
              <w:bottom w:w="20" w:type="dxa"/>
              <w:right w:w="20" w:type="dxa"/>
            </w:tcMar>
          </w:tcPr>
          <w:p w14:paraId="088D11E9"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26F4C98C" w14:textId="77777777" w:rsidR="002321DE" w:rsidRDefault="00B57BF7">
            <w:r>
              <w:rPr>
                <w:rFonts w:eastAsia="Georgia" w:cs="Georgia"/>
                <w:color w:val="222222"/>
                <w:sz w:val="21"/>
              </w:rPr>
              <w:t>Find at least two sources about your hero's most important work.</w:t>
            </w:r>
          </w:p>
        </w:tc>
      </w:tr>
      <w:tr w:rsidR="0075185D" w14:paraId="3C15F142" w14:textId="77777777">
        <w:tc>
          <w:tcPr>
            <w:tcW w:w="504" w:type="dxa"/>
            <w:tcMar>
              <w:top w:w="20" w:type="dxa"/>
              <w:left w:w="20" w:type="dxa"/>
              <w:bottom w:w="20" w:type="dxa"/>
              <w:right w:w="20" w:type="dxa"/>
            </w:tcMar>
          </w:tcPr>
          <w:p w14:paraId="41583B83"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70EFD6F2" w14:textId="77777777" w:rsidR="002321DE" w:rsidRDefault="00B57BF7">
            <w:r>
              <w:rPr>
                <w:rFonts w:eastAsia="Georgia" w:cs="Georgia"/>
                <w:color w:val="222222"/>
                <w:sz w:val="21"/>
              </w:rPr>
              <w:t>Look for what your hero accomplished, who it blessed, and why they did it, then fill in the form.</w:t>
            </w:r>
          </w:p>
        </w:tc>
      </w:tr>
    </w:tbl>
    <w:p w14:paraId="30D547AB" w14:textId="77777777" w:rsidR="002321DE" w:rsidRDefault="002321DE">
      <w:pPr>
        <w:spacing w:after="8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504"/>
        <w:gridCol w:w="4788"/>
        <w:gridCol w:w="4788"/>
      </w:tblGrid>
      <w:tr w:rsidR="0075185D" w14:paraId="74EA3890" w14:textId="77777777">
        <w:tc>
          <w:tcPr>
            <w:tcW w:w="10080" w:type="dxa"/>
            <w:gridSpan w:val="3"/>
            <w:shd w:val="clear" w:color="auto" w:fill="E8EEF5"/>
            <w:tcMar>
              <w:top w:w="50" w:type="dxa"/>
              <w:left w:w="120" w:type="dxa"/>
              <w:bottom w:w="50" w:type="dxa"/>
              <w:right w:w="120" w:type="dxa"/>
            </w:tcMar>
          </w:tcPr>
          <w:p w14:paraId="012B4B09" w14:textId="77777777" w:rsidR="002321DE" w:rsidRDefault="00B57BF7">
            <w:r>
              <w:rPr>
                <w:rFonts w:ascii="Calibri" w:eastAsia="Calibri" w:hAnsi="Calibri" w:cs="Calibri"/>
                <w:b/>
                <w:color w:val="1F3A5F"/>
                <w:sz w:val="23"/>
              </w:rPr>
              <w:t>My Hero's Great Work</w:t>
            </w:r>
          </w:p>
        </w:tc>
      </w:tr>
      <w:tr w:rsidR="0075185D" w14:paraId="4CFA5355" w14:textId="77777777">
        <w:tc>
          <w:tcPr>
            <w:tcW w:w="504" w:type="dxa"/>
            <w:shd w:val="clear" w:color="auto" w:fill="F4F7FA"/>
            <w:tcMar>
              <w:top w:w="40" w:type="dxa"/>
              <w:left w:w="100" w:type="dxa"/>
              <w:bottom w:w="40" w:type="dxa"/>
              <w:right w:w="80" w:type="dxa"/>
            </w:tcMar>
          </w:tcPr>
          <w:p w14:paraId="5888D12A" w14:textId="77777777" w:rsidR="002321DE" w:rsidRDefault="00B57BF7">
            <w:r>
              <w:rPr>
                <w:rFonts w:ascii="Calibri" w:eastAsia="Calibri" w:hAnsi="Calibri" w:cs="Calibri"/>
                <w:b/>
                <w:color w:val="1F3A5F"/>
                <w:sz w:val="20"/>
              </w:rPr>
              <w:t>#</w:t>
            </w:r>
          </w:p>
        </w:tc>
        <w:tc>
          <w:tcPr>
            <w:tcW w:w="4788" w:type="dxa"/>
            <w:shd w:val="clear" w:color="auto" w:fill="F4F7FA"/>
            <w:tcMar>
              <w:top w:w="40" w:type="dxa"/>
              <w:left w:w="100" w:type="dxa"/>
              <w:bottom w:w="40" w:type="dxa"/>
              <w:right w:w="80" w:type="dxa"/>
            </w:tcMar>
          </w:tcPr>
          <w:p w14:paraId="13CD305F" w14:textId="77777777" w:rsidR="002321DE" w:rsidRDefault="00B57BF7">
            <w:r>
              <w:rPr>
                <w:rFonts w:ascii="Calibri" w:eastAsia="Calibri" w:hAnsi="Calibri" w:cs="Calibri"/>
                <w:b/>
                <w:color w:val="1F3A5F"/>
                <w:sz w:val="20"/>
              </w:rPr>
              <w:t>What my hero accomplished</w:t>
            </w:r>
          </w:p>
        </w:tc>
        <w:tc>
          <w:tcPr>
            <w:tcW w:w="4788" w:type="dxa"/>
            <w:shd w:val="clear" w:color="auto" w:fill="F4F7FA"/>
            <w:tcMar>
              <w:top w:w="40" w:type="dxa"/>
              <w:left w:w="100" w:type="dxa"/>
              <w:bottom w:w="40" w:type="dxa"/>
              <w:right w:w="80" w:type="dxa"/>
            </w:tcMar>
          </w:tcPr>
          <w:p w14:paraId="41C56682" w14:textId="77777777" w:rsidR="002321DE" w:rsidRDefault="00B57BF7">
            <w:r>
              <w:rPr>
                <w:rFonts w:ascii="Calibri" w:eastAsia="Calibri" w:hAnsi="Calibri" w:cs="Calibri"/>
                <w:b/>
                <w:color w:val="1F3A5F"/>
                <w:sz w:val="20"/>
              </w:rPr>
              <w:t>Who it blessed and how</w:t>
            </w:r>
          </w:p>
        </w:tc>
      </w:tr>
      <w:tr w:rsidR="0075185D" w14:paraId="494A5B16" w14:textId="77777777">
        <w:trPr>
          <w:trHeight w:val="893"/>
        </w:trPr>
        <w:tc>
          <w:tcPr>
            <w:tcW w:w="504" w:type="dxa"/>
            <w:shd w:val="clear" w:color="auto" w:fill="F4F7FA"/>
            <w:tcMar>
              <w:top w:w="50" w:type="dxa"/>
              <w:left w:w="100" w:type="dxa"/>
              <w:bottom w:w="50" w:type="dxa"/>
              <w:right w:w="100" w:type="dxa"/>
            </w:tcMar>
          </w:tcPr>
          <w:p w14:paraId="3A5BB002" w14:textId="77777777" w:rsidR="002321DE" w:rsidRDefault="00B57BF7">
            <w:r>
              <w:rPr>
                <w:rFonts w:ascii="Calibri" w:eastAsia="Calibri" w:hAnsi="Calibri" w:cs="Calibri"/>
                <w:b/>
                <w:color w:val="1F3A5F"/>
                <w:sz w:val="20"/>
              </w:rPr>
              <w:t>1</w:t>
            </w:r>
          </w:p>
        </w:tc>
        <w:tc>
          <w:tcPr>
            <w:tcW w:w="4788" w:type="dxa"/>
            <w:tcMar>
              <w:top w:w="50" w:type="dxa"/>
              <w:left w:w="100" w:type="dxa"/>
              <w:bottom w:w="50" w:type="dxa"/>
              <w:right w:w="100" w:type="dxa"/>
            </w:tcMar>
          </w:tcPr>
          <w:p w14:paraId="6A7C052E" w14:textId="77777777" w:rsidR="002321DE" w:rsidRDefault="002321DE"/>
        </w:tc>
        <w:tc>
          <w:tcPr>
            <w:tcW w:w="4788" w:type="dxa"/>
            <w:tcMar>
              <w:top w:w="50" w:type="dxa"/>
              <w:left w:w="100" w:type="dxa"/>
              <w:bottom w:w="50" w:type="dxa"/>
              <w:right w:w="100" w:type="dxa"/>
            </w:tcMar>
          </w:tcPr>
          <w:p w14:paraId="32DFA85A" w14:textId="77777777" w:rsidR="002321DE" w:rsidRDefault="002321DE"/>
        </w:tc>
      </w:tr>
      <w:tr w:rsidR="0075185D" w14:paraId="1ECDE893" w14:textId="77777777">
        <w:trPr>
          <w:trHeight w:val="893"/>
        </w:trPr>
        <w:tc>
          <w:tcPr>
            <w:tcW w:w="504" w:type="dxa"/>
            <w:shd w:val="clear" w:color="auto" w:fill="F4F7FA"/>
            <w:tcMar>
              <w:top w:w="50" w:type="dxa"/>
              <w:left w:w="100" w:type="dxa"/>
              <w:bottom w:w="50" w:type="dxa"/>
              <w:right w:w="100" w:type="dxa"/>
            </w:tcMar>
          </w:tcPr>
          <w:p w14:paraId="44954564" w14:textId="77777777" w:rsidR="002321DE" w:rsidRDefault="00B57BF7">
            <w:r>
              <w:rPr>
                <w:rFonts w:ascii="Calibri" w:eastAsia="Calibri" w:hAnsi="Calibri" w:cs="Calibri"/>
                <w:b/>
                <w:color w:val="1F3A5F"/>
                <w:sz w:val="20"/>
              </w:rPr>
              <w:t>2</w:t>
            </w:r>
          </w:p>
        </w:tc>
        <w:tc>
          <w:tcPr>
            <w:tcW w:w="4788" w:type="dxa"/>
            <w:tcMar>
              <w:top w:w="50" w:type="dxa"/>
              <w:left w:w="100" w:type="dxa"/>
              <w:bottom w:w="50" w:type="dxa"/>
              <w:right w:w="100" w:type="dxa"/>
            </w:tcMar>
          </w:tcPr>
          <w:p w14:paraId="2D93E479" w14:textId="77777777" w:rsidR="002321DE" w:rsidRDefault="002321DE"/>
        </w:tc>
        <w:tc>
          <w:tcPr>
            <w:tcW w:w="4788" w:type="dxa"/>
            <w:tcMar>
              <w:top w:w="50" w:type="dxa"/>
              <w:left w:w="100" w:type="dxa"/>
              <w:bottom w:w="50" w:type="dxa"/>
              <w:right w:w="100" w:type="dxa"/>
            </w:tcMar>
          </w:tcPr>
          <w:p w14:paraId="1DB0B2F3" w14:textId="77777777" w:rsidR="002321DE" w:rsidRDefault="002321DE"/>
        </w:tc>
      </w:tr>
    </w:tbl>
    <w:p w14:paraId="5C601024" w14:textId="77777777" w:rsidR="002321DE" w:rsidRDefault="002321DE">
      <w:pPr>
        <w:spacing w:after="8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808"/>
        <w:gridCol w:w="7272"/>
      </w:tblGrid>
      <w:tr w:rsidR="0075185D" w14:paraId="08E5232F" w14:textId="77777777">
        <w:tc>
          <w:tcPr>
            <w:tcW w:w="10080" w:type="dxa"/>
            <w:gridSpan w:val="2"/>
            <w:shd w:val="clear" w:color="auto" w:fill="E8EEF5"/>
            <w:tcMar>
              <w:top w:w="50" w:type="dxa"/>
              <w:left w:w="120" w:type="dxa"/>
              <w:bottom w:w="50" w:type="dxa"/>
              <w:right w:w="120" w:type="dxa"/>
            </w:tcMar>
          </w:tcPr>
          <w:p w14:paraId="6C580C84" w14:textId="77777777" w:rsidR="002321DE" w:rsidRDefault="00B57BF7">
            <w:r>
              <w:rPr>
                <w:rFonts w:ascii="Calibri" w:eastAsia="Calibri" w:hAnsi="Calibri" w:cs="Calibri"/>
                <w:b/>
                <w:color w:val="1F3A5F"/>
                <w:sz w:val="23"/>
              </w:rPr>
              <w:t>The Work Behind It</w:t>
            </w:r>
          </w:p>
        </w:tc>
      </w:tr>
      <w:tr w:rsidR="0075185D" w14:paraId="08FE1DC0" w14:textId="77777777">
        <w:trPr>
          <w:trHeight w:val="720"/>
        </w:trPr>
        <w:tc>
          <w:tcPr>
            <w:tcW w:w="2808" w:type="dxa"/>
            <w:shd w:val="clear" w:color="auto" w:fill="F4F7FA"/>
            <w:tcMar>
              <w:top w:w="50" w:type="dxa"/>
              <w:left w:w="100" w:type="dxa"/>
              <w:bottom w:w="50" w:type="dxa"/>
              <w:right w:w="80" w:type="dxa"/>
            </w:tcMar>
          </w:tcPr>
          <w:p w14:paraId="598385E2" w14:textId="77777777" w:rsidR="002321DE" w:rsidRDefault="00B57BF7">
            <w:r>
              <w:rPr>
                <w:rFonts w:ascii="Calibri" w:eastAsia="Calibri" w:hAnsi="Calibri" w:cs="Calibri"/>
                <w:b/>
                <w:color w:val="1F3A5F"/>
                <w:sz w:val="20"/>
              </w:rPr>
              <w:t>Talents, character, or skills my hero used:</w:t>
            </w:r>
          </w:p>
        </w:tc>
        <w:tc>
          <w:tcPr>
            <w:tcW w:w="7272" w:type="dxa"/>
            <w:tcMar>
              <w:top w:w="50" w:type="dxa"/>
              <w:left w:w="100" w:type="dxa"/>
              <w:bottom w:w="50" w:type="dxa"/>
              <w:right w:w="100" w:type="dxa"/>
            </w:tcMar>
          </w:tcPr>
          <w:p w14:paraId="25B417B4" w14:textId="77777777" w:rsidR="002321DE" w:rsidRDefault="002321DE"/>
        </w:tc>
      </w:tr>
      <w:tr w:rsidR="0075185D" w14:paraId="204E4E25" w14:textId="77777777">
        <w:trPr>
          <w:trHeight w:val="792"/>
        </w:trPr>
        <w:tc>
          <w:tcPr>
            <w:tcW w:w="2808" w:type="dxa"/>
            <w:shd w:val="clear" w:color="auto" w:fill="F4F7FA"/>
            <w:tcMar>
              <w:top w:w="50" w:type="dxa"/>
              <w:left w:w="100" w:type="dxa"/>
              <w:bottom w:w="50" w:type="dxa"/>
              <w:right w:w="80" w:type="dxa"/>
            </w:tcMar>
          </w:tcPr>
          <w:p w14:paraId="17C7FB8F" w14:textId="77777777" w:rsidR="002321DE" w:rsidRDefault="00B57BF7">
            <w:r>
              <w:rPr>
                <w:rFonts w:ascii="Calibri" w:eastAsia="Calibri" w:hAnsi="Calibri" w:cs="Calibri"/>
                <w:b/>
                <w:color w:val="1F3A5F"/>
                <w:sz w:val="20"/>
              </w:rPr>
              <w:t>How my hero persevered through adversity:</w:t>
            </w:r>
          </w:p>
        </w:tc>
        <w:tc>
          <w:tcPr>
            <w:tcW w:w="7272" w:type="dxa"/>
            <w:tcMar>
              <w:top w:w="50" w:type="dxa"/>
              <w:left w:w="100" w:type="dxa"/>
              <w:bottom w:w="50" w:type="dxa"/>
              <w:right w:w="100" w:type="dxa"/>
            </w:tcMar>
          </w:tcPr>
          <w:p w14:paraId="6E0A6840" w14:textId="77777777" w:rsidR="002321DE" w:rsidRDefault="002321DE"/>
        </w:tc>
      </w:tr>
    </w:tbl>
    <w:p w14:paraId="7718B4AF" w14:textId="77777777" w:rsidR="002321DE" w:rsidRDefault="002321DE">
      <w:pPr>
        <w:spacing w:after="8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808"/>
        <w:gridCol w:w="7272"/>
      </w:tblGrid>
      <w:tr w:rsidR="0075185D" w14:paraId="55075A07" w14:textId="77777777">
        <w:tc>
          <w:tcPr>
            <w:tcW w:w="10080" w:type="dxa"/>
            <w:gridSpan w:val="2"/>
            <w:shd w:val="clear" w:color="auto" w:fill="E8EEF5"/>
            <w:tcMar>
              <w:top w:w="50" w:type="dxa"/>
              <w:left w:w="120" w:type="dxa"/>
              <w:bottom w:w="50" w:type="dxa"/>
              <w:right w:w="120" w:type="dxa"/>
            </w:tcMar>
          </w:tcPr>
          <w:p w14:paraId="09D89636" w14:textId="77777777" w:rsidR="002321DE" w:rsidRDefault="00B57BF7">
            <w:r>
              <w:rPr>
                <w:rFonts w:ascii="Calibri" w:eastAsia="Calibri" w:hAnsi="Calibri" w:cs="Calibri"/>
                <w:b/>
                <w:color w:val="1F3A5F"/>
                <w:sz w:val="23"/>
              </w:rPr>
              <w:t>The Heart Behind It</w:t>
            </w:r>
          </w:p>
        </w:tc>
      </w:tr>
      <w:tr w:rsidR="0075185D" w14:paraId="789336E4" w14:textId="77777777">
        <w:trPr>
          <w:trHeight w:val="792"/>
        </w:trPr>
        <w:tc>
          <w:tcPr>
            <w:tcW w:w="2808" w:type="dxa"/>
            <w:shd w:val="clear" w:color="auto" w:fill="F4F7FA"/>
            <w:tcMar>
              <w:top w:w="50" w:type="dxa"/>
              <w:left w:w="100" w:type="dxa"/>
              <w:bottom w:w="50" w:type="dxa"/>
              <w:right w:w="80" w:type="dxa"/>
            </w:tcMar>
          </w:tcPr>
          <w:p w14:paraId="1615922A" w14:textId="77777777" w:rsidR="002321DE" w:rsidRDefault="00B57BF7">
            <w:r>
              <w:rPr>
                <w:rFonts w:ascii="Calibri" w:eastAsia="Calibri" w:hAnsi="Calibri" w:cs="Calibri"/>
                <w:b/>
                <w:color w:val="1F3A5F"/>
                <w:sz w:val="20"/>
              </w:rPr>
              <w:t>Why my hero did this work:</w:t>
            </w:r>
          </w:p>
        </w:tc>
        <w:tc>
          <w:tcPr>
            <w:tcW w:w="7272" w:type="dxa"/>
            <w:tcMar>
              <w:top w:w="50" w:type="dxa"/>
              <w:left w:w="100" w:type="dxa"/>
              <w:bottom w:w="50" w:type="dxa"/>
              <w:right w:w="100" w:type="dxa"/>
            </w:tcMar>
          </w:tcPr>
          <w:p w14:paraId="54952402" w14:textId="77777777" w:rsidR="002321DE" w:rsidRDefault="002321DE"/>
        </w:tc>
      </w:tr>
      <w:tr w:rsidR="0075185D" w14:paraId="26B92E5F" w14:textId="77777777">
        <w:trPr>
          <w:trHeight w:val="605"/>
        </w:trPr>
        <w:tc>
          <w:tcPr>
            <w:tcW w:w="2808" w:type="dxa"/>
            <w:shd w:val="clear" w:color="auto" w:fill="F4F7FA"/>
            <w:tcMar>
              <w:top w:w="50" w:type="dxa"/>
              <w:left w:w="100" w:type="dxa"/>
              <w:bottom w:w="50" w:type="dxa"/>
              <w:right w:w="80" w:type="dxa"/>
            </w:tcMar>
          </w:tcPr>
          <w:p w14:paraId="42ADC4AF" w14:textId="77777777" w:rsidR="002321DE" w:rsidRDefault="00B57BF7">
            <w:r>
              <w:rPr>
                <w:rFonts w:ascii="Calibri" w:eastAsia="Calibri" w:hAnsi="Calibri" w:cs="Calibri"/>
                <w:b/>
                <w:color w:val="1F3A5F"/>
                <w:sz w:val="20"/>
              </w:rPr>
              <w:t>A Christlike trait my hero showed:</w:t>
            </w:r>
          </w:p>
        </w:tc>
        <w:tc>
          <w:tcPr>
            <w:tcW w:w="7272" w:type="dxa"/>
            <w:tcMar>
              <w:top w:w="50" w:type="dxa"/>
              <w:left w:w="100" w:type="dxa"/>
              <w:bottom w:w="50" w:type="dxa"/>
              <w:right w:w="100" w:type="dxa"/>
            </w:tcMar>
          </w:tcPr>
          <w:p w14:paraId="1F5F5128" w14:textId="77777777" w:rsidR="002321DE" w:rsidRDefault="002321DE"/>
        </w:tc>
      </w:tr>
    </w:tbl>
    <w:p w14:paraId="2934A6E3" w14:textId="77777777" w:rsidR="002321DE" w:rsidRDefault="002321DE">
      <w:pPr>
        <w:spacing w:after="8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584"/>
        <w:gridCol w:w="3456"/>
        <w:gridCol w:w="1584"/>
        <w:gridCol w:w="3456"/>
      </w:tblGrid>
      <w:tr w:rsidR="0075185D" w14:paraId="02C6A036" w14:textId="77777777">
        <w:tc>
          <w:tcPr>
            <w:tcW w:w="10080" w:type="dxa"/>
            <w:gridSpan w:val="4"/>
            <w:shd w:val="clear" w:color="auto" w:fill="E8EEF5"/>
            <w:tcMar>
              <w:top w:w="50" w:type="dxa"/>
              <w:left w:w="120" w:type="dxa"/>
              <w:bottom w:w="50" w:type="dxa"/>
              <w:right w:w="120" w:type="dxa"/>
            </w:tcMar>
          </w:tcPr>
          <w:p w14:paraId="63F32B07" w14:textId="77777777" w:rsidR="002321DE" w:rsidRDefault="00B57BF7">
            <w:r>
              <w:rPr>
                <w:rFonts w:ascii="Calibri" w:eastAsia="Calibri" w:hAnsi="Calibri" w:cs="Calibri"/>
                <w:b/>
                <w:color w:val="1F3A5F"/>
                <w:sz w:val="23"/>
              </w:rPr>
              <w:t>My Sources</w:t>
            </w:r>
          </w:p>
        </w:tc>
      </w:tr>
      <w:tr w:rsidR="0075185D" w14:paraId="4127F5AC" w14:textId="77777777">
        <w:trPr>
          <w:trHeight w:val="518"/>
        </w:trPr>
        <w:tc>
          <w:tcPr>
            <w:tcW w:w="1584" w:type="dxa"/>
            <w:shd w:val="clear" w:color="auto" w:fill="F4F7FA"/>
            <w:tcMar>
              <w:top w:w="50" w:type="dxa"/>
              <w:left w:w="100" w:type="dxa"/>
              <w:bottom w:w="50" w:type="dxa"/>
              <w:right w:w="80" w:type="dxa"/>
            </w:tcMar>
          </w:tcPr>
          <w:p w14:paraId="18FCE3FA" w14:textId="77777777" w:rsidR="002321DE" w:rsidRDefault="00B57BF7">
            <w:r>
              <w:rPr>
                <w:rFonts w:ascii="Calibri" w:eastAsia="Calibri" w:hAnsi="Calibri" w:cs="Calibri"/>
                <w:b/>
                <w:color w:val="1F3A5F"/>
                <w:sz w:val="20"/>
              </w:rPr>
              <w:t>Title:</w:t>
            </w:r>
          </w:p>
        </w:tc>
        <w:tc>
          <w:tcPr>
            <w:tcW w:w="3456" w:type="dxa"/>
            <w:tcMar>
              <w:top w:w="50" w:type="dxa"/>
              <w:left w:w="100" w:type="dxa"/>
              <w:bottom w:w="50" w:type="dxa"/>
              <w:right w:w="100" w:type="dxa"/>
            </w:tcMar>
          </w:tcPr>
          <w:p w14:paraId="38C2B5AE" w14:textId="77777777" w:rsidR="002321DE" w:rsidRDefault="002321DE"/>
        </w:tc>
        <w:tc>
          <w:tcPr>
            <w:tcW w:w="1584" w:type="dxa"/>
            <w:shd w:val="clear" w:color="auto" w:fill="F4F7FA"/>
            <w:tcMar>
              <w:top w:w="50" w:type="dxa"/>
              <w:left w:w="100" w:type="dxa"/>
              <w:bottom w:w="50" w:type="dxa"/>
              <w:right w:w="80" w:type="dxa"/>
            </w:tcMar>
          </w:tcPr>
          <w:p w14:paraId="20C0A61C" w14:textId="77777777" w:rsidR="002321DE" w:rsidRDefault="00B57BF7">
            <w:r>
              <w:rPr>
                <w:rFonts w:ascii="Calibri" w:eastAsia="Calibri" w:hAnsi="Calibri" w:cs="Calibri"/>
                <w:b/>
                <w:color w:val="1F3A5F"/>
                <w:sz w:val="20"/>
              </w:rPr>
              <w:t>Author/Site:</w:t>
            </w:r>
          </w:p>
        </w:tc>
        <w:tc>
          <w:tcPr>
            <w:tcW w:w="3456" w:type="dxa"/>
            <w:tcMar>
              <w:top w:w="50" w:type="dxa"/>
              <w:left w:w="100" w:type="dxa"/>
              <w:bottom w:w="50" w:type="dxa"/>
              <w:right w:w="100" w:type="dxa"/>
            </w:tcMar>
          </w:tcPr>
          <w:p w14:paraId="19B1481B" w14:textId="77777777" w:rsidR="002321DE" w:rsidRDefault="002321DE"/>
        </w:tc>
      </w:tr>
      <w:tr w:rsidR="0075185D" w14:paraId="0676DDA1" w14:textId="77777777">
        <w:trPr>
          <w:trHeight w:val="518"/>
        </w:trPr>
        <w:tc>
          <w:tcPr>
            <w:tcW w:w="1584" w:type="dxa"/>
            <w:shd w:val="clear" w:color="auto" w:fill="F4F7FA"/>
            <w:tcMar>
              <w:top w:w="50" w:type="dxa"/>
              <w:left w:w="100" w:type="dxa"/>
              <w:bottom w:w="50" w:type="dxa"/>
              <w:right w:w="80" w:type="dxa"/>
            </w:tcMar>
          </w:tcPr>
          <w:p w14:paraId="3508945D" w14:textId="77777777" w:rsidR="002321DE" w:rsidRDefault="00B57BF7">
            <w:r>
              <w:rPr>
                <w:rFonts w:ascii="Calibri" w:eastAsia="Calibri" w:hAnsi="Calibri" w:cs="Calibri"/>
                <w:b/>
                <w:color w:val="1F3A5F"/>
                <w:sz w:val="20"/>
              </w:rPr>
              <w:t>Title:</w:t>
            </w:r>
          </w:p>
        </w:tc>
        <w:tc>
          <w:tcPr>
            <w:tcW w:w="3456" w:type="dxa"/>
            <w:tcMar>
              <w:top w:w="50" w:type="dxa"/>
              <w:left w:w="100" w:type="dxa"/>
              <w:bottom w:w="50" w:type="dxa"/>
              <w:right w:w="100" w:type="dxa"/>
            </w:tcMar>
          </w:tcPr>
          <w:p w14:paraId="25307533" w14:textId="77777777" w:rsidR="002321DE" w:rsidRDefault="002321DE"/>
        </w:tc>
        <w:tc>
          <w:tcPr>
            <w:tcW w:w="1584" w:type="dxa"/>
            <w:shd w:val="clear" w:color="auto" w:fill="F4F7FA"/>
            <w:tcMar>
              <w:top w:w="50" w:type="dxa"/>
              <w:left w:w="100" w:type="dxa"/>
              <w:bottom w:w="50" w:type="dxa"/>
              <w:right w:w="80" w:type="dxa"/>
            </w:tcMar>
          </w:tcPr>
          <w:p w14:paraId="4F0CEEF5" w14:textId="77777777" w:rsidR="002321DE" w:rsidRDefault="00B57BF7">
            <w:r>
              <w:rPr>
                <w:rFonts w:ascii="Calibri" w:eastAsia="Calibri" w:hAnsi="Calibri" w:cs="Calibri"/>
                <w:b/>
                <w:color w:val="1F3A5F"/>
                <w:sz w:val="20"/>
              </w:rPr>
              <w:t>Author/Site:</w:t>
            </w:r>
          </w:p>
        </w:tc>
        <w:tc>
          <w:tcPr>
            <w:tcW w:w="3456" w:type="dxa"/>
            <w:tcMar>
              <w:top w:w="50" w:type="dxa"/>
              <w:left w:w="100" w:type="dxa"/>
              <w:bottom w:w="50" w:type="dxa"/>
              <w:right w:w="100" w:type="dxa"/>
            </w:tcMar>
          </w:tcPr>
          <w:p w14:paraId="3E380725" w14:textId="77777777" w:rsidR="002321DE" w:rsidRDefault="002321DE"/>
        </w:tc>
      </w:tr>
    </w:tbl>
    <w:p w14:paraId="19210C08" w14:textId="77777777" w:rsidR="0009707A" w:rsidRDefault="0009707A">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5F6633F5" w14:textId="77777777">
        <w:tc>
          <w:tcPr>
            <w:tcW w:w="7632" w:type="dxa"/>
            <w:shd w:val="clear" w:color="auto" w:fill="1F3A5F"/>
            <w:tcMar>
              <w:top w:w="90" w:type="dxa"/>
              <w:left w:w="140" w:type="dxa"/>
              <w:bottom w:w="90" w:type="dxa"/>
              <w:right w:w="140" w:type="dxa"/>
            </w:tcMar>
            <w:vAlign w:val="center"/>
          </w:tcPr>
          <w:p w14:paraId="23D75EA2" w14:textId="77777777" w:rsidR="002321DE" w:rsidRDefault="00B57BF7">
            <w:r>
              <w:rPr>
                <w:rFonts w:ascii="Calibri" w:eastAsia="Calibri" w:hAnsi="Calibri" w:cs="Calibri"/>
                <w:b/>
                <w:color w:val="C8D6E5"/>
                <w:sz w:val="18"/>
              </w:rPr>
              <w:t>RESEARCH  ·  STEP 8</w:t>
            </w:r>
          </w:p>
          <w:p w14:paraId="18562A85" w14:textId="77777777" w:rsidR="002321DE" w:rsidRDefault="00B57BF7">
            <w:r>
              <w:rPr>
                <w:rFonts w:ascii="Calibri" w:eastAsia="Calibri" w:hAnsi="Calibri" w:cs="Calibri"/>
                <w:b/>
                <w:color w:val="FFFFFF"/>
                <w:sz w:val="40"/>
              </w:rPr>
              <w:t>Research 4: Faith and Legacy</w:t>
            </w:r>
          </w:p>
        </w:tc>
        <w:tc>
          <w:tcPr>
            <w:tcW w:w="2448" w:type="dxa"/>
            <w:shd w:val="clear" w:color="auto" w:fill="1F3A5F"/>
            <w:tcMar>
              <w:top w:w="90" w:type="dxa"/>
              <w:left w:w="140" w:type="dxa"/>
              <w:bottom w:w="90" w:type="dxa"/>
              <w:right w:w="140" w:type="dxa"/>
            </w:tcMar>
            <w:vAlign w:val="center"/>
          </w:tcPr>
          <w:p w14:paraId="3CA9F69A" w14:textId="77777777" w:rsidR="002321DE" w:rsidRDefault="00B57BF7">
            <w:pPr>
              <w:jc w:val="right"/>
            </w:pPr>
            <w:r>
              <w:rPr>
                <w:rFonts w:ascii="Calibri" w:eastAsia="Calibri" w:hAnsi="Calibri" w:cs="Calibri"/>
                <w:color w:val="C8D6E5"/>
                <w:sz w:val="18"/>
              </w:rPr>
              <w:t>About 20–30 minutes</w:t>
            </w:r>
          </w:p>
        </w:tc>
      </w:tr>
    </w:tbl>
    <w:p w14:paraId="6EE418D1" w14:textId="77777777" w:rsidR="002321DE" w:rsidRDefault="002321DE">
      <w:pPr>
        <w:spacing w:line="264" w:lineRule="auto"/>
      </w:pPr>
    </w:p>
    <w:p w14:paraId="3F98E976"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Learn about your hero's faith and lasting influence.</w:t>
      </w:r>
    </w:p>
    <w:p w14:paraId="68411E1E" w14:textId="77777777" w:rsidR="002321DE" w:rsidRDefault="002321DE">
      <w:pPr>
        <w:spacing w:line="264" w:lineRule="auto"/>
      </w:pPr>
    </w:p>
    <w:p w14:paraId="252D6554"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1D5F75B8" w14:textId="77777777">
        <w:tc>
          <w:tcPr>
            <w:tcW w:w="504" w:type="dxa"/>
            <w:tcMar>
              <w:top w:w="20" w:type="dxa"/>
              <w:left w:w="20" w:type="dxa"/>
              <w:bottom w:w="20" w:type="dxa"/>
              <w:right w:w="20" w:type="dxa"/>
            </w:tcMar>
          </w:tcPr>
          <w:p w14:paraId="599507BA"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45565DF6" w14:textId="77777777" w:rsidR="002321DE" w:rsidRDefault="00B57BF7">
            <w:r>
              <w:rPr>
                <w:rFonts w:eastAsia="Georgia" w:cs="Georgia"/>
                <w:color w:val="222222"/>
                <w:sz w:val="21"/>
              </w:rPr>
              <w:t>Find at least two sources about your hero's faith and how they are remembered today.</w:t>
            </w:r>
          </w:p>
        </w:tc>
      </w:tr>
      <w:tr w:rsidR="0075185D" w14:paraId="5F274852" w14:textId="77777777">
        <w:tc>
          <w:tcPr>
            <w:tcW w:w="504" w:type="dxa"/>
            <w:tcMar>
              <w:top w:w="20" w:type="dxa"/>
              <w:left w:w="20" w:type="dxa"/>
              <w:bottom w:w="20" w:type="dxa"/>
              <w:right w:w="20" w:type="dxa"/>
            </w:tcMar>
          </w:tcPr>
          <w:p w14:paraId="7233D507"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49806ECB" w14:textId="77777777" w:rsidR="002321DE" w:rsidRDefault="00B57BF7">
            <w:r>
              <w:rPr>
                <w:rFonts w:eastAsia="Georgia" w:cs="Georgia"/>
                <w:color w:val="222222"/>
                <w:sz w:val="21"/>
              </w:rPr>
              <w:t>Look for how your hero's faith shaped their choices and blessed others, then fill in the form.</w:t>
            </w:r>
          </w:p>
        </w:tc>
      </w:tr>
    </w:tbl>
    <w:p w14:paraId="010E652F" w14:textId="77777777" w:rsidR="002321DE" w:rsidRDefault="002321DE">
      <w:pPr>
        <w:spacing w:after="8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808"/>
        <w:gridCol w:w="7272"/>
      </w:tblGrid>
      <w:tr w:rsidR="0075185D" w14:paraId="2DCDD801" w14:textId="77777777">
        <w:tc>
          <w:tcPr>
            <w:tcW w:w="10080" w:type="dxa"/>
            <w:gridSpan w:val="2"/>
            <w:shd w:val="clear" w:color="auto" w:fill="E8EEF5"/>
            <w:tcMar>
              <w:top w:w="50" w:type="dxa"/>
              <w:left w:w="120" w:type="dxa"/>
              <w:bottom w:w="50" w:type="dxa"/>
              <w:right w:w="120" w:type="dxa"/>
            </w:tcMar>
          </w:tcPr>
          <w:p w14:paraId="204C6510" w14:textId="77777777" w:rsidR="002321DE" w:rsidRDefault="00B57BF7">
            <w:r>
              <w:rPr>
                <w:rFonts w:ascii="Calibri" w:eastAsia="Calibri" w:hAnsi="Calibri" w:cs="Calibri"/>
                <w:b/>
                <w:color w:val="1F3A5F"/>
                <w:sz w:val="23"/>
              </w:rPr>
              <w:t>My Hero's Faith</w:t>
            </w:r>
          </w:p>
        </w:tc>
      </w:tr>
      <w:tr w:rsidR="0075185D" w14:paraId="2EFFD268" w14:textId="77777777">
        <w:trPr>
          <w:trHeight w:val="864"/>
        </w:trPr>
        <w:tc>
          <w:tcPr>
            <w:tcW w:w="2808" w:type="dxa"/>
            <w:shd w:val="clear" w:color="auto" w:fill="F4F7FA"/>
            <w:tcMar>
              <w:top w:w="50" w:type="dxa"/>
              <w:left w:w="100" w:type="dxa"/>
              <w:bottom w:w="50" w:type="dxa"/>
              <w:right w:w="80" w:type="dxa"/>
            </w:tcMar>
          </w:tcPr>
          <w:p w14:paraId="4CE45E64" w14:textId="77777777" w:rsidR="002321DE" w:rsidRDefault="00B57BF7">
            <w:r>
              <w:rPr>
                <w:rFonts w:ascii="Calibri" w:eastAsia="Calibri" w:hAnsi="Calibri" w:cs="Calibri"/>
                <w:b/>
                <w:color w:val="1F3A5F"/>
                <w:sz w:val="20"/>
              </w:rPr>
              <w:t>My hero's relationship with God:</w:t>
            </w:r>
          </w:p>
        </w:tc>
        <w:tc>
          <w:tcPr>
            <w:tcW w:w="7272" w:type="dxa"/>
            <w:tcMar>
              <w:top w:w="50" w:type="dxa"/>
              <w:left w:w="100" w:type="dxa"/>
              <w:bottom w:w="50" w:type="dxa"/>
              <w:right w:w="100" w:type="dxa"/>
            </w:tcMar>
          </w:tcPr>
          <w:p w14:paraId="7005F11D" w14:textId="77777777" w:rsidR="002321DE" w:rsidRDefault="002321DE"/>
        </w:tc>
      </w:tr>
      <w:tr w:rsidR="0075185D" w14:paraId="7ECCF5DD" w14:textId="77777777">
        <w:trPr>
          <w:trHeight w:val="864"/>
        </w:trPr>
        <w:tc>
          <w:tcPr>
            <w:tcW w:w="2808" w:type="dxa"/>
            <w:shd w:val="clear" w:color="auto" w:fill="F4F7FA"/>
            <w:tcMar>
              <w:top w:w="50" w:type="dxa"/>
              <w:left w:w="100" w:type="dxa"/>
              <w:bottom w:w="50" w:type="dxa"/>
              <w:right w:w="80" w:type="dxa"/>
            </w:tcMar>
          </w:tcPr>
          <w:p w14:paraId="2737B6C6" w14:textId="77777777" w:rsidR="002321DE" w:rsidRDefault="00B57BF7">
            <w:r>
              <w:rPr>
                <w:rFonts w:ascii="Calibri" w:eastAsia="Calibri" w:hAnsi="Calibri" w:cs="Calibri"/>
                <w:b/>
                <w:color w:val="1F3A5F"/>
                <w:sz w:val="20"/>
              </w:rPr>
              <w:t>A time my hero's faith guided a choice:</w:t>
            </w:r>
          </w:p>
        </w:tc>
        <w:tc>
          <w:tcPr>
            <w:tcW w:w="7272" w:type="dxa"/>
            <w:tcMar>
              <w:top w:w="50" w:type="dxa"/>
              <w:left w:w="100" w:type="dxa"/>
              <w:bottom w:w="50" w:type="dxa"/>
              <w:right w:w="100" w:type="dxa"/>
            </w:tcMar>
          </w:tcPr>
          <w:p w14:paraId="1F6B9F5A" w14:textId="77777777" w:rsidR="002321DE" w:rsidRDefault="002321DE"/>
        </w:tc>
      </w:tr>
    </w:tbl>
    <w:p w14:paraId="18012C01" w14:textId="77777777" w:rsidR="002321DE" w:rsidRDefault="002321DE">
      <w:pPr>
        <w:spacing w:after="8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504"/>
        <w:gridCol w:w="4788"/>
        <w:gridCol w:w="4788"/>
      </w:tblGrid>
      <w:tr w:rsidR="0075185D" w14:paraId="6227A2C2" w14:textId="77777777">
        <w:tc>
          <w:tcPr>
            <w:tcW w:w="10080" w:type="dxa"/>
            <w:gridSpan w:val="3"/>
            <w:shd w:val="clear" w:color="auto" w:fill="E8EEF5"/>
            <w:tcMar>
              <w:top w:w="50" w:type="dxa"/>
              <w:left w:w="120" w:type="dxa"/>
              <w:bottom w:w="50" w:type="dxa"/>
              <w:right w:w="120" w:type="dxa"/>
            </w:tcMar>
          </w:tcPr>
          <w:p w14:paraId="0001DA7D" w14:textId="77777777" w:rsidR="002321DE" w:rsidRDefault="00B57BF7">
            <w:r>
              <w:rPr>
                <w:rFonts w:ascii="Calibri" w:eastAsia="Calibri" w:hAnsi="Calibri" w:cs="Calibri"/>
                <w:b/>
                <w:color w:val="1F3A5F"/>
                <w:sz w:val="23"/>
              </w:rPr>
              <w:t>Moving Forward the Cause of Christ</w:t>
            </w:r>
          </w:p>
        </w:tc>
      </w:tr>
      <w:tr w:rsidR="0075185D" w14:paraId="60E18B05" w14:textId="77777777">
        <w:tc>
          <w:tcPr>
            <w:tcW w:w="504" w:type="dxa"/>
            <w:shd w:val="clear" w:color="auto" w:fill="F4F7FA"/>
            <w:tcMar>
              <w:top w:w="40" w:type="dxa"/>
              <w:left w:w="100" w:type="dxa"/>
              <w:bottom w:w="40" w:type="dxa"/>
              <w:right w:w="80" w:type="dxa"/>
            </w:tcMar>
          </w:tcPr>
          <w:p w14:paraId="259BD2E8" w14:textId="77777777" w:rsidR="002321DE" w:rsidRDefault="00B57BF7">
            <w:r>
              <w:rPr>
                <w:rFonts w:ascii="Calibri" w:eastAsia="Calibri" w:hAnsi="Calibri" w:cs="Calibri"/>
                <w:b/>
                <w:color w:val="1F3A5F"/>
                <w:sz w:val="20"/>
              </w:rPr>
              <w:t>#</w:t>
            </w:r>
          </w:p>
        </w:tc>
        <w:tc>
          <w:tcPr>
            <w:tcW w:w="4788" w:type="dxa"/>
            <w:shd w:val="clear" w:color="auto" w:fill="F4F7FA"/>
            <w:tcMar>
              <w:top w:w="40" w:type="dxa"/>
              <w:left w:w="100" w:type="dxa"/>
              <w:bottom w:w="40" w:type="dxa"/>
              <w:right w:w="80" w:type="dxa"/>
            </w:tcMar>
          </w:tcPr>
          <w:p w14:paraId="65F6DB3B" w14:textId="77777777" w:rsidR="002321DE" w:rsidRDefault="00B57BF7">
            <w:r>
              <w:rPr>
                <w:rFonts w:ascii="Calibri" w:eastAsia="Calibri" w:hAnsi="Calibri" w:cs="Calibri"/>
                <w:b/>
                <w:color w:val="1F3A5F"/>
                <w:sz w:val="20"/>
              </w:rPr>
              <w:t>What my hero did</w:t>
            </w:r>
          </w:p>
        </w:tc>
        <w:tc>
          <w:tcPr>
            <w:tcW w:w="4788" w:type="dxa"/>
            <w:shd w:val="clear" w:color="auto" w:fill="F4F7FA"/>
            <w:tcMar>
              <w:top w:w="40" w:type="dxa"/>
              <w:left w:w="100" w:type="dxa"/>
              <w:bottom w:w="40" w:type="dxa"/>
              <w:right w:w="80" w:type="dxa"/>
            </w:tcMar>
          </w:tcPr>
          <w:p w14:paraId="4A45552D" w14:textId="77777777" w:rsidR="002321DE" w:rsidRDefault="00B57BF7">
            <w:r>
              <w:rPr>
                <w:rFonts w:ascii="Calibri" w:eastAsia="Calibri" w:hAnsi="Calibri" w:cs="Calibri"/>
                <w:b/>
                <w:color w:val="1F3A5F"/>
                <w:sz w:val="20"/>
              </w:rPr>
              <w:t xml:space="preserve">How it </w:t>
            </w:r>
            <w:r w:rsidR="00492164">
              <w:rPr>
                <w:rFonts w:ascii="Calibri" w:eastAsia="Calibri" w:hAnsi="Calibri" w:cs="Calibri"/>
                <w:b/>
                <w:color w:val="1F3A5F"/>
                <w:sz w:val="20"/>
              </w:rPr>
              <w:t>related to the way Jesus lived</w:t>
            </w:r>
          </w:p>
        </w:tc>
      </w:tr>
      <w:tr w:rsidR="0075185D" w14:paraId="57B2C8B5" w14:textId="77777777" w:rsidTr="00492164">
        <w:trPr>
          <w:trHeight w:val="925"/>
        </w:trPr>
        <w:tc>
          <w:tcPr>
            <w:tcW w:w="504" w:type="dxa"/>
            <w:shd w:val="clear" w:color="auto" w:fill="F4F7FA"/>
            <w:tcMar>
              <w:top w:w="50" w:type="dxa"/>
              <w:left w:w="100" w:type="dxa"/>
              <w:bottom w:w="50" w:type="dxa"/>
              <w:right w:w="100" w:type="dxa"/>
            </w:tcMar>
          </w:tcPr>
          <w:p w14:paraId="479F1954" w14:textId="77777777" w:rsidR="002321DE" w:rsidRDefault="00B57BF7">
            <w:r>
              <w:rPr>
                <w:rFonts w:ascii="Calibri" w:eastAsia="Calibri" w:hAnsi="Calibri" w:cs="Calibri"/>
                <w:b/>
                <w:color w:val="1F3A5F"/>
                <w:sz w:val="20"/>
              </w:rPr>
              <w:t>1</w:t>
            </w:r>
          </w:p>
        </w:tc>
        <w:tc>
          <w:tcPr>
            <w:tcW w:w="4788" w:type="dxa"/>
            <w:tcMar>
              <w:top w:w="50" w:type="dxa"/>
              <w:left w:w="100" w:type="dxa"/>
              <w:bottom w:w="50" w:type="dxa"/>
              <w:right w:w="100" w:type="dxa"/>
            </w:tcMar>
          </w:tcPr>
          <w:p w14:paraId="3D9B958A" w14:textId="77777777" w:rsidR="002321DE" w:rsidRDefault="002321DE"/>
        </w:tc>
        <w:tc>
          <w:tcPr>
            <w:tcW w:w="4788" w:type="dxa"/>
            <w:tcMar>
              <w:top w:w="50" w:type="dxa"/>
              <w:left w:w="100" w:type="dxa"/>
              <w:bottom w:w="50" w:type="dxa"/>
              <w:right w:w="100" w:type="dxa"/>
            </w:tcMar>
          </w:tcPr>
          <w:p w14:paraId="14C4A9CD" w14:textId="77777777" w:rsidR="002321DE" w:rsidRDefault="002321DE"/>
        </w:tc>
      </w:tr>
      <w:tr w:rsidR="0075185D" w14:paraId="32262B09" w14:textId="77777777">
        <w:trPr>
          <w:trHeight w:val="1037"/>
        </w:trPr>
        <w:tc>
          <w:tcPr>
            <w:tcW w:w="504" w:type="dxa"/>
            <w:shd w:val="clear" w:color="auto" w:fill="F4F7FA"/>
            <w:tcMar>
              <w:top w:w="50" w:type="dxa"/>
              <w:left w:w="100" w:type="dxa"/>
              <w:bottom w:w="50" w:type="dxa"/>
              <w:right w:w="100" w:type="dxa"/>
            </w:tcMar>
          </w:tcPr>
          <w:p w14:paraId="00CA9A2E" w14:textId="77777777" w:rsidR="002321DE" w:rsidRDefault="00B57BF7">
            <w:r>
              <w:rPr>
                <w:rFonts w:ascii="Calibri" w:eastAsia="Calibri" w:hAnsi="Calibri" w:cs="Calibri"/>
                <w:b/>
                <w:color w:val="1F3A5F"/>
                <w:sz w:val="20"/>
              </w:rPr>
              <w:t>2</w:t>
            </w:r>
          </w:p>
        </w:tc>
        <w:tc>
          <w:tcPr>
            <w:tcW w:w="4788" w:type="dxa"/>
            <w:tcMar>
              <w:top w:w="50" w:type="dxa"/>
              <w:left w:w="100" w:type="dxa"/>
              <w:bottom w:w="50" w:type="dxa"/>
              <w:right w:w="100" w:type="dxa"/>
            </w:tcMar>
          </w:tcPr>
          <w:p w14:paraId="778982B1" w14:textId="77777777" w:rsidR="002321DE" w:rsidRDefault="002321DE"/>
        </w:tc>
        <w:tc>
          <w:tcPr>
            <w:tcW w:w="4788" w:type="dxa"/>
            <w:tcMar>
              <w:top w:w="50" w:type="dxa"/>
              <w:left w:w="100" w:type="dxa"/>
              <w:bottom w:w="50" w:type="dxa"/>
              <w:right w:w="100" w:type="dxa"/>
            </w:tcMar>
          </w:tcPr>
          <w:p w14:paraId="7167B20A" w14:textId="77777777" w:rsidR="002321DE" w:rsidRDefault="002321DE"/>
        </w:tc>
      </w:tr>
    </w:tbl>
    <w:p w14:paraId="7D4DC66B" w14:textId="77777777" w:rsidR="002321DE" w:rsidRDefault="002321DE">
      <w:pPr>
        <w:spacing w:after="8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808"/>
        <w:gridCol w:w="7272"/>
      </w:tblGrid>
      <w:tr w:rsidR="0075185D" w14:paraId="4808A9EA" w14:textId="77777777">
        <w:tc>
          <w:tcPr>
            <w:tcW w:w="10080" w:type="dxa"/>
            <w:gridSpan w:val="2"/>
            <w:shd w:val="clear" w:color="auto" w:fill="E8EEF5"/>
            <w:tcMar>
              <w:top w:w="50" w:type="dxa"/>
              <w:left w:w="120" w:type="dxa"/>
              <w:bottom w:w="50" w:type="dxa"/>
              <w:right w:w="120" w:type="dxa"/>
            </w:tcMar>
          </w:tcPr>
          <w:p w14:paraId="2BC1E205" w14:textId="77777777" w:rsidR="002321DE" w:rsidRDefault="00B57BF7">
            <w:r>
              <w:rPr>
                <w:rFonts w:ascii="Calibri" w:eastAsia="Calibri" w:hAnsi="Calibri" w:cs="Calibri"/>
                <w:b/>
                <w:color w:val="1F3A5F"/>
                <w:sz w:val="23"/>
              </w:rPr>
              <w:t>My Hero's Legacy</w:t>
            </w:r>
          </w:p>
        </w:tc>
      </w:tr>
      <w:tr w:rsidR="0075185D" w14:paraId="516B4385" w14:textId="77777777">
        <w:trPr>
          <w:trHeight w:val="792"/>
        </w:trPr>
        <w:tc>
          <w:tcPr>
            <w:tcW w:w="2808" w:type="dxa"/>
            <w:shd w:val="clear" w:color="auto" w:fill="F4F7FA"/>
            <w:tcMar>
              <w:top w:w="50" w:type="dxa"/>
              <w:left w:w="100" w:type="dxa"/>
              <w:bottom w:w="50" w:type="dxa"/>
              <w:right w:w="80" w:type="dxa"/>
            </w:tcMar>
          </w:tcPr>
          <w:p w14:paraId="0F6B5685" w14:textId="77777777" w:rsidR="002321DE" w:rsidRDefault="00B57BF7">
            <w:r>
              <w:rPr>
                <w:rFonts w:ascii="Calibri" w:eastAsia="Calibri" w:hAnsi="Calibri" w:cs="Calibri"/>
                <w:b/>
                <w:color w:val="1F3A5F"/>
                <w:sz w:val="20"/>
              </w:rPr>
              <w:t>How my hero is remembered today:</w:t>
            </w:r>
          </w:p>
        </w:tc>
        <w:tc>
          <w:tcPr>
            <w:tcW w:w="7272" w:type="dxa"/>
            <w:tcMar>
              <w:top w:w="50" w:type="dxa"/>
              <w:left w:w="100" w:type="dxa"/>
              <w:bottom w:w="50" w:type="dxa"/>
              <w:right w:w="100" w:type="dxa"/>
            </w:tcMar>
          </w:tcPr>
          <w:p w14:paraId="23E2DDFF" w14:textId="77777777" w:rsidR="002321DE" w:rsidRDefault="002321DE"/>
        </w:tc>
      </w:tr>
      <w:tr w:rsidR="0075185D" w14:paraId="7C637F92" w14:textId="77777777">
        <w:trPr>
          <w:trHeight w:val="792"/>
        </w:trPr>
        <w:tc>
          <w:tcPr>
            <w:tcW w:w="2808" w:type="dxa"/>
            <w:shd w:val="clear" w:color="auto" w:fill="F4F7FA"/>
            <w:tcMar>
              <w:top w:w="50" w:type="dxa"/>
              <w:left w:w="100" w:type="dxa"/>
              <w:bottom w:w="50" w:type="dxa"/>
              <w:right w:w="80" w:type="dxa"/>
            </w:tcMar>
          </w:tcPr>
          <w:p w14:paraId="1B0A34E3" w14:textId="77777777" w:rsidR="002321DE" w:rsidRDefault="00B57BF7">
            <w:r>
              <w:rPr>
                <w:rFonts w:ascii="Calibri" w:eastAsia="Calibri" w:hAnsi="Calibri" w:cs="Calibri"/>
                <w:b/>
                <w:color w:val="1F3A5F"/>
                <w:sz w:val="20"/>
              </w:rPr>
              <w:t>What my hero left behind for others:</w:t>
            </w:r>
          </w:p>
        </w:tc>
        <w:tc>
          <w:tcPr>
            <w:tcW w:w="7272" w:type="dxa"/>
            <w:tcMar>
              <w:top w:w="50" w:type="dxa"/>
              <w:left w:w="100" w:type="dxa"/>
              <w:bottom w:w="50" w:type="dxa"/>
              <w:right w:w="100" w:type="dxa"/>
            </w:tcMar>
          </w:tcPr>
          <w:p w14:paraId="719BADB2" w14:textId="77777777" w:rsidR="002321DE" w:rsidRDefault="002321DE"/>
        </w:tc>
      </w:tr>
    </w:tbl>
    <w:p w14:paraId="1021F243" w14:textId="77777777" w:rsidR="002321DE" w:rsidRDefault="002321DE">
      <w:pPr>
        <w:spacing w:after="8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584"/>
        <w:gridCol w:w="3456"/>
        <w:gridCol w:w="1584"/>
        <w:gridCol w:w="3456"/>
      </w:tblGrid>
      <w:tr w:rsidR="0075185D" w14:paraId="1BED41AB" w14:textId="77777777">
        <w:tc>
          <w:tcPr>
            <w:tcW w:w="10080" w:type="dxa"/>
            <w:gridSpan w:val="4"/>
            <w:shd w:val="clear" w:color="auto" w:fill="E8EEF5"/>
            <w:tcMar>
              <w:top w:w="50" w:type="dxa"/>
              <w:left w:w="120" w:type="dxa"/>
              <w:bottom w:w="50" w:type="dxa"/>
              <w:right w:w="120" w:type="dxa"/>
            </w:tcMar>
          </w:tcPr>
          <w:p w14:paraId="0157AF50" w14:textId="77777777" w:rsidR="002321DE" w:rsidRDefault="00B57BF7">
            <w:r>
              <w:rPr>
                <w:rFonts w:ascii="Calibri" w:eastAsia="Calibri" w:hAnsi="Calibri" w:cs="Calibri"/>
                <w:b/>
                <w:color w:val="1F3A5F"/>
                <w:sz w:val="23"/>
              </w:rPr>
              <w:t>My Sources</w:t>
            </w:r>
          </w:p>
        </w:tc>
      </w:tr>
      <w:tr w:rsidR="0075185D" w14:paraId="46D1972C" w14:textId="77777777" w:rsidTr="00492164">
        <w:trPr>
          <w:trHeight w:val="412"/>
        </w:trPr>
        <w:tc>
          <w:tcPr>
            <w:tcW w:w="1584" w:type="dxa"/>
            <w:shd w:val="clear" w:color="auto" w:fill="F4F7FA"/>
            <w:tcMar>
              <w:top w:w="50" w:type="dxa"/>
              <w:left w:w="100" w:type="dxa"/>
              <w:bottom w:w="50" w:type="dxa"/>
              <w:right w:w="80" w:type="dxa"/>
            </w:tcMar>
          </w:tcPr>
          <w:p w14:paraId="77FCFA09" w14:textId="77777777" w:rsidR="002321DE" w:rsidRDefault="00B57BF7">
            <w:r>
              <w:rPr>
                <w:rFonts w:ascii="Calibri" w:eastAsia="Calibri" w:hAnsi="Calibri" w:cs="Calibri"/>
                <w:b/>
                <w:color w:val="1F3A5F"/>
                <w:sz w:val="20"/>
              </w:rPr>
              <w:t>Title:</w:t>
            </w:r>
          </w:p>
        </w:tc>
        <w:tc>
          <w:tcPr>
            <w:tcW w:w="3456" w:type="dxa"/>
            <w:tcMar>
              <w:top w:w="50" w:type="dxa"/>
              <w:left w:w="100" w:type="dxa"/>
              <w:bottom w:w="50" w:type="dxa"/>
              <w:right w:w="100" w:type="dxa"/>
            </w:tcMar>
          </w:tcPr>
          <w:p w14:paraId="3F112A76" w14:textId="77777777" w:rsidR="002321DE" w:rsidRDefault="002321DE"/>
        </w:tc>
        <w:tc>
          <w:tcPr>
            <w:tcW w:w="1584" w:type="dxa"/>
            <w:shd w:val="clear" w:color="auto" w:fill="F4F7FA"/>
            <w:tcMar>
              <w:top w:w="50" w:type="dxa"/>
              <w:left w:w="100" w:type="dxa"/>
              <w:bottom w:w="50" w:type="dxa"/>
              <w:right w:w="80" w:type="dxa"/>
            </w:tcMar>
          </w:tcPr>
          <w:p w14:paraId="1096C46A" w14:textId="77777777" w:rsidR="002321DE" w:rsidRDefault="00B57BF7">
            <w:r>
              <w:rPr>
                <w:rFonts w:ascii="Calibri" w:eastAsia="Calibri" w:hAnsi="Calibri" w:cs="Calibri"/>
                <w:b/>
                <w:color w:val="1F3A5F"/>
                <w:sz w:val="20"/>
              </w:rPr>
              <w:t>Author/Site:</w:t>
            </w:r>
          </w:p>
        </w:tc>
        <w:tc>
          <w:tcPr>
            <w:tcW w:w="3456" w:type="dxa"/>
            <w:tcMar>
              <w:top w:w="50" w:type="dxa"/>
              <w:left w:w="100" w:type="dxa"/>
              <w:bottom w:w="50" w:type="dxa"/>
              <w:right w:w="100" w:type="dxa"/>
            </w:tcMar>
          </w:tcPr>
          <w:p w14:paraId="02F9DE4B" w14:textId="77777777" w:rsidR="002321DE" w:rsidRDefault="002321DE"/>
        </w:tc>
      </w:tr>
      <w:tr w:rsidR="0075185D" w14:paraId="69BC19F6" w14:textId="77777777" w:rsidTr="00492164">
        <w:trPr>
          <w:trHeight w:val="430"/>
        </w:trPr>
        <w:tc>
          <w:tcPr>
            <w:tcW w:w="1584" w:type="dxa"/>
            <w:shd w:val="clear" w:color="auto" w:fill="F4F7FA"/>
            <w:tcMar>
              <w:top w:w="50" w:type="dxa"/>
              <w:left w:w="100" w:type="dxa"/>
              <w:bottom w:w="50" w:type="dxa"/>
              <w:right w:w="80" w:type="dxa"/>
            </w:tcMar>
          </w:tcPr>
          <w:p w14:paraId="71A1481A" w14:textId="77777777" w:rsidR="002321DE" w:rsidRDefault="00B57BF7">
            <w:r>
              <w:rPr>
                <w:rFonts w:ascii="Calibri" w:eastAsia="Calibri" w:hAnsi="Calibri" w:cs="Calibri"/>
                <w:b/>
                <w:color w:val="1F3A5F"/>
                <w:sz w:val="20"/>
              </w:rPr>
              <w:t>Title:</w:t>
            </w:r>
          </w:p>
        </w:tc>
        <w:tc>
          <w:tcPr>
            <w:tcW w:w="3456" w:type="dxa"/>
            <w:tcMar>
              <w:top w:w="50" w:type="dxa"/>
              <w:left w:w="100" w:type="dxa"/>
              <w:bottom w:w="50" w:type="dxa"/>
              <w:right w:w="100" w:type="dxa"/>
            </w:tcMar>
          </w:tcPr>
          <w:p w14:paraId="53580B79" w14:textId="77777777" w:rsidR="002321DE" w:rsidRDefault="002321DE"/>
        </w:tc>
        <w:tc>
          <w:tcPr>
            <w:tcW w:w="1584" w:type="dxa"/>
            <w:shd w:val="clear" w:color="auto" w:fill="F4F7FA"/>
            <w:tcMar>
              <w:top w:w="50" w:type="dxa"/>
              <w:left w:w="100" w:type="dxa"/>
              <w:bottom w:w="50" w:type="dxa"/>
              <w:right w:w="80" w:type="dxa"/>
            </w:tcMar>
          </w:tcPr>
          <w:p w14:paraId="73BD0EB9" w14:textId="77777777" w:rsidR="002321DE" w:rsidRDefault="00B57BF7">
            <w:r>
              <w:rPr>
                <w:rFonts w:ascii="Calibri" w:eastAsia="Calibri" w:hAnsi="Calibri" w:cs="Calibri"/>
                <w:b/>
                <w:color w:val="1F3A5F"/>
                <w:sz w:val="20"/>
              </w:rPr>
              <w:t>Author/Site:</w:t>
            </w:r>
          </w:p>
        </w:tc>
        <w:tc>
          <w:tcPr>
            <w:tcW w:w="3456" w:type="dxa"/>
            <w:tcMar>
              <w:top w:w="50" w:type="dxa"/>
              <w:left w:w="100" w:type="dxa"/>
              <w:bottom w:w="50" w:type="dxa"/>
              <w:right w:w="100" w:type="dxa"/>
            </w:tcMar>
          </w:tcPr>
          <w:p w14:paraId="36EAD362" w14:textId="77777777" w:rsidR="002321DE" w:rsidRDefault="002321DE"/>
        </w:tc>
      </w:tr>
    </w:tbl>
    <w:p w14:paraId="703CD785"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2865CB94" w14:textId="77777777">
        <w:tc>
          <w:tcPr>
            <w:tcW w:w="7632" w:type="dxa"/>
            <w:shd w:val="clear" w:color="auto" w:fill="1F3A5F"/>
            <w:tcMar>
              <w:top w:w="90" w:type="dxa"/>
              <w:left w:w="140" w:type="dxa"/>
              <w:bottom w:w="90" w:type="dxa"/>
              <w:right w:w="140" w:type="dxa"/>
            </w:tcMar>
            <w:vAlign w:val="center"/>
          </w:tcPr>
          <w:p w14:paraId="6924EB65" w14:textId="77777777" w:rsidR="002321DE" w:rsidRDefault="00B57BF7">
            <w:r>
              <w:rPr>
                <w:rFonts w:ascii="Calibri" w:eastAsia="Calibri" w:hAnsi="Calibri" w:cs="Calibri"/>
                <w:b/>
                <w:color w:val="C8D6E5"/>
                <w:sz w:val="18"/>
              </w:rPr>
              <w:t>RESEARCH  ·  STEP 9</w:t>
            </w:r>
          </w:p>
          <w:p w14:paraId="4867790D" w14:textId="77777777" w:rsidR="002321DE" w:rsidRDefault="00B57BF7">
            <w:r>
              <w:rPr>
                <w:rFonts w:ascii="Calibri" w:eastAsia="Calibri" w:hAnsi="Calibri" w:cs="Calibri"/>
                <w:b/>
                <w:color w:val="FFFFFF"/>
                <w:sz w:val="40"/>
              </w:rPr>
              <w:t>Build Your Timeline</w:t>
            </w:r>
          </w:p>
        </w:tc>
        <w:tc>
          <w:tcPr>
            <w:tcW w:w="2448" w:type="dxa"/>
            <w:shd w:val="clear" w:color="auto" w:fill="1F3A5F"/>
            <w:tcMar>
              <w:top w:w="90" w:type="dxa"/>
              <w:left w:w="140" w:type="dxa"/>
              <w:bottom w:w="90" w:type="dxa"/>
              <w:right w:w="140" w:type="dxa"/>
            </w:tcMar>
            <w:vAlign w:val="center"/>
          </w:tcPr>
          <w:p w14:paraId="449BCF20" w14:textId="77777777" w:rsidR="002321DE" w:rsidRDefault="00B57BF7">
            <w:pPr>
              <w:jc w:val="right"/>
            </w:pPr>
            <w:r>
              <w:rPr>
                <w:rFonts w:ascii="Calibri" w:eastAsia="Calibri" w:hAnsi="Calibri" w:cs="Calibri"/>
                <w:color w:val="C8D6E5"/>
                <w:sz w:val="18"/>
              </w:rPr>
              <w:t>About 20–30 minutes</w:t>
            </w:r>
          </w:p>
        </w:tc>
      </w:tr>
    </w:tbl>
    <w:p w14:paraId="643FB525" w14:textId="77777777" w:rsidR="002321DE" w:rsidRDefault="002321DE">
      <w:pPr>
        <w:spacing w:line="264" w:lineRule="auto"/>
      </w:pPr>
    </w:p>
    <w:p w14:paraId="7B15381C"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See your hero's whole life at a glance.</w:t>
      </w:r>
    </w:p>
    <w:p w14:paraId="78168B0C" w14:textId="77777777" w:rsidR="002321DE" w:rsidRDefault="002321DE">
      <w:pPr>
        <w:spacing w:line="264" w:lineRule="auto"/>
      </w:pPr>
    </w:p>
    <w:p w14:paraId="13E13563"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6255E348" w14:textId="77777777">
        <w:tc>
          <w:tcPr>
            <w:tcW w:w="504" w:type="dxa"/>
            <w:tcMar>
              <w:top w:w="20" w:type="dxa"/>
              <w:left w:w="20" w:type="dxa"/>
              <w:bottom w:w="20" w:type="dxa"/>
              <w:right w:w="20" w:type="dxa"/>
            </w:tcMar>
          </w:tcPr>
          <w:p w14:paraId="41C9CB57"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758AA12B" w14:textId="77777777" w:rsidR="002321DE" w:rsidRDefault="00B57BF7">
            <w:r>
              <w:rPr>
                <w:rFonts w:eastAsia="Georgia" w:cs="Georgia"/>
                <w:color w:val="222222"/>
                <w:sz w:val="21"/>
              </w:rPr>
              <w:t>Look back at your Hero Notes from Steps 5–8.</w:t>
            </w:r>
          </w:p>
        </w:tc>
      </w:tr>
      <w:tr w:rsidR="0075185D" w14:paraId="12B6E864" w14:textId="77777777">
        <w:tc>
          <w:tcPr>
            <w:tcW w:w="504" w:type="dxa"/>
            <w:tcMar>
              <w:top w:w="20" w:type="dxa"/>
              <w:left w:w="20" w:type="dxa"/>
              <w:bottom w:w="20" w:type="dxa"/>
              <w:right w:w="20" w:type="dxa"/>
            </w:tcMar>
          </w:tcPr>
          <w:p w14:paraId="13FD3A51"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74B3043F" w14:textId="77777777" w:rsidR="002321DE" w:rsidRDefault="00B57BF7">
            <w:r>
              <w:rPr>
                <w:rFonts w:eastAsia="Georgia" w:cs="Georgia"/>
                <w:color w:val="222222"/>
                <w:sz w:val="21"/>
              </w:rPr>
              <w:t>Choose 6–8 of the most important events in your hero's life and list them in order.</w:t>
            </w:r>
          </w:p>
        </w:tc>
      </w:tr>
      <w:tr w:rsidR="0075185D" w14:paraId="7C12DFDC" w14:textId="77777777">
        <w:tc>
          <w:tcPr>
            <w:tcW w:w="504" w:type="dxa"/>
            <w:tcMar>
              <w:top w:w="20" w:type="dxa"/>
              <w:left w:w="20" w:type="dxa"/>
              <w:bottom w:w="20" w:type="dxa"/>
              <w:right w:w="20" w:type="dxa"/>
            </w:tcMar>
          </w:tcPr>
          <w:p w14:paraId="0DFDEF6A" w14:textId="77777777" w:rsidR="002321DE" w:rsidRDefault="00B57BF7">
            <w:r>
              <w:rPr>
                <w:rFonts w:ascii="Calibri" w:eastAsia="Calibri" w:hAnsi="Calibri" w:cs="Calibri"/>
                <w:b/>
                <w:color w:val="1F3A5F"/>
                <w:sz w:val="21"/>
              </w:rPr>
              <w:t>3.</w:t>
            </w:r>
          </w:p>
        </w:tc>
        <w:tc>
          <w:tcPr>
            <w:tcW w:w="9576" w:type="dxa"/>
            <w:tcMar>
              <w:top w:w="20" w:type="dxa"/>
              <w:left w:w="40" w:type="dxa"/>
              <w:bottom w:w="20" w:type="dxa"/>
              <w:right w:w="40" w:type="dxa"/>
            </w:tcMar>
          </w:tcPr>
          <w:p w14:paraId="61D679FE" w14:textId="77777777" w:rsidR="002321DE" w:rsidRDefault="00B57BF7">
            <w:r>
              <w:rPr>
                <w:rFonts w:eastAsia="Georgia" w:cs="Georgia"/>
                <w:color w:val="222222"/>
                <w:sz w:val="21"/>
              </w:rPr>
              <w:t>For each event, write one sentence explaining why it mattered.</w:t>
            </w:r>
          </w:p>
        </w:tc>
      </w:tr>
    </w:tbl>
    <w:p w14:paraId="7B22EBE9" w14:textId="77777777" w:rsidR="002321DE" w:rsidRDefault="002321DE">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75185D" w14:paraId="62BC6144" w14:textId="77777777">
        <w:tc>
          <w:tcPr>
            <w:tcW w:w="10080" w:type="dxa"/>
            <w:shd w:val="clear" w:color="auto" w:fill="FBF6EC"/>
            <w:tcMar>
              <w:top w:w="70" w:type="dxa"/>
              <w:left w:w="140" w:type="dxa"/>
              <w:bottom w:w="70" w:type="dxa"/>
              <w:right w:w="140" w:type="dxa"/>
            </w:tcMar>
          </w:tcPr>
          <w:p w14:paraId="05C1468E" w14:textId="77777777" w:rsidR="002321DE" w:rsidRDefault="00B57BF7">
            <w:r>
              <w:rPr>
                <w:rFonts w:ascii="Calibri" w:eastAsia="Calibri" w:hAnsi="Calibri" w:cs="Calibri"/>
                <w:b/>
                <w:color w:val="7A551C"/>
                <w:sz w:val="20"/>
              </w:rPr>
              <w:t xml:space="preserve">TIP: </w:t>
            </w:r>
            <w:r>
              <w:rPr>
                <w:rFonts w:ascii="Calibri" w:eastAsia="Calibri" w:hAnsi="Calibri" w:cs="Calibri"/>
                <w:color w:val="3A2E1A"/>
                <w:sz w:val="20"/>
              </w:rPr>
              <w:t>Choose events that shaped who your hero became, including trials and turning points. Use your own words. It is fine to use birth and death events on your timeline.</w:t>
            </w:r>
          </w:p>
        </w:tc>
      </w:tr>
    </w:tbl>
    <w:p w14:paraId="6FEC69EE"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504"/>
        <w:gridCol w:w="1224"/>
        <w:gridCol w:w="4176"/>
        <w:gridCol w:w="4176"/>
      </w:tblGrid>
      <w:tr w:rsidR="0075185D" w14:paraId="771F33E6" w14:textId="77777777">
        <w:tc>
          <w:tcPr>
            <w:tcW w:w="10080" w:type="dxa"/>
            <w:gridSpan w:val="4"/>
            <w:shd w:val="clear" w:color="auto" w:fill="E8EEF5"/>
            <w:tcMar>
              <w:top w:w="50" w:type="dxa"/>
              <w:left w:w="120" w:type="dxa"/>
              <w:bottom w:w="50" w:type="dxa"/>
              <w:right w:w="120" w:type="dxa"/>
            </w:tcMar>
          </w:tcPr>
          <w:p w14:paraId="5BA8D5CE" w14:textId="77777777" w:rsidR="002321DE" w:rsidRDefault="00B57BF7">
            <w:r>
              <w:rPr>
                <w:rFonts w:ascii="Calibri" w:eastAsia="Calibri" w:hAnsi="Calibri" w:cs="Calibri"/>
                <w:b/>
                <w:color w:val="1F3A5F"/>
                <w:sz w:val="23"/>
              </w:rPr>
              <w:t>My Hero's Timeline</w:t>
            </w:r>
          </w:p>
        </w:tc>
      </w:tr>
      <w:tr w:rsidR="0075185D" w14:paraId="5BD9B7B7" w14:textId="77777777">
        <w:tc>
          <w:tcPr>
            <w:tcW w:w="504" w:type="dxa"/>
            <w:shd w:val="clear" w:color="auto" w:fill="F4F7FA"/>
            <w:tcMar>
              <w:top w:w="40" w:type="dxa"/>
              <w:left w:w="100" w:type="dxa"/>
              <w:bottom w:w="40" w:type="dxa"/>
              <w:right w:w="80" w:type="dxa"/>
            </w:tcMar>
          </w:tcPr>
          <w:p w14:paraId="0316E642" w14:textId="77777777" w:rsidR="002321DE" w:rsidRDefault="00B57BF7">
            <w:r>
              <w:rPr>
                <w:rFonts w:ascii="Calibri" w:eastAsia="Calibri" w:hAnsi="Calibri" w:cs="Calibri"/>
                <w:b/>
                <w:color w:val="1F3A5F"/>
                <w:sz w:val="20"/>
              </w:rPr>
              <w:t>#</w:t>
            </w:r>
          </w:p>
        </w:tc>
        <w:tc>
          <w:tcPr>
            <w:tcW w:w="1224" w:type="dxa"/>
            <w:shd w:val="clear" w:color="auto" w:fill="F4F7FA"/>
            <w:tcMar>
              <w:top w:w="40" w:type="dxa"/>
              <w:left w:w="100" w:type="dxa"/>
              <w:bottom w:w="40" w:type="dxa"/>
              <w:right w:w="80" w:type="dxa"/>
            </w:tcMar>
          </w:tcPr>
          <w:p w14:paraId="208C3471" w14:textId="77777777" w:rsidR="002321DE" w:rsidRDefault="00B57BF7">
            <w:r>
              <w:rPr>
                <w:rFonts w:ascii="Calibri" w:eastAsia="Calibri" w:hAnsi="Calibri" w:cs="Calibri"/>
                <w:b/>
                <w:color w:val="1F3A5F"/>
                <w:sz w:val="20"/>
              </w:rPr>
              <w:t>Year</w:t>
            </w:r>
          </w:p>
        </w:tc>
        <w:tc>
          <w:tcPr>
            <w:tcW w:w="4176" w:type="dxa"/>
            <w:shd w:val="clear" w:color="auto" w:fill="F4F7FA"/>
            <w:tcMar>
              <w:top w:w="40" w:type="dxa"/>
              <w:left w:w="100" w:type="dxa"/>
              <w:bottom w:w="40" w:type="dxa"/>
              <w:right w:w="80" w:type="dxa"/>
            </w:tcMar>
          </w:tcPr>
          <w:p w14:paraId="3DC48AF3" w14:textId="77777777" w:rsidR="002321DE" w:rsidRDefault="00B57BF7">
            <w:r>
              <w:rPr>
                <w:rFonts w:ascii="Calibri" w:eastAsia="Calibri" w:hAnsi="Calibri" w:cs="Calibri"/>
                <w:b/>
                <w:color w:val="1F3A5F"/>
                <w:sz w:val="20"/>
              </w:rPr>
              <w:t>Event</w:t>
            </w:r>
          </w:p>
        </w:tc>
        <w:tc>
          <w:tcPr>
            <w:tcW w:w="4176" w:type="dxa"/>
            <w:shd w:val="clear" w:color="auto" w:fill="F4F7FA"/>
            <w:tcMar>
              <w:top w:w="40" w:type="dxa"/>
              <w:left w:w="100" w:type="dxa"/>
              <w:bottom w:w="40" w:type="dxa"/>
              <w:right w:w="80" w:type="dxa"/>
            </w:tcMar>
          </w:tcPr>
          <w:p w14:paraId="38136A17" w14:textId="77777777" w:rsidR="002321DE" w:rsidRDefault="00B57BF7">
            <w:r>
              <w:rPr>
                <w:rFonts w:ascii="Calibri" w:eastAsia="Calibri" w:hAnsi="Calibri" w:cs="Calibri"/>
                <w:b/>
                <w:color w:val="1F3A5F"/>
                <w:sz w:val="20"/>
              </w:rPr>
              <w:t>Why it mattered</w:t>
            </w:r>
          </w:p>
        </w:tc>
      </w:tr>
      <w:tr w:rsidR="0075185D" w14:paraId="5992295C" w14:textId="77777777" w:rsidTr="0075185D">
        <w:trPr>
          <w:trHeight w:val="792"/>
        </w:trPr>
        <w:tc>
          <w:tcPr>
            <w:tcW w:w="504" w:type="dxa"/>
            <w:shd w:val="clear" w:color="auto" w:fill="F4F7FA"/>
            <w:tcMar>
              <w:top w:w="50" w:type="dxa"/>
              <w:left w:w="100" w:type="dxa"/>
              <w:bottom w:w="50" w:type="dxa"/>
              <w:right w:w="100" w:type="dxa"/>
            </w:tcMar>
          </w:tcPr>
          <w:p w14:paraId="4A69CCA2" w14:textId="77777777" w:rsidR="002321DE" w:rsidRDefault="00B57BF7">
            <w:r>
              <w:rPr>
                <w:rFonts w:ascii="Calibri" w:eastAsia="Calibri" w:hAnsi="Calibri" w:cs="Calibri"/>
                <w:b/>
                <w:color w:val="1F3A5F"/>
                <w:sz w:val="20"/>
              </w:rPr>
              <w:t>1</w:t>
            </w:r>
          </w:p>
        </w:tc>
        <w:tc>
          <w:tcPr>
            <w:tcW w:w="1224" w:type="dxa"/>
            <w:tcMar>
              <w:top w:w="50" w:type="dxa"/>
              <w:left w:w="100" w:type="dxa"/>
              <w:bottom w:w="50" w:type="dxa"/>
              <w:right w:w="100" w:type="dxa"/>
            </w:tcMar>
          </w:tcPr>
          <w:p w14:paraId="57DC44EE" w14:textId="77777777" w:rsidR="002321DE" w:rsidRDefault="002321DE"/>
        </w:tc>
        <w:tc>
          <w:tcPr>
            <w:tcW w:w="4176" w:type="dxa"/>
            <w:tcMar>
              <w:top w:w="50" w:type="dxa"/>
              <w:left w:w="100" w:type="dxa"/>
              <w:bottom w:w="50" w:type="dxa"/>
              <w:right w:w="100" w:type="dxa"/>
            </w:tcMar>
          </w:tcPr>
          <w:p w14:paraId="384D55BF" w14:textId="77777777" w:rsidR="002321DE" w:rsidRDefault="002321DE"/>
        </w:tc>
        <w:tc>
          <w:tcPr>
            <w:tcW w:w="4176" w:type="dxa"/>
            <w:tcMar>
              <w:top w:w="50" w:type="dxa"/>
              <w:left w:w="100" w:type="dxa"/>
              <w:bottom w:w="50" w:type="dxa"/>
              <w:right w:w="100" w:type="dxa"/>
            </w:tcMar>
          </w:tcPr>
          <w:p w14:paraId="09DF60D3" w14:textId="77777777" w:rsidR="002321DE" w:rsidRDefault="002321DE"/>
        </w:tc>
      </w:tr>
      <w:tr w:rsidR="0075185D" w14:paraId="03360582" w14:textId="77777777" w:rsidTr="0075185D">
        <w:trPr>
          <w:trHeight w:val="792"/>
        </w:trPr>
        <w:tc>
          <w:tcPr>
            <w:tcW w:w="504" w:type="dxa"/>
            <w:shd w:val="clear" w:color="auto" w:fill="F4F7FA"/>
            <w:tcMar>
              <w:top w:w="50" w:type="dxa"/>
              <w:left w:w="100" w:type="dxa"/>
              <w:bottom w:w="50" w:type="dxa"/>
              <w:right w:w="100" w:type="dxa"/>
            </w:tcMar>
          </w:tcPr>
          <w:p w14:paraId="57499CCA" w14:textId="77777777" w:rsidR="002321DE" w:rsidRDefault="00B57BF7">
            <w:r>
              <w:rPr>
                <w:rFonts w:ascii="Calibri" w:eastAsia="Calibri" w:hAnsi="Calibri" w:cs="Calibri"/>
                <w:b/>
                <w:color w:val="1F3A5F"/>
                <w:sz w:val="20"/>
              </w:rPr>
              <w:t>2</w:t>
            </w:r>
          </w:p>
        </w:tc>
        <w:tc>
          <w:tcPr>
            <w:tcW w:w="1224" w:type="dxa"/>
            <w:tcMar>
              <w:top w:w="50" w:type="dxa"/>
              <w:left w:w="100" w:type="dxa"/>
              <w:bottom w:w="50" w:type="dxa"/>
              <w:right w:w="100" w:type="dxa"/>
            </w:tcMar>
          </w:tcPr>
          <w:p w14:paraId="3E10E094" w14:textId="77777777" w:rsidR="002321DE" w:rsidRDefault="002321DE"/>
        </w:tc>
        <w:tc>
          <w:tcPr>
            <w:tcW w:w="4176" w:type="dxa"/>
            <w:tcMar>
              <w:top w:w="50" w:type="dxa"/>
              <w:left w:w="100" w:type="dxa"/>
              <w:bottom w:w="50" w:type="dxa"/>
              <w:right w:w="100" w:type="dxa"/>
            </w:tcMar>
          </w:tcPr>
          <w:p w14:paraId="28845686" w14:textId="77777777" w:rsidR="002321DE" w:rsidRDefault="002321DE"/>
        </w:tc>
        <w:tc>
          <w:tcPr>
            <w:tcW w:w="4176" w:type="dxa"/>
            <w:tcMar>
              <w:top w:w="50" w:type="dxa"/>
              <w:left w:w="100" w:type="dxa"/>
              <w:bottom w:w="50" w:type="dxa"/>
              <w:right w:w="100" w:type="dxa"/>
            </w:tcMar>
          </w:tcPr>
          <w:p w14:paraId="77F81477" w14:textId="77777777" w:rsidR="002321DE" w:rsidRDefault="002321DE"/>
        </w:tc>
      </w:tr>
      <w:tr w:rsidR="0075185D" w14:paraId="14615375" w14:textId="77777777" w:rsidTr="0075185D">
        <w:trPr>
          <w:trHeight w:val="792"/>
        </w:trPr>
        <w:tc>
          <w:tcPr>
            <w:tcW w:w="504" w:type="dxa"/>
            <w:shd w:val="clear" w:color="auto" w:fill="F4F7FA"/>
            <w:tcMar>
              <w:top w:w="50" w:type="dxa"/>
              <w:left w:w="100" w:type="dxa"/>
              <w:bottom w:w="50" w:type="dxa"/>
              <w:right w:w="100" w:type="dxa"/>
            </w:tcMar>
          </w:tcPr>
          <w:p w14:paraId="4A7DEB79" w14:textId="77777777" w:rsidR="002321DE" w:rsidRDefault="00B57BF7">
            <w:r>
              <w:rPr>
                <w:rFonts w:ascii="Calibri" w:eastAsia="Calibri" w:hAnsi="Calibri" w:cs="Calibri"/>
                <w:b/>
                <w:color w:val="1F3A5F"/>
                <w:sz w:val="20"/>
              </w:rPr>
              <w:t>3</w:t>
            </w:r>
          </w:p>
        </w:tc>
        <w:tc>
          <w:tcPr>
            <w:tcW w:w="1224" w:type="dxa"/>
            <w:tcMar>
              <w:top w:w="50" w:type="dxa"/>
              <w:left w:w="100" w:type="dxa"/>
              <w:bottom w:w="50" w:type="dxa"/>
              <w:right w:w="100" w:type="dxa"/>
            </w:tcMar>
          </w:tcPr>
          <w:p w14:paraId="5BBF50FB" w14:textId="77777777" w:rsidR="002321DE" w:rsidRDefault="002321DE"/>
        </w:tc>
        <w:tc>
          <w:tcPr>
            <w:tcW w:w="4176" w:type="dxa"/>
            <w:tcMar>
              <w:top w:w="50" w:type="dxa"/>
              <w:left w:w="100" w:type="dxa"/>
              <w:bottom w:w="50" w:type="dxa"/>
              <w:right w:w="100" w:type="dxa"/>
            </w:tcMar>
          </w:tcPr>
          <w:p w14:paraId="55929DBA" w14:textId="77777777" w:rsidR="002321DE" w:rsidRDefault="002321DE"/>
        </w:tc>
        <w:tc>
          <w:tcPr>
            <w:tcW w:w="4176" w:type="dxa"/>
            <w:tcMar>
              <w:top w:w="50" w:type="dxa"/>
              <w:left w:w="100" w:type="dxa"/>
              <w:bottom w:w="50" w:type="dxa"/>
              <w:right w:w="100" w:type="dxa"/>
            </w:tcMar>
          </w:tcPr>
          <w:p w14:paraId="74B9BBAA" w14:textId="77777777" w:rsidR="002321DE" w:rsidRDefault="002321DE"/>
        </w:tc>
      </w:tr>
      <w:tr w:rsidR="0075185D" w14:paraId="672DC699" w14:textId="77777777" w:rsidTr="0075185D">
        <w:trPr>
          <w:trHeight w:val="792"/>
        </w:trPr>
        <w:tc>
          <w:tcPr>
            <w:tcW w:w="504" w:type="dxa"/>
            <w:shd w:val="clear" w:color="auto" w:fill="F4F7FA"/>
            <w:tcMar>
              <w:top w:w="50" w:type="dxa"/>
              <w:left w:w="100" w:type="dxa"/>
              <w:bottom w:w="50" w:type="dxa"/>
              <w:right w:w="100" w:type="dxa"/>
            </w:tcMar>
          </w:tcPr>
          <w:p w14:paraId="74CB7C27" w14:textId="77777777" w:rsidR="002321DE" w:rsidRDefault="00B57BF7">
            <w:r>
              <w:rPr>
                <w:rFonts w:ascii="Calibri" w:eastAsia="Calibri" w:hAnsi="Calibri" w:cs="Calibri"/>
                <w:b/>
                <w:color w:val="1F3A5F"/>
                <w:sz w:val="20"/>
              </w:rPr>
              <w:t>4</w:t>
            </w:r>
          </w:p>
        </w:tc>
        <w:tc>
          <w:tcPr>
            <w:tcW w:w="1224" w:type="dxa"/>
            <w:tcMar>
              <w:top w:w="50" w:type="dxa"/>
              <w:left w:w="100" w:type="dxa"/>
              <w:bottom w:w="50" w:type="dxa"/>
              <w:right w:w="100" w:type="dxa"/>
            </w:tcMar>
          </w:tcPr>
          <w:p w14:paraId="3D66DD67" w14:textId="77777777" w:rsidR="002321DE" w:rsidRDefault="002321DE"/>
        </w:tc>
        <w:tc>
          <w:tcPr>
            <w:tcW w:w="4176" w:type="dxa"/>
            <w:tcMar>
              <w:top w:w="50" w:type="dxa"/>
              <w:left w:w="100" w:type="dxa"/>
              <w:bottom w:w="50" w:type="dxa"/>
              <w:right w:w="100" w:type="dxa"/>
            </w:tcMar>
          </w:tcPr>
          <w:p w14:paraId="2E488E36" w14:textId="77777777" w:rsidR="002321DE" w:rsidRDefault="002321DE"/>
        </w:tc>
        <w:tc>
          <w:tcPr>
            <w:tcW w:w="4176" w:type="dxa"/>
            <w:tcMar>
              <w:top w:w="50" w:type="dxa"/>
              <w:left w:w="100" w:type="dxa"/>
              <w:bottom w:w="50" w:type="dxa"/>
              <w:right w:w="100" w:type="dxa"/>
            </w:tcMar>
          </w:tcPr>
          <w:p w14:paraId="308486A2" w14:textId="77777777" w:rsidR="002321DE" w:rsidRDefault="002321DE"/>
        </w:tc>
      </w:tr>
      <w:tr w:rsidR="0075185D" w14:paraId="68B810F8" w14:textId="77777777" w:rsidTr="0075185D">
        <w:trPr>
          <w:trHeight w:val="792"/>
        </w:trPr>
        <w:tc>
          <w:tcPr>
            <w:tcW w:w="504" w:type="dxa"/>
            <w:shd w:val="clear" w:color="auto" w:fill="F4F7FA"/>
            <w:tcMar>
              <w:top w:w="50" w:type="dxa"/>
              <w:left w:w="100" w:type="dxa"/>
              <w:bottom w:w="50" w:type="dxa"/>
              <w:right w:w="100" w:type="dxa"/>
            </w:tcMar>
          </w:tcPr>
          <w:p w14:paraId="6228BBF0" w14:textId="77777777" w:rsidR="002321DE" w:rsidRDefault="00B57BF7">
            <w:r>
              <w:rPr>
                <w:rFonts w:ascii="Calibri" w:eastAsia="Calibri" w:hAnsi="Calibri" w:cs="Calibri"/>
                <w:b/>
                <w:color w:val="1F3A5F"/>
                <w:sz w:val="20"/>
              </w:rPr>
              <w:t>5</w:t>
            </w:r>
          </w:p>
        </w:tc>
        <w:tc>
          <w:tcPr>
            <w:tcW w:w="1224" w:type="dxa"/>
            <w:tcMar>
              <w:top w:w="50" w:type="dxa"/>
              <w:left w:w="100" w:type="dxa"/>
              <w:bottom w:w="50" w:type="dxa"/>
              <w:right w:w="100" w:type="dxa"/>
            </w:tcMar>
          </w:tcPr>
          <w:p w14:paraId="4FBED6A7" w14:textId="77777777" w:rsidR="002321DE" w:rsidRDefault="002321DE"/>
        </w:tc>
        <w:tc>
          <w:tcPr>
            <w:tcW w:w="4176" w:type="dxa"/>
            <w:tcMar>
              <w:top w:w="50" w:type="dxa"/>
              <w:left w:w="100" w:type="dxa"/>
              <w:bottom w:w="50" w:type="dxa"/>
              <w:right w:w="100" w:type="dxa"/>
            </w:tcMar>
          </w:tcPr>
          <w:p w14:paraId="673DB728" w14:textId="77777777" w:rsidR="002321DE" w:rsidRDefault="002321DE"/>
        </w:tc>
        <w:tc>
          <w:tcPr>
            <w:tcW w:w="4176" w:type="dxa"/>
            <w:tcMar>
              <w:top w:w="50" w:type="dxa"/>
              <w:left w:w="100" w:type="dxa"/>
              <w:bottom w:w="50" w:type="dxa"/>
              <w:right w:w="100" w:type="dxa"/>
            </w:tcMar>
          </w:tcPr>
          <w:p w14:paraId="45A8685A" w14:textId="77777777" w:rsidR="002321DE" w:rsidRDefault="002321DE"/>
        </w:tc>
      </w:tr>
      <w:tr w:rsidR="0075185D" w14:paraId="601067B7" w14:textId="77777777" w:rsidTr="0075185D">
        <w:trPr>
          <w:trHeight w:val="792"/>
        </w:trPr>
        <w:tc>
          <w:tcPr>
            <w:tcW w:w="504" w:type="dxa"/>
            <w:shd w:val="clear" w:color="auto" w:fill="F4F7FA"/>
            <w:tcMar>
              <w:top w:w="50" w:type="dxa"/>
              <w:left w:w="100" w:type="dxa"/>
              <w:bottom w:w="50" w:type="dxa"/>
              <w:right w:w="100" w:type="dxa"/>
            </w:tcMar>
          </w:tcPr>
          <w:p w14:paraId="786FF6D9" w14:textId="77777777" w:rsidR="002321DE" w:rsidRDefault="00B57BF7">
            <w:r>
              <w:rPr>
                <w:rFonts w:ascii="Calibri" w:eastAsia="Calibri" w:hAnsi="Calibri" w:cs="Calibri"/>
                <w:b/>
                <w:color w:val="1F3A5F"/>
                <w:sz w:val="20"/>
              </w:rPr>
              <w:t>6</w:t>
            </w:r>
          </w:p>
        </w:tc>
        <w:tc>
          <w:tcPr>
            <w:tcW w:w="1224" w:type="dxa"/>
            <w:tcMar>
              <w:top w:w="50" w:type="dxa"/>
              <w:left w:w="100" w:type="dxa"/>
              <w:bottom w:w="50" w:type="dxa"/>
              <w:right w:w="100" w:type="dxa"/>
            </w:tcMar>
          </w:tcPr>
          <w:p w14:paraId="7A5DCD3A" w14:textId="77777777" w:rsidR="002321DE" w:rsidRDefault="002321DE"/>
        </w:tc>
        <w:tc>
          <w:tcPr>
            <w:tcW w:w="4176" w:type="dxa"/>
            <w:tcMar>
              <w:top w:w="50" w:type="dxa"/>
              <w:left w:w="100" w:type="dxa"/>
              <w:bottom w:w="50" w:type="dxa"/>
              <w:right w:w="100" w:type="dxa"/>
            </w:tcMar>
          </w:tcPr>
          <w:p w14:paraId="7B972792" w14:textId="77777777" w:rsidR="002321DE" w:rsidRDefault="002321DE"/>
        </w:tc>
        <w:tc>
          <w:tcPr>
            <w:tcW w:w="4176" w:type="dxa"/>
            <w:tcMar>
              <w:top w:w="50" w:type="dxa"/>
              <w:left w:w="100" w:type="dxa"/>
              <w:bottom w:w="50" w:type="dxa"/>
              <w:right w:w="100" w:type="dxa"/>
            </w:tcMar>
          </w:tcPr>
          <w:p w14:paraId="70D615D4" w14:textId="77777777" w:rsidR="002321DE" w:rsidRDefault="002321DE"/>
        </w:tc>
      </w:tr>
      <w:tr w:rsidR="0075185D" w14:paraId="3849C859" w14:textId="77777777" w:rsidTr="0075185D">
        <w:trPr>
          <w:trHeight w:val="792"/>
        </w:trPr>
        <w:tc>
          <w:tcPr>
            <w:tcW w:w="504" w:type="dxa"/>
            <w:shd w:val="clear" w:color="auto" w:fill="F4F7FA"/>
            <w:tcMar>
              <w:top w:w="50" w:type="dxa"/>
              <w:left w:w="100" w:type="dxa"/>
              <w:bottom w:w="50" w:type="dxa"/>
              <w:right w:w="100" w:type="dxa"/>
            </w:tcMar>
          </w:tcPr>
          <w:p w14:paraId="7067C180" w14:textId="77777777" w:rsidR="002321DE" w:rsidRDefault="00B57BF7">
            <w:r>
              <w:rPr>
                <w:rFonts w:ascii="Calibri" w:eastAsia="Calibri" w:hAnsi="Calibri" w:cs="Calibri"/>
                <w:b/>
                <w:color w:val="1F3A5F"/>
                <w:sz w:val="20"/>
              </w:rPr>
              <w:t>7</w:t>
            </w:r>
          </w:p>
        </w:tc>
        <w:tc>
          <w:tcPr>
            <w:tcW w:w="1224" w:type="dxa"/>
            <w:tcMar>
              <w:top w:w="50" w:type="dxa"/>
              <w:left w:w="100" w:type="dxa"/>
              <w:bottom w:w="50" w:type="dxa"/>
              <w:right w:w="100" w:type="dxa"/>
            </w:tcMar>
          </w:tcPr>
          <w:p w14:paraId="57774C87" w14:textId="77777777" w:rsidR="002321DE" w:rsidRDefault="002321DE"/>
        </w:tc>
        <w:tc>
          <w:tcPr>
            <w:tcW w:w="4176" w:type="dxa"/>
            <w:tcMar>
              <w:top w:w="50" w:type="dxa"/>
              <w:left w:w="100" w:type="dxa"/>
              <w:bottom w:w="50" w:type="dxa"/>
              <w:right w:w="100" w:type="dxa"/>
            </w:tcMar>
          </w:tcPr>
          <w:p w14:paraId="16BFA8A5" w14:textId="77777777" w:rsidR="002321DE" w:rsidRDefault="002321DE"/>
        </w:tc>
        <w:tc>
          <w:tcPr>
            <w:tcW w:w="4176" w:type="dxa"/>
            <w:tcMar>
              <w:top w:w="50" w:type="dxa"/>
              <w:left w:w="100" w:type="dxa"/>
              <w:bottom w:w="50" w:type="dxa"/>
              <w:right w:w="100" w:type="dxa"/>
            </w:tcMar>
          </w:tcPr>
          <w:p w14:paraId="51B56E00" w14:textId="77777777" w:rsidR="002321DE" w:rsidRDefault="002321DE"/>
        </w:tc>
      </w:tr>
      <w:tr w:rsidR="0075185D" w14:paraId="433AEC9E" w14:textId="77777777" w:rsidTr="0075185D">
        <w:trPr>
          <w:trHeight w:val="792"/>
        </w:trPr>
        <w:tc>
          <w:tcPr>
            <w:tcW w:w="504" w:type="dxa"/>
            <w:shd w:val="clear" w:color="auto" w:fill="F4F7FA"/>
            <w:tcMar>
              <w:top w:w="50" w:type="dxa"/>
              <w:left w:w="100" w:type="dxa"/>
              <w:bottom w:w="50" w:type="dxa"/>
              <w:right w:w="100" w:type="dxa"/>
            </w:tcMar>
          </w:tcPr>
          <w:p w14:paraId="0197C9B7" w14:textId="77777777" w:rsidR="002321DE" w:rsidRDefault="00B57BF7">
            <w:r>
              <w:rPr>
                <w:rFonts w:ascii="Calibri" w:eastAsia="Calibri" w:hAnsi="Calibri" w:cs="Calibri"/>
                <w:b/>
                <w:color w:val="1F3A5F"/>
                <w:sz w:val="20"/>
              </w:rPr>
              <w:t>8</w:t>
            </w:r>
          </w:p>
        </w:tc>
        <w:tc>
          <w:tcPr>
            <w:tcW w:w="1224" w:type="dxa"/>
            <w:tcMar>
              <w:top w:w="50" w:type="dxa"/>
              <w:left w:w="100" w:type="dxa"/>
              <w:bottom w:w="50" w:type="dxa"/>
              <w:right w:w="100" w:type="dxa"/>
            </w:tcMar>
          </w:tcPr>
          <w:p w14:paraId="37221A9E" w14:textId="77777777" w:rsidR="002321DE" w:rsidRDefault="002321DE"/>
        </w:tc>
        <w:tc>
          <w:tcPr>
            <w:tcW w:w="4176" w:type="dxa"/>
            <w:tcMar>
              <w:top w:w="50" w:type="dxa"/>
              <w:left w:w="100" w:type="dxa"/>
              <w:bottom w:w="50" w:type="dxa"/>
              <w:right w:w="100" w:type="dxa"/>
            </w:tcMar>
          </w:tcPr>
          <w:p w14:paraId="3263EE86" w14:textId="77777777" w:rsidR="002321DE" w:rsidRDefault="002321DE"/>
        </w:tc>
        <w:tc>
          <w:tcPr>
            <w:tcW w:w="4176" w:type="dxa"/>
            <w:tcMar>
              <w:top w:w="50" w:type="dxa"/>
              <w:left w:w="100" w:type="dxa"/>
              <w:bottom w:w="50" w:type="dxa"/>
              <w:right w:w="100" w:type="dxa"/>
            </w:tcMar>
          </w:tcPr>
          <w:p w14:paraId="3EC268CA" w14:textId="77777777" w:rsidR="002321DE" w:rsidRDefault="002321DE"/>
        </w:tc>
      </w:tr>
    </w:tbl>
    <w:p w14:paraId="46943E11"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5B32B209" w14:textId="77777777">
        <w:tc>
          <w:tcPr>
            <w:tcW w:w="7632" w:type="dxa"/>
            <w:shd w:val="clear" w:color="auto" w:fill="1F3A5F"/>
            <w:tcMar>
              <w:top w:w="90" w:type="dxa"/>
              <w:left w:w="140" w:type="dxa"/>
              <w:bottom w:w="90" w:type="dxa"/>
              <w:right w:w="140" w:type="dxa"/>
            </w:tcMar>
            <w:vAlign w:val="center"/>
          </w:tcPr>
          <w:p w14:paraId="401DF5C1" w14:textId="77777777" w:rsidR="002321DE" w:rsidRDefault="00B57BF7">
            <w:r>
              <w:rPr>
                <w:rFonts w:ascii="Calibri" w:eastAsia="Calibri" w:hAnsi="Calibri" w:cs="Calibri"/>
                <w:b/>
                <w:color w:val="C8D6E5"/>
                <w:sz w:val="18"/>
              </w:rPr>
              <w:t>RESEARCH  ·  STEP 10</w:t>
            </w:r>
          </w:p>
          <w:p w14:paraId="5869D650" w14:textId="77777777" w:rsidR="002321DE" w:rsidRDefault="00B57BF7">
            <w:r>
              <w:rPr>
                <w:rFonts w:ascii="Calibri" w:eastAsia="Calibri" w:hAnsi="Calibri" w:cs="Calibri"/>
                <w:b/>
                <w:color w:val="FFFFFF"/>
                <w:sz w:val="40"/>
              </w:rPr>
              <w:t>List Your Sources</w:t>
            </w:r>
          </w:p>
        </w:tc>
        <w:tc>
          <w:tcPr>
            <w:tcW w:w="2448" w:type="dxa"/>
            <w:shd w:val="clear" w:color="auto" w:fill="1F3A5F"/>
            <w:tcMar>
              <w:top w:w="90" w:type="dxa"/>
              <w:left w:w="140" w:type="dxa"/>
              <w:bottom w:w="90" w:type="dxa"/>
              <w:right w:w="140" w:type="dxa"/>
            </w:tcMar>
            <w:vAlign w:val="center"/>
          </w:tcPr>
          <w:p w14:paraId="6F4F95CC" w14:textId="77777777" w:rsidR="002321DE" w:rsidRDefault="00B57BF7">
            <w:pPr>
              <w:jc w:val="right"/>
            </w:pPr>
            <w:r>
              <w:rPr>
                <w:rFonts w:ascii="Calibri" w:eastAsia="Calibri" w:hAnsi="Calibri" w:cs="Calibri"/>
                <w:color w:val="C8D6E5"/>
                <w:sz w:val="18"/>
              </w:rPr>
              <w:t>About 20–30 minutes</w:t>
            </w:r>
          </w:p>
        </w:tc>
      </w:tr>
    </w:tbl>
    <w:p w14:paraId="42E4F7EF" w14:textId="77777777" w:rsidR="002321DE" w:rsidRDefault="002321DE">
      <w:pPr>
        <w:spacing w:line="264" w:lineRule="auto"/>
      </w:pPr>
    </w:p>
    <w:p w14:paraId="65085E8B"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Give credit to the sources you used in your research.</w:t>
      </w:r>
    </w:p>
    <w:p w14:paraId="0D1FE8B8" w14:textId="77777777" w:rsidR="002321DE" w:rsidRDefault="002321DE">
      <w:pPr>
        <w:spacing w:line="264" w:lineRule="auto"/>
      </w:pPr>
    </w:p>
    <w:p w14:paraId="1C2F95BD"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76641746" w14:textId="77777777">
        <w:tc>
          <w:tcPr>
            <w:tcW w:w="504" w:type="dxa"/>
            <w:tcMar>
              <w:top w:w="20" w:type="dxa"/>
              <w:left w:w="20" w:type="dxa"/>
              <w:bottom w:w="20" w:type="dxa"/>
              <w:right w:w="20" w:type="dxa"/>
            </w:tcMar>
          </w:tcPr>
          <w:p w14:paraId="689044A8"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01A6C870" w14:textId="77777777" w:rsidR="002321DE" w:rsidRDefault="00B57BF7">
            <w:r>
              <w:rPr>
                <w:rFonts w:eastAsia="Georgia" w:cs="Georgia"/>
                <w:color w:val="222222"/>
                <w:sz w:val="21"/>
              </w:rPr>
              <w:t>Look back at the My Sources boxes on your Hero Notes pages (Steps 5–8).</w:t>
            </w:r>
          </w:p>
        </w:tc>
      </w:tr>
      <w:tr w:rsidR="0075185D" w14:paraId="737589B3" w14:textId="77777777">
        <w:tc>
          <w:tcPr>
            <w:tcW w:w="504" w:type="dxa"/>
            <w:tcMar>
              <w:top w:w="20" w:type="dxa"/>
              <w:left w:w="20" w:type="dxa"/>
              <w:bottom w:w="20" w:type="dxa"/>
              <w:right w:w="20" w:type="dxa"/>
            </w:tcMar>
          </w:tcPr>
          <w:p w14:paraId="78DDC72C"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6F2EDA31" w14:textId="77777777" w:rsidR="002321DE" w:rsidRDefault="00B57BF7">
            <w:r>
              <w:rPr>
                <w:rFonts w:eastAsia="Georgia" w:cs="Georgia"/>
                <w:color w:val="222222"/>
                <w:sz w:val="21"/>
              </w:rPr>
              <w:t>List every source you used below. You need at least four unique sources.</w:t>
            </w:r>
          </w:p>
        </w:tc>
      </w:tr>
      <w:tr w:rsidR="0075185D" w14:paraId="1734BEA6" w14:textId="77777777">
        <w:tc>
          <w:tcPr>
            <w:tcW w:w="504" w:type="dxa"/>
            <w:tcMar>
              <w:top w:w="20" w:type="dxa"/>
              <w:left w:w="20" w:type="dxa"/>
              <w:bottom w:w="20" w:type="dxa"/>
              <w:right w:w="20" w:type="dxa"/>
            </w:tcMar>
          </w:tcPr>
          <w:p w14:paraId="7F309AA0" w14:textId="77777777" w:rsidR="002321DE" w:rsidRDefault="00B57BF7">
            <w:r>
              <w:rPr>
                <w:rFonts w:ascii="Calibri" w:eastAsia="Calibri" w:hAnsi="Calibri" w:cs="Calibri"/>
                <w:b/>
                <w:color w:val="1F3A5F"/>
                <w:sz w:val="21"/>
              </w:rPr>
              <w:t>3.</w:t>
            </w:r>
          </w:p>
        </w:tc>
        <w:tc>
          <w:tcPr>
            <w:tcW w:w="9576" w:type="dxa"/>
            <w:tcMar>
              <w:top w:w="20" w:type="dxa"/>
              <w:left w:w="40" w:type="dxa"/>
              <w:bottom w:w="20" w:type="dxa"/>
              <w:right w:w="40" w:type="dxa"/>
            </w:tcMar>
          </w:tcPr>
          <w:p w14:paraId="06A8DD0C" w14:textId="77777777" w:rsidR="002321DE" w:rsidRDefault="00B57BF7">
            <w:r>
              <w:rPr>
                <w:rFonts w:eastAsia="Georgia" w:cs="Georgia"/>
                <w:color w:val="222222"/>
                <w:sz w:val="21"/>
              </w:rPr>
              <w:t>For each source, write the title, the author or creator, the type, and where and when it was published.</w:t>
            </w:r>
          </w:p>
        </w:tc>
      </w:tr>
    </w:tbl>
    <w:p w14:paraId="5D829D00" w14:textId="77777777" w:rsidR="002321DE" w:rsidRDefault="002321DE">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75185D" w14:paraId="56F3BC34" w14:textId="77777777">
        <w:tc>
          <w:tcPr>
            <w:tcW w:w="10080" w:type="dxa"/>
            <w:shd w:val="clear" w:color="auto" w:fill="FBF6EC"/>
            <w:tcMar>
              <w:top w:w="70" w:type="dxa"/>
              <w:left w:w="140" w:type="dxa"/>
              <w:bottom w:w="70" w:type="dxa"/>
              <w:right w:w="140" w:type="dxa"/>
            </w:tcMar>
          </w:tcPr>
          <w:p w14:paraId="76CDF9C4" w14:textId="77777777" w:rsidR="002321DE" w:rsidRDefault="00B57BF7">
            <w:r>
              <w:rPr>
                <w:rFonts w:ascii="Calibri" w:eastAsia="Calibri" w:hAnsi="Calibri" w:cs="Calibri"/>
                <w:b/>
                <w:color w:val="7A551C"/>
                <w:sz w:val="20"/>
              </w:rPr>
              <w:t xml:space="preserve">EXAMPLE: </w:t>
            </w:r>
            <w:r>
              <w:rPr>
                <w:rFonts w:ascii="Calibri" w:eastAsia="Calibri" w:hAnsi="Calibri" w:cs="Calibri"/>
                <w:color w:val="3A2E1A"/>
                <w:sz w:val="20"/>
              </w:rPr>
              <w:t>The Hiding Place  |  Corrie ten Boom  |  B  |  Chosen Books, 1971</w:t>
            </w:r>
          </w:p>
        </w:tc>
      </w:tr>
    </w:tbl>
    <w:p w14:paraId="5F87F539" w14:textId="77777777" w:rsidR="002321DE" w:rsidRDefault="002321DE">
      <w:pPr>
        <w:spacing w:after="6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75185D" w14:paraId="4F507023" w14:textId="77777777">
        <w:tc>
          <w:tcPr>
            <w:tcW w:w="10080" w:type="dxa"/>
            <w:shd w:val="clear" w:color="auto" w:fill="FBF6EC"/>
            <w:tcMar>
              <w:top w:w="70" w:type="dxa"/>
              <w:left w:w="140" w:type="dxa"/>
              <w:bottom w:w="70" w:type="dxa"/>
              <w:right w:w="140" w:type="dxa"/>
            </w:tcMar>
          </w:tcPr>
          <w:p w14:paraId="7DD77FD8" w14:textId="77777777" w:rsidR="002321DE" w:rsidRDefault="00B57BF7">
            <w:r>
              <w:rPr>
                <w:rFonts w:ascii="Calibri" w:eastAsia="Calibri" w:hAnsi="Calibri" w:cs="Calibri"/>
                <w:b/>
                <w:color w:val="7A551C"/>
                <w:sz w:val="20"/>
              </w:rPr>
              <w:t xml:space="preserve">TYPE: </w:t>
            </w:r>
            <w:r>
              <w:rPr>
                <w:rFonts w:ascii="Calibri" w:eastAsia="Calibri" w:hAnsi="Calibri" w:cs="Calibri"/>
                <w:color w:val="3A2E1A"/>
                <w:sz w:val="20"/>
              </w:rPr>
              <w:t>B = Book     A = Article     W = Website     V = Video     F = Family record or interview     O = Other</w:t>
            </w:r>
          </w:p>
        </w:tc>
      </w:tr>
    </w:tbl>
    <w:p w14:paraId="5BEAD37E"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504"/>
        <w:gridCol w:w="3312"/>
        <w:gridCol w:w="2304"/>
        <w:gridCol w:w="864"/>
        <w:gridCol w:w="3096"/>
      </w:tblGrid>
      <w:tr w:rsidR="0075185D" w14:paraId="23573E68" w14:textId="77777777">
        <w:tc>
          <w:tcPr>
            <w:tcW w:w="10080" w:type="dxa"/>
            <w:gridSpan w:val="5"/>
            <w:shd w:val="clear" w:color="auto" w:fill="E8EEF5"/>
            <w:tcMar>
              <w:top w:w="50" w:type="dxa"/>
              <w:left w:w="120" w:type="dxa"/>
              <w:bottom w:w="50" w:type="dxa"/>
              <w:right w:w="120" w:type="dxa"/>
            </w:tcMar>
          </w:tcPr>
          <w:p w14:paraId="5AC06E60" w14:textId="77777777" w:rsidR="002321DE" w:rsidRDefault="00B57BF7">
            <w:r>
              <w:rPr>
                <w:rFonts w:ascii="Calibri" w:eastAsia="Calibri" w:hAnsi="Calibri" w:cs="Calibri"/>
                <w:b/>
                <w:color w:val="1F3A5F"/>
                <w:sz w:val="23"/>
              </w:rPr>
              <w:t>My Sources</w:t>
            </w:r>
          </w:p>
        </w:tc>
      </w:tr>
      <w:tr w:rsidR="0075185D" w14:paraId="2643C437" w14:textId="77777777">
        <w:tc>
          <w:tcPr>
            <w:tcW w:w="504" w:type="dxa"/>
            <w:shd w:val="clear" w:color="auto" w:fill="F4F7FA"/>
            <w:tcMar>
              <w:top w:w="40" w:type="dxa"/>
              <w:left w:w="100" w:type="dxa"/>
              <w:bottom w:w="40" w:type="dxa"/>
              <w:right w:w="80" w:type="dxa"/>
            </w:tcMar>
          </w:tcPr>
          <w:p w14:paraId="6501D3FA" w14:textId="77777777" w:rsidR="002321DE" w:rsidRDefault="00B57BF7">
            <w:r>
              <w:rPr>
                <w:rFonts w:ascii="Calibri" w:eastAsia="Calibri" w:hAnsi="Calibri" w:cs="Calibri"/>
                <w:b/>
                <w:color w:val="1F3A5F"/>
                <w:sz w:val="20"/>
              </w:rPr>
              <w:t>#</w:t>
            </w:r>
          </w:p>
        </w:tc>
        <w:tc>
          <w:tcPr>
            <w:tcW w:w="3312" w:type="dxa"/>
            <w:shd w:val="clear" w:color="auto" w:fill="F4F7FA"/>
            <w:tcMar>
              <w:top w:w="40" w:type="dxa"/>
              <w:left w:w="100" w:type="dxa"/>
              <w:bottom w:w="40" w:type="dxa"/>
              <w:right w:w="80" w:type="dxa"/>
            </w:tcMar>
          </w:tcPr>
          <w:p w14:paraId="122E0081" w14:textId="77777777" w:rsidR="002321DE" w:rsidRDefault="00B57BF7">
            <w:r>
              <w:rPr>
                <w:rFonts w:ascii="Calibri" w:eastAsia="Calibri" w:hAnsi="Calibri" w:cs="Calibri"/>
                <w:b/>
                <w:color w:val="1F3A5F"/>
                <w:sz w:val="20"/>
              </w:rPr>
              <w:t>Title</w:t>
            </w:r>
          </w:p>
        </w:tc>
        <w:tc>
          <w:tcPr>
            <w:tcW w:w="2304" w:type="dxa"/>
            <w:shd w:val="clear" w:color="auto" w:fill="F4F7FA"/>
            <w:tcMar>
              <w:top w:w="40" w:type="dxa"/>
              <w:left w:w="100" w:type="dxa"/>
              <w:bottom w:w="40" w:type="dxa"/>
              <w:right w:w="80" w:type="dxa"/>
            </w:tcMar>
          </w:tcPr>
          <w:p w14:paraId="09D610CF" w14:textId="77777777" w:rsidR="002321DE" w:rsidRDefault="00B57BF7">
            <w:r>
              <w:rPr>
                <w:rFonts w:ascii="Calibri" w:eastAsia="Calibri" w:hAnsi="Calibri" w:cs="Calibri"/>
                <w:b/>
                <w:color w:val="1F3A5F"/>
                <w:sz w:val="20"/>
              </w:rPr>
              <w:t>Author or creator</w:t>
            </w:r>
          </w:p>
        </w:tc>
        <w:tc>
          <w:tcPr>
            <w:tcW w:w="864" w:type="dxa"/>
            <w:shd w:val="clear" w:color="auto" w:fill="F4F7FA"/>
            <w:tcMar>
              <w:top w:w="40" w:type="dxa"/>
              <w:left w:w="100" w:type="dxa"/>
              <w:bottom w:w="40" w:type="dxa"/>
              <w:right w:w="80" w:type="dxa"/>
            </w:tcMar>
          </w:tcPr>
          <w:p w14:paraId="744F94A9" w14:textId="77777777" w:rsidR="002321DE" w:rsidRDefault="00B57BF7">
            <w:r>
              <w:rPr>
                <w:rFonts w:ascii="Calibri" w:eastAsia="Calibri" w:hAnsi="Calibri" w:cs="Calibri"/>
                <w:b/>
                <w:color w:val="1F3A5F"/>
                <w:sz w:val="20"/>
              </w:rPr>
              <w:t>Type</w:t>
            </w:r>
          </w:p>
        </w:tc>
        <w:tc>
          <w:tcPr>
            <w:tcW w:w="3096" w:type="dxa"/>
            <w:shd w:val="clear" w:color="auto" w:fill="F4F7FA"/>
            <w:tcMar>
              <w:top w:w="40" w:type="dxa"/>
              <w:left w:w="100" w:type="dxa"/>
              <w:bottom w:w="40" w:type="dxa"/>
              <w:right w:w="80" w:type="dxa"/>
            </w:tcMar>
          </w:tcPr>
          <w:p w14:paraId="2C0711D4" w14:textId="77777777" w:rsidR="002321DE" w:rsidRDefault="00B57BF7">
            <w:r>
              <w:rPr>
                <w:rFonts w:ascii="Calibri" w:eastAsia="Calibri" w:hAnsi="Calibri" w:cs="Calibri"/>
                <w:b/>
                <w:color w:val="1F3A5F"/>
                <w:sz w:val="20"/>
              </w:rPr>
              <w:t>Where and when published</w:t>
            </w:r>
          </w:p>
        </w:tc>
      </w:tr>
      <w:tr w:rsidR="0075185D" w14:paraId="609650E0" w14:textId="77777777" w:rsidTr="00492164">
        <w:trPr>
          <w:trHeight w:val="736"/>
        </w:trPr>
        <w:tc>
          <w:tcPr>
            <w:tcW w:w="504" w:type="dxa"/>
            <w:shd w:val="clear" w:color="auto" w:fill="F4F7FA"/>
            <w:tcMar>
              <w:top w:w="50" w:type="dxa"/>
              <w:left w:w="100" w:type="dxa"/>
              <w:bottom w:w="50" w:type="dxa"/>
              <w:right w:w="100" w:type="dxa"/>
            </w:tcMar>
          </w:tcPr>
          <w:p w14:paraId="10CB2F6D" w14:textId="77777777" w:rsidR="002321DE" w:rsidRDefault="00B57BF7">
            <w:r>
              <w:rPr>
                <w:rFonts w:ascii="Calibri" w:eastAsia="Calibri" w:hAnsi="Calibri" w:cs="Calibri"/>
                <w:b/>
                <w:color w:val="1F3A5F"/>
                <w:sz w:val="20"/>
              </w:rPr>
              <w:t>1</w:t>
            </w:r>
          </w:p>
        </w:tc>
        <w:tc>
          <w:tcPr>
            <w:tcW w:w="3312" w:type="dxa"/>
            <w:tcMar>
              <w:top w:w="50" w:type="dxa"/>
              <w:left w:w="100" w:type="dxa"/>
              <w:bottom w:w="50" w:type="dxa"/>
              <w:right w:w="100" w:type="dxa"/>
            </w:tcMar>
          </w:tcPr>
          <w:p w14:paraId="5DE719F9" w14:textId="77777777" w:rsidR="002321DE" w:rsidRDefault="002321DE"/>
        </w:tc>
        <w:tc>
          <w:tcPr>
            <w:tcW w:w="2304" w:type="dxa"/>
            <w:tcMar>
              <w:top w:w="50" w:type="dxa"/>
              <w:left w:w="100" w:type="dxa"/>
              <w:bottom w:w="50" w:type="dxa"/>
              <w:right w:w="100" w:type="dxa"/>
            </w:tcMar>
          </w:tcPr>
          <w:p w14:paraId="05DC5A33" w14:textId="77777777" w:rsidR="002321DE" w:rsidRDefault="002321DE"/>
        </w:tc>
        <w:tc>
          <w:tcPr>
            <w:tcW w:w="864" w:type="dxa"/>
            <w:tcMar>
              <w:top w:w="50" w:type="dxa"/>
              <w:left w:w="100" w:type="dxa"/>
              <w:bottom w:w="50" w:type="dxa"/>
              <w:right w:w="100" w:type="dxa"/>
            </w:tcMar>
          </w:tcPr>
          <w:p w14:paraId="717D09DA" w14:textId="77777777" w:rsidR="002321DE" w:rsidRDefault="002321DE"/>
        </w:tc>
        <w:tc>
          <w:tcPr>
            <w:tcW w:w="3096" w:type="dxa"/>
            <w:tcMar>
              <w:top w:w="50" w:type="dxa"/>
              <w:left w:w="100" w:type="dxa"/>
              <w:bottom w:w="50" w:type="dxa"/>
              <w:right w:w="100" w:type="dxa"/>
            </w:tcMar>
          </w:tcPr>
          <w:p w14:paraId="64EFDA4B" w14:textId="77777777" w:rsidR="002321DE" w:rsidRDefault="002321DE"/>
        </w:tc>
      </w:tr>
      <w:tr w:rsidR="0075185D" w14:paraId="1ED364BB" w14:textId="77777777">
        <w:trPr>
          <w:trHeight w:val="864"/>
        </w:trPr>
        <w:tc>
          <w:tcPr>
            <w:tcW w:w="504" w:type="dxa"/>
            <w:shd w:val="clear" w:color="auto" w:fill="F4F7FA"/>
            <w:tcMar>
              <w:top w:w="50" w:type="dxa"/>
              <w:left w:w="100" w:type="dxa"/>
              <w:bottom w:w="50" w:type="dxa"/>
              <w:right w:w="100" w:type="dxa"/>
            </w:tcMar>
          </w:tcPr>
          <w:p w14:paraId="01A99538" w14:textId="77777777" w:rsidR="002321DE" w:rsidRDefault="00B57BF7">
            <w:r>
              <w:rPr>
                <w:rFonts w:ascii="Calibri" w:eastAsia="Calibri" w:hAnsi="Calibri" w:cs="Calibri"/>
                <w:b/>
                <w:color w:val="1F3A5F"/>
                <w:sz w:val="20"/>
              </w:rPr>
              <w:t>2</w:t>
            </w:r>
          </w:p>
        </w:tc>
        <w:tc>
          <w:tcPr>
            <w:tcW w:w="3312" w:type="dxa"/>
            <w:tcMar>
              <w:top w:w="50" w:type="dxa"/>
              <w:left w:w="100" w:type="dxa"/>
              <w:bottom w:w="50" w:type="dxa"/>
              <w:right w:w="100" w:type="dxa"/>
            </w:tcMar>
          </w:tcPr>
          <w:p w14:paraId="61CE31C6" w14:textId="77777777" w:rsidR="002321DE" w:rsidRDefault="002321DE"/>
        </w:tc>
        <w:tc>
          <w:tcPr>
            <w:tcW w:w="2304" w:type="dxa"/>
            <w:tcMar>
              <w:top w:w="50" w:type="dxa"/>
              <w:left w:w="100" w:type="dxa"/>
              <w:bottom w:w="50" w:type="dxa"/>
              <w:right w:w="100" w:type="dxa"/>
            </w:tcMar>
          </w:tcPr>
          <w:p w14:paraId="3E586E1E" w14:textId="77777777" w:rsidR="002321DE" w:rsidRDefault="002321DE"/>
        </w:tc>
        <w:tc>
          <w:tcPr>
            <w:tcW w:w="864" w:type="dxa"/>
            <w:tcMar>
              <w:top w:w="50" w:type="dxa"/>
              <w:left w:w="100" w:type="dxa"/>
              <w:bottom w:w="50" w:type="dxa"/>
              <w:right w:w="100" w:type="dxa"/>
            </w:tcMar>
          </w:tcPr>
          <w:p w14:paraId="61855D7F" w14:textId="77777777" w:rsidR="002321DE" w:rsidRDefault="002321DE"/>
        </w:tc>
        <w:tc>
          <w:tcPr>
            <w:tcW w:w="3096" w:type="dxa"/>
            <w:tcMar>
              <w:top w:w="50" w:type="dxa"/>
              <w:left w:w="100" w:type="dxa"/>
              <w:bottom w:w="50" w:type="dxa"/>
              <w:right w:w="100" w:type="dxa"/>
            </w:tcMar>
          </w:tcPr>
          <w:p w14:paraId="5460C0DB" w14:textId="77777777" w:rsidR="002321DE" w:rsidRDefault="002321DE"/>
        </w:tc>
      </w:tr>
      <w:tr w:rsidR="0075185D" w14:paraId="3F829776" w14:textId="77777777">
        <w:trPr>
          <w:trHeight w:val="864"/>
        </w:trPr>
        <w:tc>
          <w:tcPr>
            <w:tcW w:w="504" w:type="dxa"/>
            <w:shd w:val="clear" w:color="auto" w:fill="F4F7FA"/>
            <w:tcMar>
              <w:top w:w="50" w:type="dxa"/>
              <w:left w:w="100" w:type="dxa"/>
              <w:bottom w:w="50" w:type="dxa"/>
              <w:right w:w="100" w:type="dxa"/>
            </w:tcMar>
          </w:tcPr>
          <w:p w14:paraId="2ECC253D" w14:textId="77777777" w:rsidR="002321DE" w:rsidRDefault="00B57BF7">
            <w:r>
              <w:rPr>
                <w:rFonts w:ascii="Calibri" w:eastAsia="Calibri" w:hAnsi="Calibri" w:cs="Calibri"/>
                <w:b/>
                <w:color w:val="1F3A5F"/>
                <w:sz w:val="20"/>
              </w:rPr>
              <w:t>3</w:t>
            </w:r>
          </w:p>
        </w:tc>
        <w:tc>
          <w:tcPr>
            <w:tcW w:w="3312" w:type="dxa"/>
            <w:tcMar>
              <w:top w:w="50" w:type="dxa"/>
              <w:left w:w="100" w:type="dxa"/>
              <w:bottom w:w="50" w:type="dxa"/>
              <w:right w:w="100" w:type="dxa"/>
            </w:tcMar>
          </w:tcPr>
          <w:p w14:paraId="68BD5DB0" w14:textId="77777777" w:rsidR="002321DE" w:rsidRDefault="002321DE"/>
        </w:tc>
        <w:tc>
          <w:tcPr>
            <w:tcW w:w="2304" w:type="dxa"/>
            <w:tcMar>
              <w:top w:w="50" w:type="dxa"/>
              <w:left w:w="100" w:type="dxa"/>
              <w:bottom w:w="50" w:type="dxa"/>
              <w:right w:w="100" w:type="dxa"/>
            </w:tcMar>
          </w:tcPr>
          <w:p w14:paraId="43C0228C" w14:textId="77777777" w:rsidR="002321DE" w:rsidRDefault="002321DE"/>
        </w:tc>
        <w:tc>
          <w:tcPr>
            <w:tcW w:w="864" w:type="dxa"/>
            <w:tcMar>
              <w:top w:w="50" w:type="dxa"/>
              <w:left w:w="100" w:type="dxa"/>
              <w:bottom w:w="50" w:type="dxa"/>
              <w:right w:w="100" w:type="dxa"/>
            </w:tcMar>
          </w:tcPr>
          <w:p w14:paraId="3CFA2722" w14:textId="77777777" w:rsidR="002321DE" w:rsidRDefault="002321DE"/>
        </w:tc>
        <w:tc>
          <w:tcPr>
            <w:tcW w:w="3096" w:type="dxa"/>
            <w:tcMar>
              <w:top w:w="50" w:type="dxa"/>
              <w:left w:w="100" w:type="dxa"/>
              <w:bottom w:w="50" w:type="dxa"/>
              <w:right w:w="100" w:type="dxa"/>
            </w:tcMar>
          </w:tcPr>
          <w:p w14:paraId="63BC07C2" w14:textId="77777777" w:rsidR="002321DE" w:rsidRDefault="002321DE"/>
        </w:tc>
      </w:tr>
      <w:tr w:rsidR="0075185D" w14:paraId="19A3EB50" w14:textId="77777777">
        <w:trPr>
          <w:trHeight w:val="864"/>
        </w:trPr>
        <w:tc>
          <w:tcPr>
            <w:tcW w:w="504" w:type="dxa"/>
            <w:shd w:val="clear" w:color="auto" w:fill="F4F7FA"/>
            <w:tcMar>
              <w:top w:w="50" w:type="dxa"/>
              <w:left w:w="100" w:type="dxa"/>
              <w:bottom w:w="50" w:type="dxa"/>
              <w:right w:w="100" w:type="dxa"/>
            </w:tcMar>
          </w:tcPr>
          <w:p w14:paraId="0FF9589F" w14:textId="77777777" w:rsidR="002321DE" w:rsidRDefault="00B57BF7">
            <w:r>
              <w:rPr>
                <w:rFonts w:ascii="Calibri" w:eastAsia="Calibri" w:hAnsi="Calibri" w:cs="Calibri"/>
                <w:b/>
                <w:color w:val="1F3A5F"/>
                <w:sz w:val="20"/>
              </w:rPr>
              <w:t>4</w:t>
            </w:r>
          </w:p>
        </w:tc>
        <w:tc>
          <w:tcPr>
            <w:tcW w:w="3312" w:type="dxa"/>
            <w:tcMar>
              <w:top w:w="50" w:type="dxa"/>
              <w:left w:w="100" w:type="dxa"/>
              <w:bottom w:w="50" w:type="dxa"/>
              <w:right w:w="100" w:type="dxa"/>
            </w:tcMar>
          </w:tcPr>
          <w:p w14:paraId="6BC97B90" w14:textId="77777777" w:rsidR="002321DE" w:rsidRDefault="002321DE"/>
        </w:tc>
        <w:tc>
          <w:tcPr>
            <w:tcW w:w="2304" w:type="dxa"/>
            <w:tcMar>
              <w:top w:w="50" w:type="dxa"/>
              <w:left w:w="100" w:type="dxa"/>
              <w:bottom w:w="50" w:type="dxa"/>
              <w:right w:w="100" w:type="dxa"/>
            </w:tcMar>
          </w:tcPr>
          <w:p w14:paraId="2B963F2C" w14:textId="77777777" w:rsidR="002321DE" w:rsidRDefault="002321DE"/>
        </w:tc>
        <w:tc>
          <w:tcPr>
            <w:tcW w:w="864" w:type="dxa"/>
            <w:tcMar>
              <w:top w:w="50" w:type="dxa"/>
              <w:left w:w="100" w:type="dxa"/>
              <w:bottom w:w="50" w:type="dxa"/>
              <w:right w:w="100" w:type="dxa"/>
            </w:tcMar>
          </w:tcPr>
          <w:p w14:paraId="3E023834" w14:textId="77777777" w:rsidR="002321DE" w:rsidRDefault="002321DE"/>
        </w:tc>
        <w:tc>
          <w:tcPr>
            <w:tcW w:w="3096" w:type="dxa"/>
            <w:tcMar>
              <w:top w:w="50" w:type="dxa"/>
              <w:left w:w="100" w:type="dxa"/>
              <w:bottom w:w="50" w:type="dxa"/>
              <w:right w:w="100" w:type="dxa"/>
            </w:tcMar>
          </w:tcPr>
          <w:p w14:paraId="7632E5B9" w14:textId="77777777" w:rsidR="002321DE" w:rsidRDefault="002321DE"/>
        </w:tc>
      </w:tr>
      <w:tr w:rsidR="0075185D" w14:paraId="5D368142" w14:textId="77777777">
        <w:trPr>
          <w:trHeight w:val="864"/>
        </w:trPr>
        <w:tc>
          <w:tcPr>
            <w:tcW w:w="504" w:type="dxa"/>
            <w:shd w:val="clear" w:color="auto" w:fill="F4F7FA"/>
            <w:tcMar>
              <w:top w:w="50" w:type="dxa"/>
              <w:left w:w="100" w:type="dxa"/>
              <w:bottom w:w="50" w:type="dxa"/>
              <w:right w:w="100" w:type="dxa"/>
            </w:tcMar>
          </w:tcPr>
          <w:p w14:paraId="40870E57" w14:textId="77777777" w:rsidR="002321DE" w:rsidRDefault="00B57BF7">
            <w:r>
              <w:rPr>
                <w:rFonts w:ascii="Calibri" w:eastAsia="Calibri" w:hAnsi="Calibri" w:cs="Calibri"/>
                <w:b/>
                <w:color w:val="1F3A5F"/>
                <w:sz w:val="20"/>
              </w:rPr>
              <w:t>5</w:t>
            </w:r>
          </w:p>
        </w:tc>
        <w:tc>
          <w:tcPr>
            <w:tcW w:w="3312" w:type="dxa"/>
            <w:tcMar>
              <w:top w:w="50" w:type="dxa"/>
              <w:left w:w="100" w:type="dxa"/>
              <w:bottom w:w="50" w:type="dxa"/>
              <w:right w:w="100" w:type="dxa"/>
            </w:tcMar>
          </w:tcPr>
          <w:p w14:paraId="183DF4E0" w14:textId="77777777" w:rsidR="002321DE" w:rsidRDefault="002321DE"/>
        </w:tc>
        <w:tc>
          <w:tcPr>
            <w:tcW w:w="2304" w:type="dxa"/>
            <w:tcMar>
              <w:top w:w="50" w:type="dxa"/>
              <w:left w:w="100" w:type="dxa"/>
              <w:bottom w:w="50" w:type="dxa"/>
              <w:right w:w="100" w:type="dxa"/>
            </w:tcMar>
          </w:tcPr>
          <w:p w14:paraId="1BE803FA" w14:textId="77777777" w:rsidR="002321DE" w:rsidRDefault="002321DE"/>
        </w:tc>
        <w:tc>
          <w:tcPr>
            <w:tcW w:w="864" w:type="dxa"/>
            <w:tcMar>
              <w:top w:w="50" w:type="dxa"/>
              <w:left w:w="100" w:type="dxa"/>
              <w:bottom w:w="50" w:type="dxa"/>
              <w:right w:w="100" w:type="dxa"/>
            </w:tcMar>
          </w:tcPr>
          <w:p w14:paraId="2EED560D" w14:textId="77777777" w:rsidR="002321DE" w:rsidRDefault="002321DE"/>
        </w:tc>
        <w:tc>
          <w:tcPr>
            <w:tcW w:w="3096" w:type="dxa"/>
            <w:tcMar>
              <w:top w:w="50" w:type="dxa"/>
              <w:left w:w="100" w:type="dxa"/>
              <w:bottom w:w="50" w:type="dxa"/>
              <w:right w:w="100" w:type="dxa"/>
            </w:tcMar>
          </w:tcPr>
          <w:p w14:paraId="620B0E75" w14:textId="77777777" w:rsidR="002321DE" w:rsidRDefault="002321DE"/>
        </w:tc>
      </w:tr>
      <w:tr w:rsidR="0075185D" w14:paraId="6602D75E" w14:textId="77777777">
        <w:trPr>
          <w:trHeight w:val="864"/>
        </w:trPr>
        <w:tc>
          <w:tcPr>
            <w:tcW w:w="504" w:type="dxa"/>
            <w:shd w:val="clear" w:color="auto" w:fill="F4F7FA"/>
            <w:tcMar>
              <w:top w:w="50" w:type="dxa"/>
              <w:left w:w="100" w:type="dxa"/>
              <w:bottom w:w="50" w:type="dxa"/>
              <w:right w:w="100" w:type="dxa"/>
            </w:tcMar>
          </w:tcPr>
          <w:p w14:paraId="0F09AA41" w14:textId="77777777" w:rsidR="002321DE" w:rsidRDefault="00B57BF7">
            <w:r>
              <w:rPr>
                <w:rFonts w:ascii="Calibri" w:eastAsia="Calibri" w:hAnsi="Calibri" w:cs="Calibri"/>
                <w:b/>
                <w:color w:val="1F3A5F"/>
                <w:sz w:val="20"/>
              </w:rPr>
              <w:t>6</w:t>
            </w:r>
          </w:p>
        </w:tc>
        <w:tc>
          <w:tcPr>
            <w:tcW w:w="3312" w:type="dxa"/>
            <w:tcMar>
              <w:top w:w="50" w:type="dxa"/>
              <w:left w:w="100" w:type="dxa"/>
              <w:bottom w:w="50" w:type="dxa"/>
              <w:right w:w="100" w:type="dxa"/>
            </w:tcMar>
          </w:tcPr>
          <w:p w14:paraId="00D53AF6" w14:textId="77777777" w:rsidR="002321DE" w:rsidRDefault="002321DE"/>
        </w:tc>
        <w:tc>
          <w:tcPr>
            <w:tcW w:w="2304" w:type="dxa"/>
            <w:tcMar>
              <w:top w:w="50" w:type="dxa"/>
              <w:left w:w="100" w:type="dxa"/>
              <w:bottom w:w="50" w:type="dxa"/>
              <w:right w:w="100" w:type="dxa"/>
            </w:tcMar>
          </w:tcPr>
          <w:p w14:paraId="0F439D74" w14:textId="77777777" w:rsidR="002321DE" w:rsidRDefault="002321DE"/>
        </w:tc>
        <w:tc>
          <w:tcPr>
            <w:tcW w:w="864" w:type="dxa"/>
            <w:tcMar>
              <w:top w:w="50" w:type="dxa"/>
              <w:left w:w="100" w:type="dxa"/>
              <w:bottom w:w="50" w:type="dxa"/>
              <w:right w:w="100" w:type="dxa"/>
            </w:tcMar>
          </w:tcPr>
          <w:p w14:paraId="2FFC1374" w14:textId="77777777" w:rsidR="002321DE" w:rsidRDefault="002321DE"/>
        </w:tc>
        <w:tc>
          <w:tcPr>
            <w:tcW w:w="3096" w:type="dxa"/>
            <w:tcMar>
              <w:top w:w="50" w:type="dxa"/>
              <w:left w:w="100" w:type="dxa"/>
              <w:bottom w:w="50" w:type="dxa"/>
              <w:right w:w="100" w:type="dxa"/>
            </w:tcMar>
          </w:tcPr>
          <w:p w14:paraId="748323D7" w14:textId="77777777" w:rsidR="002321DE" w:rsidRDefault="002321DE"/>
        </w:tc>
      </w:tr>
      <w:tr w:rsidR="0075185D" w14:paraId="5464E710" w14:textId="77777777">
        <w:trPr>
          <w:trHeight w:val="864"/>
        </w:trPr>
        <w:tc>
          <w:tcPr>
            <w:tcW w:w="504" w:type="dxa"/>
            <w:shd w:val="clear" w:color="auto" w:fill="F4F7FA"/>
            <w:tcMar>
              <w:top w:w="50" w:type="dxa"/>
              <w:left w:w="100" w:type="dxa"/>
              <w:bottom w:w="50" w:type="dxa"/>
              <w:right w:w="100" w:type="dxa"/>
            </w:tcMar>
          </w:tcPr>
          <w:p w14:paraId="160D14BB" w14:textId="77777777" w:rsidR="002321DE" w:rsidRDefault="00B57BF7">
            <w:r>
              <w:rPr>
                <w:rFonts w:ascii="Calibri" w:eastAsia="Calibri" w:hAnsi="Calibri" w:cs="Calibri"/>
                <w:b/>
                <w:color w:val="1F3A5F"/>
                <w:sz w:val="20"/>
              </w:rPr>
              <w:t>7</w:t>
            </w:r>
          </w:p>
        </w:tc>
        <w:tc>
          <w:tcPr>
            <w:tcW w:w="3312" w:type="dxa"/>
            <w:tcMar>
              <w:top w:w="50" w:type="dxa"/>
              <w:left w:w="100" w:type="dxa"/>
              <w:bottom w:w="50" w:type="dxa"/>
              <w:right w:w="100" w:type="dxa"/>
            </w:tcMar>
          </w:tcPr>
          <w:p w14:paraId="0EE10CC6" w14:textId="77777777" w:rsidR="002321DE" w:rsidRDefault="002321DE"/>
        </w:tc>
        <w:tc>
          <w:tcPr>
            <w:tcW w:w="2304" w:type="dxa"/>
            <w:tcMar>
              <w:top w:w="50" w:type="dxa"/>
              <w:left w:w="100" w:type="dxa"/>
              <w:bottom w:w="50" w:type="dxa"/>
              <w:right w:w="100" w:type="dxa"/>
            </w:tcMar>
          </w:tcPr>
          <w:p w14:paraId="6AB3BC4D" w14:textId="77777777" w:rsidR="002321DE" w:rsidRDefault="002321DE"/>
        </w:tc>
        <w:tc>
          <w:tcPr>
            <w:tcW w:w="864" w:type="dxa"/>
            <w:tcMar>
              <w:top w:w="50" w:type="dxa"/>
              <w:left w:w="100" w:type="dxa"/>
              <w:bottom w:w="50" w:type="dxa"/>
              <w:right w:w="100" w:type="dxa"/>
            </w:tcMar>
          </w:tcPr>
          <w:p w14:paraId="0C4BD4E8" w14:textId="77777777" w:rsidR="002321DE" w:rsidRDefault="002321DE"/>
        </w:tc>
        <w:tc>
          <w:tcPr>
            <w:tcW w:w="3096" w:type="dxa"/>
            <w:tcMar>
              <w:top w:w="50" w:type="dxa"/>
              <w:left w:w="100" w:type="dxa"/>
              <w:bottom w:w="50" w:type="dxa"/>
              <w:right w:w="100" w:type="dxa"/>
            </w:tcMar>
          </w:tcPr>
          <w:p w14:paraId="54337038" w14:textId="77777777" w:rsidR="002321DE" w:rsidRDefault="002321DE"/>
        </w:tc>
      </w:tr>
      <w:tr w:rsidR="0075185D" w14:paraId="70EC2C3C" w14:textId="77777777">
        <w:trPr>
          <w:trHeight w:val="864"/>
        </w:trPr>
        <w:tc>
          <w:tcPr>
            <w:tcW w:w="504" w:type="dxa"/>
            <w:shd w:val="clear" w:color="auto" w:fill="F4F7FA"/>
            <w:tcMar>
              <w:top w:w="50" w:type="dxa"/>
              <w:left w:w="100" w:type="dxa"/>
              <w:bottom w:w="50" w:type="dxa"/>
              <w:right w:w="100" w:type="dxa"/>
            </w:tcMar>
          </w:tcPr>
          <w:p w14:paraId="3E013F08" w14:textId="77777777" w:rsidR="002321DE" w:rsidRDefault="00B57BF7">
            <w:r>
              <w:rPr>
                <w:rFonts w:ascii="Calibri" w:eastAsia="Calibri" w:hAnsi="Calibri" w:cs="Calibri"/>
                <w:b/>
                <w:color w:val="1F3A5F"/>
                <w:sz w:val="20"/>
              </w:rPr>
              <w:t>8</w:t>
            </w:r>
          </w:p>
        </w:tc>
        <w:tc>
          <w:tcPr>
            <w:tcW w:w="3312" w:type="dxa"/>
            <w:tcMar>
              <w:top w:w="50" w:type="dxa"/>
              <w:left w:w="100" w:type="dxa"/>
              <w:bottom w:w="50" w:type="dxa"/>
              <w:right w:w="100" w:type="dxa"/>
            </w:tcMar>
          </w:tcPr>
          <w:p w14:paraId="50DBF72A" w14:textId="77777777" w:rsidR="002321DE" w:rsidRDefault="002321DE"/>
        </w:tc>
        <w:tc>
          <w:tcPr>
            <w:tcW w:w="2304" w:type="dxa"/>
            <w:tcMar>
              <w:top w:w="50" w:type="dxa"/>
              <w:left w:w="100" w:type="dxa"/>
              <w:bottom w:w="50" w:type="dxa"/>
              <w:right w:w="100" w:type="dxa"/>
            </w:tcMar>
          </w:tcPr>
          <w:p w14:paraId="21A5D742" w14:textId="77777777" w:rsidR="002321DE" w:rsidRDefault="002321DE"/>
        </w:tc>
        <w:tc>
          <w:tcPr>
            <w:tcW w:w="864" w:type="dxa"/>
            <w:tcMar>
              <w:top w:w="50" w:type="dxa"/>
              <w:left w:w="100" w:type="dxa"/>
              <w:bottom w:w="50" w:type="dxa"/>
              <w:right w:w="100" w:type="dxa"/>
            </w:tcMar>
          </w:tcPr>
          <w:p w14:paraId="723FC003" w14:textId="77777777" w:rsidR="002321DE" w:rsidRDefault="002321DE"/>
        </w:tc>
        <w:tc>
          <w:tcPr>
            <w:tcW w:w="3096" w:type="dxa"/>
            <w:tcMar>
              <w:top w:w="50" w:type="dxa"/>
              <w:left w:w="100" w:type="dxa"/>
              <w:bottom w:w="50" w:type="dxa"/>
              <w:right w:w="100" w:type="dxa"/>
            </w:tcMar>
          </w:tcPr>
          <w:p w14:paraId="12B62668" w14:textId="77777777" w:rsidR="002321DE" w:rsidRDefault="002321DE"/>
        </w:tc>
      </w:tr>
    </w:tbl>
    <w:p w14:paraId="2F69EC70"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09B722EA" w14:textId="77777777">
        <w:tc>
          <w:tcPr>
            <w:tcW w:w="7632" w:type="dxa"/>
            <w:shd w:val="clear" w:color="auto" w:fill="1F3A5F"/>
            <w:tcMar>
              <w:top w:w="90" w:type="dxa"/>
              <w:left w:w="140" w:type="dxa"/>
              <w:bottom w:w="90" w:type="dxa"/>
              <w:right w:w="140" w:type="dxa"/>
            </w:tcMar>
            <w:vAlign w:val="center"/>
          </w:tcPr>
          <w:p w14:paraId="0DA05B15" w14:textId="77777777" w:rsidR="002321DE" w:rsidRDefault="00B57BF7">
            <w:r>
              <w:rPr>
                <w:rFonts w:ascii="Calibri" w:eastAsia="Calibri" w:hAnsi="Calibri" w:cs="Calibri"/>
                <w:b/>
                <w:color w:val="C8D6E5"/>
                <w:sz w:val="18"/>
              </w:rPr>
              <w:t>RESEARCH  ·  STEP 11</w:t>
            </w:r>
          </w:p>
          <w:p w14:paraId="5BD2F8AA" w14:textId="77777777" w:rsidR="002321DE" w:rsidRDefault="00B57BF7">
            <w:r>
              <w:rPr>
                <w:rFonts w:ascii="Calibri" w:eastAsia="Calibri" w:hAnsi="Calibri" w:cs="Calibri"/>
                <w:b/>
                <w:color w:val="FFFFFF"/>
                <w:sz w:val="40"/>
              </w:rPr>
              <w:t>Tell It Back</w:t>
            </w:r>
          </w:p>
        </w:tc>
        <w:tc>
          <w:tcPr>
            <w:tcW w:w="2448" w:type="dxa"/>
            <w:shd w:val="clear" w:color="auto" w:fill="1F3A5F"/>
            <w:tcMar>
              <w:top w:w="90" w:type="dxa"/>
              <w:left w:w="140" w:type="dxa"/>
              <w:bottom w:w="90" w:type="dxa"/>
              <w:right w:w="140" w:type="dxa"/>
            </w:tcMar>
            <w:vAlign w:val="center"/>
          </w:tcPr>
          <w:p w14:paraId="479A68E6" w14:textId="77777777" w:rsidR="002321DE" w:rsidRDefault="00B57BF7">
            <w:pPr>
              <w:jc w:val="right"/>
            </w:pPr>
            <w:r>
              <w:rPr>
                <w:rFonts w:ascii="Calibri" w:eastAsia="Calibri" w:hAnsi="Calibri" w:cs="Calibri"/>
                <w:color w:val="C8D6E5"/>
                <w:sz w:val="18"/>
              </w:rPr>
              <w:t>About 20–30 minutes</w:t>
            </w:r>
          </w:p>
        </w:tc>
      </w:tr>
    </w:tbl>
    <w:p w14:paraId="51C318F0" w14:textId="77777777" w:rsidR="002321DE" w:rsidRDefault="002321DE">
      <w:pPr>
        <w:spacing w:line="264" w:lineRule="auto"/>
      </w:pPr>
    </w:p>
    <w:p w14:paraId="44A0964A"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Practice telling your hero's life story in your own words.</w:t>
      </w:r>
    </w:p>
    <w:p w14:paraId="5FB26C53" w14:textId="77777777" w:rsidR="002321DE" w:rsidRDefault="002321DE">
      <w:pPr>
        <w:spacing w:line="264" w:lineRule="auto"/>
      </w:pPr>
    </w:p>
    <w:p w14:paraId="5AF28504"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431236ED" w14:textId="77777777">
        <w:tc>
          <w:tcPr>
            <w:tcW w:w="504" w:type="dxa"/>
            <w:tcMar>
              <w:top w:w="20" w:type="dxa"/>
              <w:left w:w="20" w:type="dxa"/>
              <w:bottom w:w="20" w:type="dxa"/>
              <w:right w:w="20" w:type="dxa"/>
            </w:tcMar>
          </w:tcPr>
          <w:p w14:paraId="24E5D4A1"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201AE6BA" w14:textId="77777777" w:rsidR="002321DE" w:rsidRDefault="00B57BF7">
            <w:r>
              <w:rPr>
                <w:rFonts w:eastAsia="Georgia" w:cs="Georgia"/>
                <w:color w:val="222222"/>
                <w:sz w:val="21"/>
              </w:rPr>
              <w:t>Review your timeline from Step 9 and plan your story below.</w:t>
            </w:r>
          </w:p>
        </w:tc>
      </w:tr>
      <w:tr w:rsidR="0075185D" w14:paraId="5F48BC0A" w14:textId="77777777">
        <w:tc>
          <w:tcPr>
            <w:tcW w:w="504" w:type="dxa"/>
            <w:tcMar>
              <w:top w:w="20" w:type="dxa"/>
              <w:left w:w="20" w:type="dxa"/>
              <w:bottom w:w="20" w:type="dxa"/>
              <w:right w:w="20" w:type="dxa"/>
            </w:tcMar>
          </w:tcPr>
          <w:p w14:paraId="2CD1F545"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0DBB235F" w14:textId="77777777" w:rsidR="002321DE" w:rsidRDefault="00B57BF7">
            <w:r>
              <w:rPr>
                <w:rFonts w:eastAsia="Georgia" w:cs="Georgia"/>
                <w:color w:val="222222"/>
                <w:sz w:val="21"/>
              </w:rPr>
              <w:t>Practice once on your own.</w:t>
            </w:r>
          </w:p>
        </w:tc>
      </w:tr>
      <w:tr w:rsidR="0075185D" w14:paraId="12592F86" w14:textId="77777777">
        <w:tc>
          <w:tcPr>
            <w:tcW w:w="504" w:type="dxa"/>
            <w:tcMar>
              <w:top w:w="20" w:type="dxa"/>
              <w:left w:w="20" w:type="dxa"/>
              <w:bottom w:w="20" w:type="dxa"/>
              <w:right w:w="20" w:type="dxa"/>
            </w:tcMar>
          </w:tcPr>
          <w:p w14:paraId="0462C53F" w14:textId="77777777" w:rsidR="002321DE" w:rsidRDefault="00B57BF7">
            <w:r>
              <w:rPr>
                <w:rFonts w:ascii="Calibri" w:eastAsia="Calibri" w:hAnsi="Calibri" w:cs="Calibri"/>
                <w:b/>
                <w:color w:val="1F3A5F"/>
                <w:sz w:val="21"/>
              </w:rPr>
              <w:t>3.</w:t>
            </w:r>
          </w:p>
        </w:tc>
        <w:tc>
          <w:tcPr>
            <w:tcW w:w="9576" w:type="dxa"/>
            <w:tcMar>
              <w:top w:w="20" w:type="dxa"/>
              <w:left w:w="40" w:type="dxa"/>
              <w:bottom w:w="20" w:type="dxa"/>
              <w:right w:w="40" w:type="dxa"/>
            </w:tcMar>
          </w:tcPr>
          <w:p w14:paraId="5C35ADCB" w14:textId="77777777" w:rsidR="002321DE" w:rsidRDefault="00B57BF7">
            <w:r>
              <w:rPr>
                <w:rFonts w:eastAsia="Georgia" w:cs="Georgia"/>
                <w:color w:val="222222"/>
                <w:sz w:val="21"/>
              </w:rPr>
              <w:t>Tell your hero's life story out loud to a parent, sibling, or friend in about 2 minutes.</w:t>
            </w:r>
          </w:p>
        </w:tc>
      </w:tr>
      <w:tr w:rsidR="0075185D" w14:paraId="78D0D25B" w14:textId="77777777">
        <w:tc>
          <w:tcPr>
            <w:tcW w:w="504" w:type="dxa"/>
            <w:tcMar>
              <w:top w:w="20" w:type="dxa"/>
              <w:left w:w="20" w:type="dxa"/>
              <w:bottom w:w="20" w:type="dxa"/>
              <w:right w:w="20" w:type="dxa"/>
            </w:tcMar>
          </w:tcPr>
          <w:p w14:paraId="0280D4F1" w14:textId="77777777" w:rsidR="002321DE" w:rsidRDefault="00B57BF7">
            <w:r>
              <w:rPr>
                <w:rFonts w:ascii="Calibri" w:eastAsia="Calibri" w:hAnsi="Calibri" w:cs="Calibri"/>
                <w:b/>
                <w:color w:val="1F3A5F"/>
                <w:sz w:val="21"/>
              </w:rPr>
              <w:t>4.</w:t>
            </w:r>
          </w:p>
        </w:tc>
        <w:tc>
          <w:tcPr>
            <w:tcW w:w="9576" w:type="dxa"/>
            <w:tcMar>
              <w:top w:w="20" w:type="dxa"/>
              <w:left w:w="40" w:type="dxa"/>
              <w:bottom w:w="20" w:type="dxa"/>
              <w:right w:w="40" w:type="dxa"/>
            </w:tcMar>
          </w:tcPr>
          <w:p w14:paraId="2375C9F0" w14:textId="77777777" w:rsidR="002321DE" w:rsidRDefault="00B57BF7">
            <w:r>
              <w:rPr>
                <w:rFonts w:eastAsia="Georgia" w:cs="Georgia"/>
                <w:color w:val="222222"/>
                <w:sz w:val="21"/>
              </w:rPr>
              <w:t>Ask your listener to fill in the sign-off box at the bottom of this page.</w:t>
            </w:r>
          </w:p>
        </w:tc>
      </w:tr>
    </w:tbl>
    <w:p w14:paraId="7E22D98D" w14:textId="77777777" w:rsidR="002321DE" w:rsidRDefault="002321DE">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75185D" w14:paraId="32118450" w14:textId="77777777">
        <w:tc>
          <w:tcPr>
            <w:tcW w:w="10080" w:type="dxa"/>
            <w:shd w:val="clear" w:color="auto" w:fill="FBF6EC"/>
            <w:tcMar>
              <w:top w:w="70" w:type="dxa"/>
              <w:left w:w="140" w:type="dxa"/>
              <w:bottom w:w="70" w:type="dxa"/>
              <w:right w:w="140" w:type="dxa"/>
            </w:tcMar>
          </w:tcPr>
          <w:p w14:paraId="1A00F707" w14:textId="77777777" w:rsidR="002321DE" w:rsidRDefault="00B57BF7">
            <w:r>
              <w:rPr>
                <w:rFonts w:ascii="Calibri" w:eastAsia="Calibri" w:hAnsi="Calibri" w:cs="Calibri"/>
                <w:b/>
                <w:color w:val="7A551C"/>
                <w:sz w:val="20"/>
              </w:rPr>
              <w:t xml:space="preserve">TIP: </w:t>
            </w:r>
            <w:r>
              <w:rPr>
                <w:rFonts w:ascii="Calibri" w:eastAsia="Calibri" w:hAnsi="Calibri" w:cs="Calibri"/>
                <w:color w:val="3A2E1A"/>
                <w:sz w:val="20"/>
              </w:rPr>
              <w:t>Tell it like a story, not a list. Look at your listener, and use only your plan to remind you what comes next.</w:t>
            </w:r>
          </w:p>
        </w:tc>
      </w:tr>
    </w:tbl>
    <w:p w14:paraId="650DB073" w14:textId="77777777" w:rsidR="002321DE" w:rsidRDefault="002321DE">
      <w:pPr>
        <w:spacing w:after="120" w:line="264" w:lineRule="auto"/>
      </w:pPr>
    </w:p>
    <w:p w14:paraId="59371F3E" w14:textId="77777777" w:rsidR="002321DE" w:rsidRDefault="00B57BF7">
      <w:pPr>
        <w:spacing w:after="60" w:line="264" w:lineRule="auto"/>
      </w:pPr>
      <w:r>
        <w:rPr>
          <w:rFonts w:ascii="Calibri" w:eastAsia="Calibri" w:hAnsi="Calibri" w:cs="Calibri"/>
          <w:b/>
          <w:color w:val="1F3A5F"/>
          <w:sz w:val="26"/>
        </w:rPr>
        <w:t>My story includes</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4320"/>
        <w:gridCol w:w="5760"/>
      </w:tblGrid>
      <w:tr w:rsidR="0075185D" w14:paraId="01D0ED09" w14:textId="77777777">
        <w:tc>
          <w:tcPr>
            <w:tcW w:w="4320" w:type="dxa"/>
            <w:tcMar>
              <w:top w:w="20" w:type="dxa"/>
              <w:left w:w="60" w:type="dxa"/>
              <w:bottom w:w="20" w:type="dxa"/>
              <w:right w:w="40" w:type="dxa"/>
            </w:tcMar>
          </w:tcPr>
          <w:p w14:paraId="32B663D8" w14:textId="77777777" w:rsidR="002321DE" w:rsidRDefault="00B57BF7">
            <w:r>
              <w:rPr>
                <w:rFonts w:ascii="Segoe UI Symbol" w:eastAsia="Segoe UI Symbol" w:hAnsi="Segoe UI Symbol" w:cs="Segoe UI Symbol"/>
                <w:color w:val="1F3A5F"/>
                <w:sz w:val="24"/>
              </w:rPr>
              <w:t xml:space="preserve">☐  </w:t>
            </w:r>
            <w:r>
              <w:rPr>
                <w:rFonts w:eastAsia="Georgia" w:cs="Georgia"/>
                <w:color w:val="222222"/>
                <w:sz w:val="21"/>
              </w:rPr>
              <w:t>Where and when my hero was born</w:t>
            </w:r>
          </w:p>
        </w:tc>
        <w:tc>
          <w:tcPr>
            <w:tcW w:w="5760" w:type="dxa"/>
            <w:tcMar>
              <w:top w:w="20" w:type="dxa"/>
              <w:left w:w="60" w:type="dxa"/>
              <w:bottom w:w="20" w:type="dxa"/>
              <w:right w:w="40" w:type="dxa"/>
            </w:tcMar>
          </w:tcPr>
          <w:p w14:paraId="1A21128A" w14:textId="77777777" w:rsidR="002321DE" w:rsidRDefault="00B57BF7">
            <w:r>
              <w:rPr>
                <w:rFonts w:ascii="Segoe UI Symbol" w:eastAsia="Segoe UI Symbol" w:hAnsi="Segoe UI Symbol" w:cs="Segoe UI Symbol"/>
                <w:color w:val="1F3A5F"/>
                <w:sz w:val="24"/>
              </w:rPr>
              <w:t xml:space="preserve">☐  </w:t>
            </w:r>
            <w:r>
              <w:rPr>
                <w:rFonts w:eastAsia="Georgia" w:cs="Georgia"/>
                <w:color w:val="222222"/>
                <w:sz w:val="21"/>
              </w:rPr>
              <w:t>A trial or turning point</w:t>
            </w:r>
          </w:p>
        </w:tc>
      </w:tr>
      <w:tr w:rsidR="0075185D" w14:paraId="5791C080" w14:textId="77777777">
        <w:tc>
          <w:tcPr>
            <w:tcW w:w="4320" w:type="dxa"/>
            <w:tcMar>
              <w:top w:w="20" w:type="dxa"/>
              <w:left w:w="60" w:type="dxa"/>
              <w:bottom w:w="20" w:type="dxa"/>
              <w:right w:w="40" w:type="dxa"/>
            </w:tcMar>
          </w:tcPr>
          <w:p w14:paraId="47222EE3" w14:textId="77777777" w:rsidR="002321DE" w:rsidRDefault="00B57BF7">
            <w:r>
              <w:rPr>
                <w:rFonts w:ascii="Segoe UI Symbol" w:eastAsia="Segoe UI Symbol" w:hAnsi="Segoe UI Symbol" w:cs="Segoe UI Symbol"/>
                <w:color w:val="1F3A5F"/>
                <w:sz w:val="24"/>
              </w:rPr>
              <w:t xml:space="preserve">☐  </w:t>
            </w:r>
            <w:r>
              <w:rPr>
                <w:rFonts w:eastAsia="Georgia" w:cs="Georgia"/>
                <w:color w:val="222222"/>
                <w:sz w:val="21"/>
              </w:rPr>
              <w:t>Important events from my timeline</w:t>
            </w:r>
          </w:p>
        </w:tc>
        <w:tc>
          <w:tcPr>
            <w:tcW w:w="5760" w:type="dxa"/>
            <w:tcMar>
              <w:top w:w="20" w:type="dxa"/>
              <w:left w:w="60" w:type="dxa"/>
              <w:bottom w:w="20" w:type="dxa"/>
              <w:right w:w="40" w:type="dxa"/>
            </w:tcMar>
          </w:tcPr>
          <w:p w14:paraId="056D9249" w14:textId="77777777" w:rsidR="002321DE" w:rsidRDefault="00B57BF7">
            <w:r>
              <w:rPr>
                <w:rFonts w:ascii="Segoe UI Symbol" w:eastAsia="Segoe UI Symbol" w:hAnsi="Segoe UI Symbol" w:cs="Segoe UI Symbol"/>
                <w:color w:val="1F3A5F"/>
                <w:sz w:val="24"/>
              </w:rPr>
              <w:t xml:space="preserve">☐  </w:t>
            </w:r>
            <w:r>
              <w:rPr>
                <w:rFonts w:eastAsia="Georgia" w:cs="Georgia"/>
                <w:color w:val="222222"/>
                <w:sz w:val="21"/>
              </w:rPr>
              <w:t>How my hero moved forward the Cause of Christ</w:t>
            </w:r>
          </w:p>
        </w:tc>
      </w:tr>
    </w:tbl>
    <w:p w14:paraId="0D92E15E"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872"/>
        <w:gridCol w:w="8208"/>
      </w:tblGrid>
      <w:tr w:rsidR="0075185D" w14:paraId="67C33BA9" w14:textId="77777777">
        <w:tc>
          <w:tcPr>
            <w:tcW w:w="10080" w:type="dxa"/>
            <w:gridSpan w:val="2"/>
            <w:shd w:val="clear" w:color="auto" w:fill="E8EEF5"/>
            <w:tcMar>
              <w:top w:w="50" w:type="dxa"/>
              <w:left w:w="120" w:type="dxa"/>
              <w:bottom w:w="50" w:type="dxa"/>
              <w:right w:w="120" w:type="dxa"/>
            </w:tcMar>
          </w:tcPr>
          <w:p w14:paraId="56DC9815" w14:textId="77777777" w:rsidR="002321DE" w:rsidRDefault="00B57BF7">
            <w:r>
              <w:rPr>
                <w:rFonts w:ascii="Calibri" w:eastAsia="Calibri" w:hAnsi="Calibri" w:cs="Calibri"/>
                <w:b/>
                <w:color w:val="1F3A5F"/>
                <w:sz w:val="23"/>
              </w:rPr>
              <w:t>My Story Plan</w:t>
            </w:r>
          </w:p>
        </w:tc>
      </w:tr>
      <w:tr w:rsidR="0075185D" w14:paraId="70EC9C4C" w14:textId="77777777">
        <w:trPr>
          <w:trHeight w:val="936"/>
        </w:trPr>
        <w:tc>
          <w:tcPr>
            <w:tcW w:w="1872" w:type="dxa"/>
            <w:shd w:val="clear" w:color="auto" w:fill="F4F7FA"/>
            <w:tcMar>
              <w:top w:w="50" w:type="dxa"/>
              <w:left w:w="100" w:type="dxa"/>
              <w:bottom w:w="50" w:type="dxa"/>
              <w:right w:w="80" w:type="dxa"/>
            </w:tcMar>
          </w:tcPr>
          <w:p w14:paraId="47D4C106" w14:textId="77777777" w:rsidR="002321DE" w:rsidRDefault="00B57BF7">
            <w:r>
              <w:rPr>
                <w:rFonts w:ascii="Calibri" w:eastAsia="Calibri" w:hAnsi="Calibri" w:cs="Calibri"/>
                <w:b/>
                <w:color w:val="1F3A5F"/>
                <w:sz w:val="20"/>
              </w:rPr>
              <w:t>Beginning:</w:t>
            </w:r>
          </w:p>
        </w:tc>
        <w:tc>
          <w:tcPr>
            <w:tcW w:w="8208" w:type="dxa"/>
            <w:tcMar>
              <w:top w:w="50" w:type="dxa"/>
              <w:left w:w="100" w:type="dxa"/>
              <w:bottom w:w="50" w:type="dxa"/>
              <w:right w:w="100" w:type="dxa"/>
            </w:tcMar>
          </w:tcPr>
          <w:p w14:paraId="47FDDBF8" w14:textId="77777777" w:rsidR="002321DE" w:rsidRDefault="002321DE"/>
        </w:tc>
      </w:tr>
      <w:tr w:rsidR="0075185D" w14:paraId="48D9DB7C" w14:textId="77777777">
        <w:trPr>
          <w:trHeight w:val="1296"/>
        </w:trPr>
        <w:tc>
          <w:tcPr>
            <w:tcW w:w="1872" w:type="dxa"/>
            <w:shd w:val="clear" w:color="auto" w:fill="F4F7FA"/>
            <w:tcMar>
              <w:top w:w="50" w:type="dxa"/>
              <w:left w:w="100" w:type="dxa"/>
              <w:bottom w:w="50" w:type="dxa"/>
              <w:right w:w="80" w:type="dxa"/>
            </w:tcMar>
          </w:tcPr>
          <w:p w14:paraId="4034FC55" w14:textId="77777777" w:rsidR="002321DE" w:rsidRDefault="00B57BF7">
            <w:r>
              <w:rPr>
                <w:rFonts w:ascii="Calibri" w:eastAsia="Calibri" w:hAnsi="Calibri" w:cs="Calibri"/>
                <w:b/>
                <w:color w:val="1F3A5F"/>
                <w:sz w:val="20"/>
              </w:rPr>
              <w:t>Middle:</w:t>
            </w:r>
          </w:p>
        </w:tc>
        <w:tc>
          <w:tcPr>
            <w:tcW w:w="8208" w:type="dxa"/>
            <w:tcMar>
              <w:top w:w="50" w:type="dxa"/>
              <w:left w:w="100" w:type="dxa"/>
              <w:bottom w:w="50" w:type="dxa"/>
              <w:right w:w="100" w:type="dxa"/>
            </w:tcMar>
          </w:tcPr>
          <w:p w14:paraId="4BC111EF" w14:textId="77777777" w:rsidR="002321DE" w:rsidRDefault="002321DE"/>
        </w:tc>
      </w:tr>
      <w:tr w:rsidR="0075185D" w14:paraId="543D3C43" w14:textId="77777777">
        <w:trPr>
          <w:trHeight w:val="936"/>
        </w:trPr>
        <w:tc>
          <w:tcPr>
            <w:tcW w:w="1872" w:type="dxa"/>
            <w:shd w:val="clear" w:color="auto" w:fill="F4F7FA"/>
            <w:tcMar>
              <w:top w:w="50" w:type="dxa"/>
              <w:left w:w="100" w:type="dxa"/>
              <w:bottom w:w="50" w:type="dxa"/>
              <w:right w:w="80" w:type="dxa"/>
            </w:tcMar>
          </w:tcPr>
          <w:p w14:paraId="68C5FFD5" w14:textId="77777777" w:rsidR="002321DE" w:rsidRDefault="00B57BF7">
            <w:r>
              <w:rPr>
                <w:rFonts w:ascii="Calibri" w:eastAsia="Calibri" w:hAnsi="Calibri" w:cs="Calibri"/>
                <w:b/>
                <w:color w:val="1F3A5F"/>
                <w:sz w:val="20"/>
              </w:rPr>
              <w:t>End:</w:t>
            </w:r>
          </w:p>
        </w:tc>
        <w:tc>
          <w:tcPr>
            <w:tcW w:w="8208" w:type="dxa"/>
            <w:tcMar>
              <w:top w:w="50" w:type="dxa"/>
              <w:left w:w="100" w:type="dxa"/>
              <w:bottom w:w="50" w:type="dxa"/>
              <w:right w:w="100" w:type="dxa"/>
            </w:tcMar>
          </w:tcPr>
          <w:p w14:paraId="0EF47BC7" w14:textId="77777777" w:rsidR="002321DE" w:rsidRDefault="002321DE"/>
        </w:tc>
      </w:tr>
    </w:tbl>
    <w:p w14:paraId="4C3DAE4E" w14:textId="77777777" w:rsidR="002321DE" w:rsidRDefault="002321DE">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304"/>
        <w:gridCol w:w="2736"/>
        <w:gridCol w:w="2304"/>
        <w:gridCol w:w="2736"/>
      </w:tblGrid>
      <w:tr w:rsidR="0075185D" w14:paraId="50C77FB9" w14:textId="77777777">
        <w:tc>
          <w:tcPr>
            <w:tcW w:w="10080" w:type="dxa"/>
            <w:gridSpan w:val="4"/>
            <w:shd w:val="clear" w:color="auto" w:fill="E8EEF5"/>
            <w:tcMar>
              <w:top w:w="50" w:type="dxa"/>
              <w:left w:w="120" w:type="dxa"/>
              <w:bottom w:w="50" w:type="dxa"/>
              <w:right w:w="120" w:type="dxa"/>
            </w:tcMar>
          </w:tcPr>
          <w:p w14:paraId="7554C99D" w14:textId="77777777" w:rsidR="002321DE" w:rsidRDefault="00B57BF7">
            <w:r>
              <w:rPr>
                <w:rFonts w:ascii="Calibri" w:eastAsia="Calibri" w:hAnsi="Calibri" w:cs="Calibri"/>
                <w:b/>
                <w:color w:val="1F3A5F"/>
                <w:sz w:val="23"/>
              </w:rPr>
              <w:t>Listener Sign-Off</w:t>
            </w:r>
          </w:p>
        </w:tc>
      </w:tr>
      <w:tr w:rsidR="0075185D" w14:paraId="44D8CFF9" w14:textId="77777777">
        <w:trPr>
          <w:trHeight w:val="518"/>
        </w:trPr>
        <w:tc>
          <w:tcPr>
            <w:tcW w:w="2304" w:type="dxa"/>
            <w:shd w:val="clear" w:color="auto" w:fill="F4F7FA"/>
            <w:tcMar>
              <w:top w:w="50" w:type="dxa"/>
              <w:left w:w="100" w:type="dxa"/>
              <w:bottom w:w="50" w:type="dxa"/>
              <w:right w:w="80" w:type="dxa"/>
            </w:tcMar>
          </w:tcPr>
          <w:p w14:paraId="107BC76F" w14:textId="77777777" w:rsidR="002321DE" w:rsidRDefault="00B57BF7">
            <w:r>
              <w:rPr>
                <w:rFonts w:ascii="Calibri" w:eastAsia="Calibri" w:hAnsi="Calibri" w:cs="Calibri"/>
                <w:b/>
                <w:color w:val="1F3A5F"/>
                <w:sz w:val="20"/>
              </w:rPr>
              <w:t>Listener name:</w:t>
            </w:r>
          </w:p>
        </w:tc>
        <w:tc>
          <w:tcPr>
            <w:tcW w:w="2736" w:type="dxa"/>
            <w:tcMar>
              <w:top w:w="50" w:type="dxa"/>
              <w:left w:w="100" w:type="dxa"/>
              <w:bottom w:w="50" w:type="dxa"/>
              <w:right w:w="100" w:type="dxa"/>
            </w:tcMar>
          </w:tcPr>
          <w:p w14:paraId="779E9E06" w14:textId="77777777" w:rsidR="002321DE" w:rsidRDefault="002321DE"/>
        </w:tc>
        <w:tc>
          <w:tcPr>
            <w:tcW w:w="2304" w:type="dxa"/>
            <w:shd w:val="clear" w:color="auto" w:fill="F4F7FA"/>
            <w:tcMar>
              <w:top w:w="50" w:type="dxa"/>
              <w:left w:w="100" w:type="dxa"/>
              <w:bottom w:w="50" w:type="dxa"/>
              <w:right w:w="80" w:type="dxa"/>
            </w:tcMar>
          </w:tcPr>
          <w:p w14:paraId="1B214EEF" w14:textId="77777777" w:rsidR="002321DE" w:rsidRDefault="00B57BF7">
            <w:r>
              <w:rPr>
                <w:rFonts w:ascii="Calibri" w:eastAsia="Calibri" w:hAnsi="Calibri" w:cs="Calibri"/>
                <w:b/>
                <w:color w:val="1F3A5F"/>
                <w:sz w:val="20"/>
              </w:rPr>
              <w:t>Signature:</w:t>
            </w:r>
          </w:p>
        </w:tc>
        <w:tc>
          <w:tcPr>
            <w:tcW w:w="2736" w:type="dxa"/>
            <w:tcMar>
              <w:top w:w="50" w:type="dxa"/>
              <w:left w:w="100" w:type="dxa"/>
              <w:bottom w:w="50" w:type="dxa"/>
              <w:right w:w="100" w:type="dxa"/>
            </w:tcMar>
          </w:tcPr>
          <w:p w14:paraId="67DDD8F3" w14:textId="77777777" w:rsidR="002321DE" w:rsidRDefault="002321DE"/>
        </w:tc>
      </w:tr>
      <w:tr w:rsidR="0075185D" w14:paraId="60195DEB" w14:textId="77777777" w:rsidTr="00492164">
        <w:trPr>
          <w:trHeight w:val="835"/>
        </w:trPr>
        <w:tc>
          <w:tcPr>
            <w:tcW w:w="2304" w:type="dxa"/>
            <w:shd w:val="clear" w:color="auto" w:fill="F4F7FA"/>
            <w:tcMar>
              <w:top w:w="50" w:type="dxa"/>
              <w:left w:w="100" w:type="dxa"/>
              <w:bottom w:w="50" w:type="dxa"/>
              <w:right w:w="80" w:type="dxa"/>
            </w:tcMar>
          </w:tcPr>
          <w:p w14:paraId="4CAF5A4C" w14:textId="77777777" w:rsidR="002321DE" w:rsidRDefault="00B57BF7">
            <w:r>
              <w:rPr>
                <w:rFonts w:ascii="Calibri" w:eastAsia="Calibri" w:hAnsi="Calibri" w:cs="Calibri"/>
                <w:b/>
                <w:color w:val="1F3A5F"/>
                <w:sz w:val="20"/>
              </w:rPr>
              <w:t>One thing I learned about this hero:</w:t>
            </w:r>
          </w:p>
        </w:tc>
        <w:tc>
          <w:tcPr>
            <w:tcW w:w="7776" w:type="dxa"/>
            <w:gridSpan w:val="3"/>
            <w:tcMar>
              <w:top w:w="50" w:type="dxa"/>
              <w:left w:w="100" w:type="dxa"/>
              <w:bottom w:w="50" w:type="dxa"/>
              <w:right w:w="100" w:type="dxa"/>
            </w:tcMar>
          </w:tcPr>
          <w:p w14:paraId="7E280373" w14:textId="77777777" w:rsidR="002321DE" w:rsidRDefault="002321DE"/>
        </w:tc>
      </w:tr>
      <w:tr w:rsidR="0075185D" w14:paraId="782D19FE" w14:textId="77777777">
        <w:trPr>
          <w:trHeight w:val="864"/>
        </w:trPr>
        <w:tc>
          <w:tcPr>
            <w:tcW w:w="2304" w:type="dxa"/>
            <w:shd w:val="clear" w:color="auto" w:fill="F4F7FA"/>
            <w:tcMar>
              <w:top w:w="50" w:type="dxa"/>
              <w:left w:w="100" w:type="dxa"/>
              <w:bottom w:w="50" w:type="dxa"/>
              <w:right w:w="80" w:type="dxa"/>
            </w:tcMar>
          </w:tcPr>
          <w:p w14:paraId="4834E60C" w14:textId="77777777" w:rsidR="002321DE" w:rsidRDefault="00B57BF7">
            <w:r>
              <w:rPr>
                <w:rFonts w:ascii="Calibri" w:eastAsia="Calibri" w:hAnsi="Calibri" w:cs="Calibri"/>
                <w:b/>
                <w:color w:val="1F3A5F"/>
                <w:sz w:val="20"/>
              </w:rPr>
              <w:t>One thing the scholar did well:</w:t>
            </w:r>
          </w:p>
        </w:tc>
        <w:tc>
          <w:tcPr>
            <w:tcW w:w="7776" w:type="dxa"/>
            <w:gridSpan w:val="3"/>
            <w:tcMar>
              <w:top w:w="50" w:type="dxa"/>
              <w:left w:w="100" w:type="dxa"/>
              <w:bottom w:w="50" w:type="dxa"/>
              <w:right w:w="100" w:type="dxa"/>
            </w:tcMar>
          </w:tcPr>
          <w:p w14:paraId="306A46DB" w14:textId="77777777" w:rsidR="002321DE" w:rsidRDefault="002321DE"/>
        </w:tc>
      </w:tr>
    </w:tbl>
    <w:p w14:paraId="754B2EB0"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188FE194" w14:textId="77777777">
        <w:tc>
          <w:tcPr>
            <w:tcW w:w="7632" w:type="dxa"/>
            <w:shd w:val="clear" w:color="auto" w:fill="1F3A5F"/>
            <w:tcMar>
              <w:top w:w="90" w:type="dxa"/>
              <w:left w:w="140" w:type="dxa"/>
              <w:bottom w:w="90" w:type="dxa"/>
              <w:right w:w="140" w:type="dxa"/>
            </w:tcMar>
            <w:vAlign w:val="center"/>
          </w:tcPr>
          <w:p w14:paraId="604B1B15" w14:textId="77777777" w:rsidR="002321DE" w:rsidRDefault="00B57BF7">
            <w:r>
              <w:rPr>
                <w:rFonts w:ascii="Calibri" w:eastAsia="Calibri" w:hAnsi="Calibri" w:cs="Calibri"/>
                <w:b/>
                <w:color w:val="C8D6E5"/>
                <w:sz w:val="18"/>
              </w:rPr>
              <w:t>REASON  ·  STEP 12</w:t>
            </w:r>
          </w:p>
          <w:p w14:paraId="3C5AEC4A" w14:textId="77777777" w:rsidR="002321DE" w:rsidRDefault="00B57BF7">
            <w:r>
              <w:rPr>
                <w:rFonts w:ascii="Calibri" w:eastAsia="Calibri" w:hAnsi="Calibri" w:cs="Calibri"/>
                <w:b/>
                <w:color w:val="FFFFFF"/>
                <w:sz w:val="40"/>
              </w:rPr>
              <w:t>Character Chart, Part 1</w:t>
            </w:r>
          </w:p>
        </w:tc>
        <w:tc>
          <w:tcPr>
            <w:tcW w:w="2448" w:type="dxa"/>
            <w:shd w:val="clear" w:color="auto" w:fill="1F3A5F"/>
            <w:tcMar>
              <w:top w:w="90" w:type="dxa"/>
              <w:left w:w="140" w:type="dxa"/>
              <w:bottom w:w="90" w:type="dxa"/>
              <w:right w:w="140" w:type="dxa"/>
            </w:tcMar>
            <w:vAlign w:val="center"/>
          </w:tcPr>
          <w:p w14:paraId="0727AFCC" w14:textId="77777777" w:rsidR="002321DE" w:rsidRDefault="00B57BF7">
            <w:pPr>
              <w:jc w:val="right"/>
            </w:pPr>
            <w:r>
              <w:rPr>
                <w:rFonts w:ascii="Calibri" w:eastAsia="Calibri" w:hAnsi="Calibri" w:cs="Calibri"/>
                <w:color w:val="C8D6E5"/>
                <w:sz w:val="18"/>
              </w:rPr>
              <w:t>About 20–30 minutes</w:t>
            </w:r>
          </w:p>
        </w:tc>
      </w:tr>
    </w:tbl>
    <w:p w14:paraId="62CDB4A5" w14:textId="77777777" w:rsidR="002321DE" w:rsidRDefault="002321DE">
      <w:pPr>
        <w:spacing w:line="264" w:lineRule="auto"/>
      </w:pPr>
    </w:p>
    <w:p w14:paraId="0897FB88"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Discover how your hero's heart shaped their actions.</w:t>
      </w:r>
    </w:p>
    <w:p w14:paraId="49993EDD" w14:textId="77777777" w:rsidR="002321DE" w:rsidRDefault="002321DE">
      <w:pPr>
        <w:spacing w:line="264" w:lineRule="auto"/>
      </w:pPr>
    </w:p>
    <w:p w14:paraId="170D6F71"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41EC4A8F" w14:textId="77777777">
        <w:tc>
          <w:tcPr>
            <w:tcW w:w="504" w:type="dxa"/>
            <w:tcMar>
              <w:top w:w="20" w:type="dxa"/>
              <w:left w:w="20" w:type="dxa"/>
              <w:bottom w:w="20" w:type="dxa"/>
              <w:right w:w="20" w:type="dxa"/>
            </w:tcMar>
          </w:tcPr>
          <w:p w14:paraId="7978FCA4"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3181216E" w14:textId="77777777" w:rsidR="002321DE" w:rsidRDefault="00B57BF7">
            <w:r>
              <w:rPr>
                <w:rFonts w:eastAsia="Georgia" w:cs="Georgia"/>
                <w:color w:val="222222"/>
                <w:sz w:val="21"/>
              </w:rPr>
              <w:t>Now, you’ll study your hero's heart.</w:t>
            </w:r>
          </w:p>
        </w:tc>
      </w:tr>
      <w:tr w:rsidR="0075185D" w14:paraId="30A78B4D" w14:textId="77777777">
        <w:tc>
          <w:tcPr>
            <w:tcW w:w="504" w:type="dxa"/>
            <w:tcMar>
              <w:top w:w="20" w:type="dxa"/>
              <w:left w:w="20" w:type="dxa"/>
              <w:bottom w:w="20" w:type="dxa"/>
              <w:right w:w="20" w:type="dxa"/>
            </w:tcMar>
          </w:tcPr>
          <w:p w14:paraId="20F5225F"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773468DB" w14:textId="77777777" w:rsidR="002321DE" w:rsidRDefault="00B57BF7">
            <w:r>
              <w:rPr>
                <w:rFonts w:eastAsia="Georgia" w:cs="Georgia"/>
                <w:color w:val="222222"/>
                <w:sz w:val="21"/>
              </w:rPr>
              <w:t>LEFT side: name an internal quality. Use the author's words when you can.</w:t>
            </w:r>
          </w:p>
        </w:tc>
      </w:tr>
      <w:tr w:rsidR="0075185D" w14:paraId="1CC41D47" w14:textId="77777777">
        <w:tc>
          <w:tcPr>
            <w:tcW w:w="504" w:type="dxa"/>
            <w:tcMar>
              <w:top w:w="20" w:type="dxa"/>
              <w:left w:w="20" w:type="dxa"/>
              <w:bottom w:w="20" w:type="dxa"/>
              <w:right w:w="20" w:type="dxa"/>
            </w:tcMar>
          </w:tcPr>
          <w:p w14:paraId="2697D879" w14:textId="77777777" w:rsidR="002321DE" w:rsidRDefault="00B57BF7">
            <w:r>
              <w:rPr>
                <w:rFonts w:ascii="Calibri" w:eastAsia="Calibri" w:hAnsi="Calibri" w:cs="Calibri"/>
                <w:b/>
                <w:color w:val="1F3A5F"/>
                <w:sz w:val="21"/>
              </w:rPr>
              <w:t>3.</w:t>
            </w:r>
          </w:p>
        </w:tc>
        <w:tc>
          <w:tcPr>
            <w:tcW w:w="9576" w:type="dxa"/>
            <w:tcMar>
              <w:top w:w="20" w:type="dxa"/>
              <w:left w:w="40" w:type="dxa"/>
              <w:bottom w:w="20" w:type="dxa"/>
              <w:right w:w="40" w:type="dxa"/>
            </w:tcMar>
          </w:tcPr>
          <w:p w14:paraId="2A586915" w14:textId="77777777" w:rsidR="002321DE" w:rsidRDefault="00B57BF7">
            <w:r>
              <w:rPr>
                <w:rFonts w:eastAsia="Georgia" w:cs="Georgia"/>
                <w:color w:val="222222"/>
                <w:sz w:val="21"/>
              </w:rPr>
              <w:t>RIGHT side: record a quote or event (with the source) and what it led to.</w:t>
            </w:r>
          </w:p>
        </w:tc>
      </w:tr>
    </w:tbl>
    <w:p w14:paraId="2AA3EDAF" w14:textId="77777777" w:rsidR="002321DE" w:rsidRDefault="002321DE">
      <w:pPr>
        <w:spacing w:after="100" w:line="264" w:lineRule="auto"/>
      </w:pPr>
    </w:p>
    <w:tbl>
      <w:tblPr>
        <w:tblW w:w="10080" w:type="dxa"/>
        <w:tblBorders>
          <w:top w:val="single" w:sz="6" w:space="0" w:color="C8963E"/>
          <w:left w:val="single" w:sz="6" w:space="0" w:color="C8963E"/>
          <w:bottom w:val="single" w:sz="6" w:space="0" w:color="C8963E"/>
          <w:right w:val="single" w:sz="6" w:space="0" w:color="C8963E"/>
          <w:insideH w:val="single" w:sz="6" w:space="0" w:color="C8963E"/>
          <w:insideV w:val="single" w:sz="6" w:space="0" w:color="C8963E"/>
        </w:tblBorders>
        <w:tblLayout w:type="fixed"/>
        <w:tblLook w:val="04A0" w:firstRow="1" w:lastRow="0" w:firstColumn="1" w:lastColumn="0" w:noHBand="0" w:noVBand="1"/>
      </w:tblPr>
      <w:tblGrid>
        <w:gridCol w:w="5040"/>
        <w:gridCol w:w="5040"/>
      </w:tblGrid>
      <w:tr w:rsidR="0075185D" w14:paraId="15D1993F" w14:textId="77777777">
        <w:tc>
          <w:tcPr>
            <w:tcW w:w="5040" w:type="dxa"/>
            <w:shd w:val="clear" w:color="auto" w:fill="F6EBD5"/>
            <w:tcMar>
              <w:top w:w="50" w:type="dxa"/>
              <w:left w:w="120" w:type="dxa"/>
              <w:bottom w:w="50" w:type="dxa"/>
              <w:right w:w="120" w:type="dxa"/>
            </w:tcMar>
          </w:tcPr>
          <w:p w14:paraId="6DE21196" w14:textId="77777777" w:rsidR="002321DE" w:rsidRDefault="00B57BF7">
            <w:r>
              <w:rPr>
                <w:rFonts w:ascii="Calibri" w:eastAsia="Calibri" w:hAnsi="Calibri" w:cs="Calibri"/>
                <w:b/>
                <w:color w:val="7A551C"/>
                <w:sz w:val="20"/>
              </w:rPr>
              <w:t>INTERNAL (Cause): who my hero was inside</w:t>
            </w:r>
          </w:p>
        </w:tc>
        <w:tc>
          <w:tcPr>
            <w:tcW w:w="5040" w:type="dxa"/>
            <w:shd w:val="clear" w:color="auto" w:fill="F6EBD5"/>
            <w:tcMar>
              <w:top w:w="50" w:type="dxa"/>
              <w:left w:w="120" w:type="dxa"/>
              <w:bottom w:w="50" w:type="dxa"/>
              <w:right w:w="120" w:type="dxa"/>
            </w:tcMar>
          </w:tcPr>
          <w:p w14:paraId="14C99E7B" w14:textId="77777777" w:rsidR="002321DE" w:rsidRDefault="00B57BF7">
            <w:r>
              <w:rPr>
                <w:rFonts w:ascii="Calibri" w:eastAsia="Calibri" w:hAnsi="Calibri" w:cs="Calibri"/>
                <w:b/>
                <w:color w:val="7A551C"/>
                <w:sz w:val="20"/>
              </w:rPr>
              <w:t>EXTERNAL (Effect): what showed on the outside</w:t>
            </w:r>
          </w:p>
        </w:tc>
      </w:tr>
      <w:tr w:rsidR="0075185D" w14:paraId="478B4517" w14:textId="77777777">
        <w:tc>
          <w:tcPr>
            <w:tcW w:w="5040" w:type="dxa"/>
            <w:shd w:val="clear" w:color="auto" w:fill="FBF6EC"/>
            <w:tcMar>
              <w:top w:w="40" w:type="dxa"/>
              <w:left w:w="120" w:type="dxa"/>
              <w:bottom w:w="50" w:type="dxa"/>
              <w:right w:w="120" w:type="dxa"/>
            </w:tcMar>
          </w:tcPr>
          <w:p w14:paraId="24F0C115" w14:textId="77777777" w:rsidR="002321DE" w:rsidRDefault="00B57BF7">
            <w:r>
              <w:rPr>
                <w:rFonts w:ascii="Calibri" w:eastAsia="Calibri" w:hAnsi="Calibri" w:cs="Calibri"/>
                <w:color w:val="3A2E1A"/>
                <w:sz w:val="19"/>
              </w:rPr>
              <w:t>•  Motivation, heart, and beliefs</w:t>
            </w:r>
          </w:p>
          <w:p w14:paraId="432C0923" w14:textId="77777777" w:rsidR="002321DE" w:rsidRDefault="00B57BF7">
            <w:r>
              <w:rPr>
                <w:rFonts w:ascii="Calibri" w:eastAsia="Calibri" w:hAnsi="Calibri" w:cs="Calibri"/>
                <w:color w:val="3A2E1A"/>
                <w:sz w:val="19"/>
              </w:rPr>
              <w:t>•  Conscience and convictions</w:t>
            </w:r>
          </w:p>
          <w:p w14:paraId="0B675AA3" w14:textId="77777777" w:rsidR="002321DE" w:rsidRDefault="00B57BF7">
            <w:r>
              <w:rPr>
                <w:rFonts w:ascii="Calibri" w:eastAsia="Calibri" w:hAnsi="Calibri" w:cs="Calibri"/>
                <w:color w:val="3A2E1A"/>
                <w:sz w:val="19"/>
              </w:rPr>
              <w:t>•  Spiritual life and reliance on God</w:t>
            </w:r>
          </w:p>
          <w:p w14:paraId="170CC74E" w14:textId="77777777" w:rsidR="002321DE" w:rsidRDefault="00B57BF7">
            <w:r>
              <w:rPr>
                <w:rFonts w:ascii="Calibri" w:eastAsia="Calibri" w:hAnsi="Calibri" w:cs="Calibri"/>
                <w:color w:val="3A2E1A"/>
                <w:sz w:val="19"/>
              </w:rPr>
              <w:t>•  Character traits (courage, humility, fear…)</w:t>
            </w:r>
          </w:p>
        </w:tc>
        <w:tc>
          <w:tcPr>
            <w:tcW w:w="5040" w:type="dxa"/>
            <w:shd w:val="clear" w:color="auto" w:fill="FBF6EC"/>
            <w:tcMar>
              <w:top w:w="40" w:type="dxa"/>
              <w:left w:w="120" w:type="dxa"/>
              <w:bottom w:w="50" w:type="dxa"/>
              <w:right w:w="120" w:type="dxa"/>
            </w:tcMar>
          </w:tcPr>
          <w:p w14:paraId="6046B5A1" w14:textId="77777777" w:rsidR="002321DE" w:rsidRDefault="00B57BF7">
            <w:r>
              <w:rPr>
                <w:rFonts w:ascii="Calibri" w:eastAsia="Calibri" w:hAnsi="Calibri" w:cs="Calibri"/>
                <w:color w:val="3A2E1A"/>
                <w:sz w:val="19"/>
              </w:rPr>
              <w:t>•  Public actions, words, and decisions</w:t>
            </w:r>
          </w:p>
          <w:p w14:paraId="13B2C778" w14:textId="77777777" w:rsidR="002321DE" w:rsidRDefault="00B57BF7">
            <w:r>
              <w:rPr>
                <w:rFonts w:ascii="Calibri" w:eastAsia="Calibri" w:hAnsi="Calibri" w:cs="Calibri"/>
                <w:color w:val="3A2E1A"/>
                <w:sz w:val="19"/>
              </w:rPr>
              <w:t>•  Consequences of their choices</w:t>
            </w:r>
          </w:p>
          <w:p w14:paraId="4C9B023C" w14:textId="77777777" w:rsidR="002321DE" w:rsidRDefault="00B57BF7">
            <w:r>
              <w:rPr>
                <w:rFonts w:ascii="Calibri" w:eastAsia="Calibri" w:hAnsi="Calibri" w:cs="Calibri"/>
                <w:color w:val="3A2E1A"/>
                <w:sz w:val="19"/>
              </w:rPr>
              <w:t>•  Achievements and influence</w:t>
            </w:r>
          </w:p>
          <w:p w14:paraId="71B1A81D" w14:textId="77777777" w:rsidR="002321DE" w:rsidRDefault="00B57BF7">
            <w:r>
              <w:rPr>
                <w:rFonts w:ascii="Calibri" w:eastAsia="Calibri" w:hAnsi="Calibri" w:cs="Calibri"/>
                <w:color w:val="3A2E1A"/>
                <w:sz w:val="19"/>
              </w:rPr>
              <w:t>•  Impact of their character on others or history</w:t>
            </w:r>
          </w:p>
        </w:tc>
      </w:tr>
    </w:tbl>
    <w:p w14:paraId="44E6540E" w14:textId="77777777" w:rsidR="002321DE" w:rsidRDefault="002321DE">
      <w:pPr>
        <w:spacing w:after="60" w:line="264" w:lineRule="auto"/>
      </w:pPr>
    </w:p>
    <w:p w14:paraId="5333689D" w14:textId="77777777" w:rsidR="002321DE" w:rsidRDefault="00B57BF7">
      <w:pPr>
        <w:spacing w:after="80" w:line="264" w:lineRule="auto"/>
      </w:pPr>
      <w:r>
        <w:rPr>
          <w:rFonts w:eastAsia="Georgia" w:cs="Georgia"/>
          <w:i/>
          <w:color w:val="595959"/>
          <w:sz w:val="19"/>
        </w:rPr>
        <w:t>Be honest: your hero was not perfect. You may include a weakness they struggled with and how it showed, or how they overcame it.</w:t>
      </w:r>
    </w:p>
    <w:p w14:paraId="76412C78" w14:textId="77777777" w:rsidR="002321DE" w:rsidRDefault="002321DE">
      <w:pPr>
        <w:spacing w:after="80" w:line="264" w:lineRule="auto"/>
      </w:pPr>
    </w:p>
    <w:p w14:paraId="3D53E4D7" w14:textId="77777777" w:rsidR="002321DE" w:rsidRDefault="00B57BF7">
      <w:pPr>
        <w:spacing w:after="20" w:line="264" w:lineRule="auto"/>
      </w:pPr>
      <w:r>
        <w:rPr>
          <w:rFonts w:eastAsia="Georgia" w:cs="Georgia"/>
          <w:color w:val="7A551C"/>
          <w:sz w:val="18"/>
        </w:rPr>
        <w:t>EXAMPLE</w:t>
      </w:r>
    </w:p>
    <w:tbl>
      <w:tblPr>
        <w:tblW w:w="10080" w:type="dxa"/>
        <w:tblBorders>
          <w:top w:val="nil"/>
          <w:left w:val="nil"/>
          <w:bottom w:val="nil"/>
          <w:right w:val="nil"/>
          <w:insideH w:val="single" w:sz="4" w:space="0" w:color="E6D3AE"/>
          <w:insideV w:val="single" w:sz="18" w:space="0" w:color="C8963E"/>
        </w:tblBorders>
        <w:tblLayout w:type="fixed"/>
        <w:tblLook w:val="04A0" w:firstRow="1" w:lastRow="0" w:firstColumn="1" w:lastColumn="0" w:noHBand="0" w:noVBand="1"/>
      </w:tblPr>
      <w:tblGrid>
        <w:gridCol w:w="5040"/>
        <w:gridCol w:w="5040"/>
      </w:tblGrid>
      <w:tr w:rsidR="0075185D" w14:paraId="2D212F49" w14:textId="77777777">
        <w:tc>
          <w:tcPr>
            <w:tcW w:w="5040" w:type="dxa"/>
            <w:tcBorders>
              <w:bottom w:val="single" w:sz="18" w:space="0" w:color="C8963E"/>
            </w:tcBorders>
            <w:tcMar>
              <w:top w:w="60" w:type="dxa"/>
              <w:left w:w="120" w:type="dxa"/>
              <w:bottom w:w="60" w:type="dxa"/>
              <w:right w:w="120" w:type="dxa"/>
            </w:tcMar>
          </w:tcPr>
          <w:p w14:paraId="567EDF80" w14:textId="77777777" w:rsidR="002321DE" w:rsidRDefault="00B57BF7">
            <w:pPr>
              <w:jc w:val="center"/>
            </w:pPr>
            <w:r>
              <w:rPr>
                <w:rFonts w:ascii="Calibri" w:eastAsia="Calibri" w:hAnsi="Calibri" w:cs="Calibri"/>
                <w:b/>
                <w:color w:val="1F3A5F"/>
                <w:sz w:val="23"/>
              </w:rPr>
              <w:t>INTERNAL (Cause)   →</w:t>
            </w:r>
          </w:p>
        </w:tc>
        <w:tc>
          <w:tcPr>
            <w:tcW w:w="5040" w:type="dxa"/>
            <w:tcBorders>
              <w:bottom w:val="single" w:sz="18" w:space="0" w:color="C8963E"/>
            </w:tcBorders>
            <w:tcMar>
              <w:top w:w="60" w:type="dxa"/>
              <w:left w:w="120" w:type="dxa"/>
              <w:bottom w:w="60" w:type="dxa"/>
              <w:right w:w="120" w:type="dxa"/>
            </w:tcMar>
          </w:tcPr>
          <w:p w14:paraId="5C5111B5" w14:textId="77777777" w:rsidR="002321DE" w:rsidRDefault="00B57BF7">
            <w:pPr>
              <w:jc w:val="center"/>
            </w:pPr>
            <w:r>
              <w:rPr>
                <w:rFonts w:ascii="Calibri" w:eastAsia="Calibri" w:hAnsi="Calibri" w:cs="Calibri"/>
                <w:b/>
                <w:color w:val="1F3A5F"/>
                <w:sz w:val="23"/>
              </w:rPr>
              <w:t>EXTERNAL (Effect)</w:t>
            </w:r>
          </w:p>
        </w:tc>
      </w:tr>
      <w:tr w:rsidR="0075185D" w14:paraId="0BD6142B" w14:textId="77777777">
        <w:trPr>
          <w:trHeight w:val="648"/>
        </w:trPr>
        <w:tc>
          <w:tcPr>
            <w:tcW w:w="5040" w:type="dxa"/>
            <w:tcMar>
              <w:top w:w="70" w:type="dxa"/>
              <w:left w:w="120" w:type="dxa"/>
              <w:bottom w:w="70" w:type="dxa"/>
              <w:right w:w="120" w:type="dxa"/>
            </w:tcMar>
          </w:tcPr>
          <w:p w14:paraId="6D1FD7E3" w14:textId="77777777" w:rsidR="002321DE" w:rsidRDefault="00B57BF7">
            <w:r>
              <w:rPr>
                <w:rFonts w:ascii="Calibri" w:eastAsia="Calibri" w:hAnsi="Calibri" w:cs="Calibri"/>
                <w:i/>
                <w:color w:val="3A2E1A"/>
                <w:sz w:val="20"/>
              </w:rPr>
              <w:t>Marjorie Pay Hinckley had deep faith in Heavenly Father.</w:t>
            </w:r>
          </w:p>
        </w:tc>
        <w:tc>
          <w:tcPr>
            <w:tcW w:w="5040" w:type="dxa"/>
            <w:tcMar>
              <w:top w:w="70" w:type="dxa"/>
              <w:left w:w="120" w:type="dxa"/>
              <w:bottom w:w="70" w:type="dxa"/>
              <w:right w:w="120" w:type="dxa"/>
            </w:tcMar>
          </w:tcPr>
          <w:p w14:paraId="79AA0D88" w14:textId="77777777" w:rsidR="002321DE" w:rsidRDefault="00B57BF7">
            <w:r>
              <w:rPr>
                <w:rFonts w:ascii="Calibri" w:eastAsia="Calibri" w:hAnsi="Calibri" w:cs="Calibri"/>
                <w:i/>
                <w:color w:val="3A2E1A"/>
                <w:sz w:val="20"/>
              </w:rPr>
              <w:t>"If I could choose one thing for my children, I would want them to develop faith in our Heavenly Father" (Pearce 16). She turned to God in prayer whenever trials came.</w:t>
            </w:r>
          </w:p>
        </w:tc>
      </w:tr>
    </w:tbl>
    <w:p w14:paraId="2ED06F8B" w14:textId="77777777" w:rsidR="002321DE" w:rsidRDefault="002321DE">
      <w:pPr>
        <w:spacing w:after="160" w:line="264" w:lineRule="auto"/>
      </w:pPr>
    </w:p>
    <w:tbl>
      <w:tblPr>
        <w:tblW w:w="10080" w:type="dxa"/>
        <w:tblBorders>
          <w:top w:val="nil"/>
          <w:left w:val="nil"/>
          <w:bottom w:val="nil"/>
          <w:right w:val="nil"/>
          <w:insideH w:val="single" w:sz="4" w:space="0" w:color="C9D3DD"/>
          <w:insideV w:val="single" w:sz="18" w:space="0" w:color="1F3A5F"/>
        </w:tblBorders>
        <w:tblLayout w:type="fixed"/>
        <w:tblLook w:val="04A0" w:firstRow="1" w:lastRow="0" w:firstColumn="1" w:lastColumn="0" w:noHBand="0" w:noVBand="1"/>
      </w:tblPr>
      <w:tblGrid>
        <w:gridCol w:w="5040"/>
        <w:gridCol w:w="5040"/>
      </w:tblGrid>
      <w:tr w:rsidR="0075185D" w14:paraId="7998C286" w14:textId="77777777">
        <w:tc>
          <w:tcPr>
            <w:tcW w:w="5040" w:type="dxa"/>
            <w:tcBorders>
              <w:bottom w:val="single" w:sz="18" w:space="0" w:color="1F3A5F"/>
            </w:tcBorders>
            <w:tcMar>
              <w:top w:w="60" w:type="dxa"/>
              <w:left w:w="120" w:type="dxa"/>
              <w:bottom w:w="60" w:type="dxa"/>
              <w:right w:w="120" w:type="dxa"/>
            </w:tcMar>
          </w:tcPr>
          <w:p w14:paraId="0D53EAA3" w14:textId="77777777" w:rsidR="002321DE" w:rsidRDefault="00B57BF7">
            <w:pPr>
              <w:jc w:val="center"/>
            </w:pPr>
            <w:r>
              <w:rPr>
                <w:rFonts w:ascii="Calibri" w:eastAsia="Calibri" w:hAnsi="Calibri" w:cs="Calibri"/>
                <w:b/>
                <w:color w:val="1F3A5F"/>
                <w:sz w:val="23"/>
              </w:rPr>
              <w:t>INTERNAL (Cause)   →</w:t>
            </w:r>
          </w:p>
        </w:tc>
        <w:tc>
          <w:tcPr>
            <w:tcW w:w="5040" w:type="dxa"/>
            <w:tcBorders>
              <w:bottom w:val="single" w:sz="18" w:space="0" w:color="1F3A5F"/>
            </w:tcBorders>
            <w:tcMar>
              <w:top w:w="60" w:type="dxa"/>
              <w:left w:w="120" w:type="dxa"/>
              <w:bottom w:w="60" w:type="dxa"/>
              <w:right w:w="120" w:type="dxa"/>
            </w:tcMar>
          </w:tcPr>
          <w:p w14:paraId="675D1919" w14:textId="77777777" w:rsidR="002321DE" w:rsidRDefault="00B57BF7">
            <w:pPr>
              <w:jc w:val="center"/>
            </w:pPr>
            <w:r>
              <w:rPr>
                <w:rFonts w:ascii="Calibri" w:eastAsia="Calibri" w:hAnsi="Calibri" w:cs="Calibri"/>
                <w:b/>
                <w:color w:val="1F3A5F"/>
                <w:sz w:val="23"/>
              </w:rPr>
              <w:t>EXTERNAL (Effect)</w:t>
            </w:r>
          </w:p>
        </w:tc>
      </w:tr>
      <w:tr w:rsidR="0075185D" w14:paraId="728A08EA" w14:textId="77777777">
        <w:trPr>
          <w:trHeight w:val="1440"/>
        </w:trPr>
        <w:tc>
          <w:tcPr>
            <w:tcW w:w="5040" w:type="dxa"/>
            <w:tcMar>
              <w:top w:w="70" w:type="dxa"/>
              <w:left w:w="120" w:type="dxa"/>
              <w:bottom w:w="70" w:type="dxa"/>
              <w:right w:w="120" w:type="dxa"/>
            </w:tcMar>
          </w:tcPr>
          <w:p w14:paraId="746B84D7" w14:textId="77777777" w:rsidR="002321DE" w:rsidRDefault="00B57BF7">
            <w:r>
              <w:rPr>
                <w:rFonts w:ascii="Calibri" w:eastAsia="Calibri" w:hAnsi="Calibri" w:cs="Calibri"/>
                <w:b/>
                <w:color w:val="1F3A5F"/>
                <w:sz w:val="20"/>
              </w:rPr>
              <w:t>1.</w:t>
            </w:r>
          </w:p>
        </w:tc>
        <w:tc>
          <w:tcPr>
            <w:tcW w:w="5040" w:type="dxa"/>
            <w:tcMar>
              <w:top w:w="70" w:type="dxa"/>
              <w:left w:w="120" w:type="dxa"/>
              <w:bottom w:w="70" w:type="dxa"/>
              <w:right w:w="120" w:type="dxa"/>
            </w:tcMar>
          </w:tcPr>
          <w:p w14:paraId="5BD4172D" w14:textId="77777777" w:rsidR="002321DE" w:rsidRDefault="002321DE"/>
        </w:tc>
      </w:tr>
      <w:tr w:rsidR="0075185D" w14:paraId="45DF5657" w14:textId="77777777">
        <w:trPr>
          <w:trHeight w:val="1440"/>
        </w:trPr>
        <w:tc>
          <w:tcPr>
            <w:tcW w:w="5040" w:type="dxa"/>
            <w:tcMar>
              <w:top w:w="70" w:type="dxa"/>
              <w:left w:w="120" w:type="dxa"/>
              <w:bottom w:w="70" w:type="dxa"/>
              <w:right w:w="120" w:type="dxa"/>
            </w:tcMar>
          </w:tcPr>
          <w:p w14:paraId="3484E49B" w14:textId="77777777" w:rsidR="002321DE" w:rsidRDefault="00B57BF7">
            <w:r>
              <w:rPr>
                <w:rFonts w:ascii="Calibri" w:eastAsia="Calibri" w:hAnsi="Calibri" w:cs="Calibri"/>
                <w:b/>
                <w:color w:val="1F3A5F"/>
                <w:sz w:val="20"/>
              </w:rPr>
              <w:t>2.</w:t>
            </w:r>
          </w:p>
        </w:tc>
        <w:tc>
          <w:tcPr>
            <w:tcW w:w="5040" w:type="dxa"/>
            <w:tcMar>
              <w:top w:w="70" w:type="dxa"/>
              <w:left w:w="120" w:type="dxa"/>
              <w:bottom w:w="70" w:type="dxa"/>
              <w:right w:w="120" w:type="dxa"/>
            </w:tcMar>
          </w:tcPr>
          <w:p w14:paraId="6942E1DA" w14:textId="77777777" w:rsidR="002321DE" w:rsidRDefault="002321DE"/>
        </w:tc>
      </w:tr>
      <w:tr w:rsidR="0075185D" w14:paraId="765474B9" w14:textId="77777777">
        <w:trPr>
          <w:trHeight w:val="1440"/>
        </w:trPr>
        <w:tc>
          <w:tcPr>
            <w:tcW w:w="5040" w:type="dxa"/>
            <w:tcMar>
              <w:top w:w="70" w:type="dxa"/>
              <w:left w:w="120" w:type="dxa"/>
              <w:bottom w:w="70" w:type="dxa"/>
              <w:right w:w="120" w:type="dxa"/>
            </w:tcMar>
          </w:tcPr>
          <w:p w14:paraId="240021E5" w14:textId="77777777" w:rsidR="002321DE" w:rsidRDefault="00B57BF7">
            <w:r>
              <w:rPr>
                <w:rFonts w:ascii="Calibri" w:eastAsia="Calibri" w:hAnsi="Calibri" w:cs="Calibri"/>
                <w:b/>
                <w:color w:val="1F3A5F"/>
                <w:sz w:val="20"/>
              </w:rPr>
              <w:t>3.</w:t>
            </w:r>
          </w:p>
        </w:tc>
        <w:tc>
          <w:tcPr>
            <w:tcW w:w="5040" w:type="dxa"/>
            <w:tcMar>
              <w:top w:w="70" w:type="dxa"/>
              <w:left w:w="120" w:type="dxa"/>
              <w:bottom w:w="70" w:type="dxa"/>
              <w:right w:w="120" w:type="dxa"/>
            </w:tcMar>
          </w:tcPr>
          <w:p w14:paraId="34212350" w14:textId="77777777" w:rsidR="002321DE" w:rsidRDefault="002321DE"/>
        </w:tc>
      </w:tr>
    </w:tbl>
    <w:p w14:paraId="210ED40C"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15A3274D" w14:textId="77777777">
        <w:tc>
          <w:tcPr>
            <w:tcW w:w="7632" w:type="dxa"/>
            <w:shd w:val="clear" w:color="auto" w:fill="1F3A5F"/>
            <w:tcMar>
              <w:top w:w="90" w:type="dxa"/>
              <w:left w:w="140" w:type="dxa"/>
              <w:bottom w:w="90" w:type="dxa"/>
              <w:right w:w="140" w:type="dxa"/>
            </w:tcMar>
            <w:vAlign w:val="center"/>
          </w:tcPr>
          <w:p w14:paraId="50E986FB" w14:textId="77777777" w:rsidR="002321DE" w:rsidRDefault="00B57BF7">
            <w:r>
              <w:rPr>
                <w:rFonts w:ascii="Calibri" w:eastAsia="Calibri" w:hAnsi="Calibri" w:cs="Calibri"/>
                <w:b/>
                <w:color w:val="C8D6E5"/>
                <w:sz w:val="18"/>
              </w:rPr>
              <w:t>REASON  ·  STEP 13</w:t>
            </w:r>
          </w:p>
          <w:p w14:paraId="29EC34FC" w14:textId="77777777" w:rsidR="002321DE" w:rsidRDefault="00B57BF7">
            <w:r>
              <w:rPr>
                <w:rFonts w:ascii="Calibri" w:eastAsia="Calibri" w:hAnsi="Calibri" w:cs="Calibri"/>
                <w:b/>
                <w:color w:val="FFFFFF"/>
                <w:sz w:val="40"/>
              </w:rPr>
              <w:t>Character Chart, Part 2</w:t>
            </w:r>
          </w:p>
        </w:tc>
        <w:tc>
          <w:tcPr>
            <w:tcW w:w="2448" w:type="dxa"/>
            <w:shd w:val="clear" w:color="auto" w:fill="1F3A5F"/>
            <w:tcMar>
              <w:top w:w="90" w:type="dxa"/>
              <w:left w:w="140" w:type="dxa"/>
              <w:bottom w:w="90" w:type="dxa"/>
              <w:right w:w="140" w:type="dxa"/>
            </w:tcMar>
            <w:vAlign w:val="center"/>
          </w:tcPr>
          <w:p w14:paraId="65B96D4E" w14:textId="77777777" w:rsidR="002321DE" w:rsidRDefault="00B57BF7">
            <w:pPr>
              <w:jc w:val="right"/>
            </w:pPr>
            <w:r>
              <w:rPr>
                <w:rFonts w:ascii="Calibri" w:eastAsia="Calibri" w:hAnsi="Calibri" w:cs="Calibri"/>
                <w:color w:val="C8D6E5"/>
                <w:sz w:val="18"/>
              </w:rPr>
              <w:t>About 20–30 minutes</w:t>
            </w:r>
          </w:p>
        </w:tc>
      </w:tr>
    </w:tbl>
    <w:p w14:paraId="2F275FE8" w14:textId="77777777" w:rsidR="002321DE" w:rsidRDefault="002321DE">
      <w:pPr>
        <w:spacing w:line="264" w:lineRule="auto"/>
      </w:pPr>
    </w:p>
    <w:p w14:paraId="14972432"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Explain how your hero's character helped them fulfill their mission.</w:t>
      </w:r>
    </w:p>
    <w:p w14:paraId="05544EA3" w14:textId="77777777" w:rsidR="002321DE" w:rsidRDefault="002321DE">
      <w:pPr>
        <w:spacing w:line="264" w:lineRule="auto"/>
      </w:pPr>
    </w:p>
    <w:p w14:paraId="0E5966BC"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640B19DE" w14:textId="77777777">
        <w:tc>
          <w:tcPr>
            <w:tcW w:w="504" w:type="dxa"/>
            <w:tcMar>
              <w:top w:w="20" w:type="dxa"/>
              <w:left w:w="20" w:type="dxa"/>
              <w:bottom w:w="20" w:type="dxa"/>
              <w:right w:w="20" w:type="dxa"/>
            </w:tcMar>
          </w:tcPr>
          <w:p w14:paraId="16C6F186"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692C5022" w14:textId="77777777" w:rsidR="002321DE" w:rsidRDefault="00B57BF7">
            <w:r>
              <w:rPr>
                <w:rFonts w:eastAsia="Georgia" w:cs="Georgia"/>
                <w:color w:val="222222"/>
                <w:sz w:val="21"/>
              </w:rPr>
              <w:t>List the three internal qualities from your Step 12 Character Chart.</w:t>
            </w:r>
          </w:p>
        </w:tc>
      </w:tr>
      <w:tr w:rsidR="0075185D" w14:paraId="10B08EA2" w14:textId="77777777">
        <w:tc>
          <w:tcPr>
            <w:tcW w:w="504" w:type="dxa"/>
            <w:tcMar>
              <w:top w:w="20" w:type="dxa"/>
              <w:left w:w="20" w:type="dxa"/>
              <w:bottom w:w="20" w:type="dxa"/>
              <w:right w:w="20" w:type="dxa"/>
            </w:tcMar>
          </w:tcPr>
          <w:p w14:paraId="18EC3A9C"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399127CC" w14:textId="77777777" w:rsidR="002321DE" w:rsidRDefault="00B57BF7">
            <w:r>
              <w:rPr>
                <w:rFonts w:eastAsia="Georgia" w:cs="Georgia"/>
                <w:color w:val="222222"/>
                <w:sz w:val="21"/>
              </w:rPr>
              <w:t>Explain how these qualities, together, helped your hero fulfill their mission.</w:t>
            </w:r>
          </w:p>
        </w:tc>
      </w:tr>
      <w:tr w:rsidR="0075185D" w14:paraId="7FC03FD6" w14:textId="77777777">
        <w:tc>
          <w:tcPr>
            <w:tcW w:w="504" w:type="dxa"/>
            <w:tcMar>
              <w:top w:w="20" w:type="dxa"/>
              <w:left w:w="20" w:type="dxa"/>
              <w:bottom w:w="20" w:type="dxa"/>
              <w:right w:w="20" w:type="dxa"/>
            </w:tcMar>
          </w:tcPr>
          <w:p w14:paraId="605CA84D" w14:textId="77777777" w:rsidR="002321DE" w:rsidRDefault="00B57BF7">
            <w:r>
              <w:rPr>
                <w:rFonts w:ascii="Calibri" w:eastAsia="Calibri" w:hAnsi="Calibri" w:cs="Calibri"/>
                <w:b/>
                <w:color w:val="1F3A5F"/>
                <w:sz w:val="21"/>
              </w:rPr>
              <w:t>3.</w:t>
            </w:r>
          </w:p>
        </w:tc>
        <w:tc>
          <w:tcPr>
            <w:tcW w:w="9576" w:type="dxa"/>
            <w:tcMar>
              <w:top w:w="20" w:type="dxa"/>
              <w:left w:w="40" w:type="dxa"/>
              <w:bottom w:w="20" w:type="dxa"/>
              <w:right w:w="40" w:type="dxa"/>
            </w:tcMar>
          </w:tcPr>
          <w:p w14:paraId="5DB18ECD" w14:textId="77777777" w:rsidR="002321DE" w:rsidRDefault="00B57BF7">
            <w:r>
              <w:rPr>
                <w:rFonts w:eastAsia="Georgia" w:cs="Georgia"/>
                <w:color w:val="222222"/>
                <w:sz w:val="21"/>
              </w:rPr>
              <w:t>Consider how life would be different if your hero had not chosen Christlike character.</w:t>
            </w:r>
          </w:p>
        </w:tc>
      </w:tr>
      <w:tr w:rsidR="0075185D" w14:paraId="79F6E4D4" w14:textId="77777777">
        <w:tc>
          <w:tcPr>
            <w:tcW w:w="504" w:type="dxa"/>
            <w:tcMar>
              <w:top w:w="20" w:type="dxa"/>
              <w:left w:w="20" w:type="dxa"/>
              <w:bottom w:w="20" w:type="dxa"/>
              <w:right w:w="20" w:type="dxa"/>
            </w:tcMar>
          </w:tcPr>
          <w:p w14:paraId="0D5DEE21" w14:textId="77777777" w:rsidR="002321DE" w:rsidRDefault="00B57BF7">
            <w:r>
              <w:rPr>
                <w:rFonts w:ascii="Calibri" w:eastAsia="Calibri" w:hAnsi="Calibri" w:cs="Calibri"/>
                <w:b/>
                <w:color w:val="1F3A5F"/>
                <w:sz w:val="21"/>
              </w:rPr>
              <w:t>4.</w:t>
            </w:r>
          </w:p>
        </w:tc>
        <w:tc>
          <w:tcPr>
            <w:tcW w:w="9576" w:type="dxa"/>
            <w:tcMar>
              <w:top w:w="20" w:type="dxa"/>
              <w:left w:w="40" w:type="dxa"/>
              <w:bottom w:w="20" w:type="dxa"/>
              <w:right w:w="40" w:type="dxa"/>
            </w:tcMar>
          </w:tcPr>
          <w:p w14:paraId="6785255A" w14:textId="77777777" w:rsidR="002321DE" w:rsidRDefault="00B57BF7">
            <w:r>
              <w:rPr>
                <w:rFonts w:eastAsia="Georgia" w:cs="Georgia"/>
                <w:color w:val="222222"/>
                <w:sz w:val="21"/>
              </w:rPr>
              <w:t>Write a short reflection on what your hero's chart teaches you about governing yourself.</w:t>
            </w:r>
          </w:p>
        </w:tc>
      </w:tr>
    </w:tbl>
    <w:p w14:paraId="0FB591E1"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3096"/>
        <w:gridCol w:w="6984"/>
      </w:tblGrid>
      <w:tr w:rsidR="0075185D" w14:paraId="6F5E886D" w14:textId="77777777">
        <w:tc>
          <w:tcPr>
            <w:tcW w:w="10080" w:type="dxa"/>
            <w:gridSpan w:val="2"/>
            <w:shd w:val="clear" w:color="auto" w:fill="E8EEF5"/>
            <w:tcMar>
              <w:top w:w="50" w:type="dxa"/>
              <w:left w:w="120" w:type="dxa"/>
              <w:bottom w:w="50" w:type="dxa"/>
              <w:right w:w="120" w:type="dxa"/>
            </w:tcMar>
          </w:tcPr>
          <w:p w14:paraId="43AA17C4" w14:textId="77777777" w:rsidR="002321DE" w:rsidRDefault="00B57BF7">
            <w:r>
              <w:rPr>
                <w:rFonts w:ascii="Calibri" w:eastAsia="Calibri" w:hAnsi="Calibri" w:cs="Calibri"/>
                <w:b/>
                <w:color w:val="1F3A5F"/>
                <w:sz w:val="23"/>
              </w:rPr>
              <w:t>How My Hero's Character Shaped Their Mission</w:t>
            </w:r>
          </w:p>
        </w:tc>
      </w:tr>
      <w:tr w:rsidR="0075185D" w14:paraId="708E0841" w14:textId="77777777">
        <w:tc>
          <w:tcPr>
            <w:tcW w:w="3096" w:type="dxa"/>
            <w:shd w:val="clear" w:color="auto" w:fill="F4F7FA"/>
            <w:tcMar>
              <w:top w:w="40" w:type="dxa"/>
              <w:left w:w="100" w:type="dxa"/>
              <w:bottom w:w="40" w:type="dxa"/>
              <w:right w:w="80" w:type="dxa"/>
            </w:tcMar>
          </w:tcPr>
          <w:p w14:paraId="18A4AFB7" w14:textId="77777777" w:rsidR="002321DE" w:rsidRDefault="00B57BF7">
            <w:r>
              <w:rPr>
                <w:rFonts w:ascii="Calibri" w:eastAsia="Calibri" w:hAnsi="Calibri" w:cs="Calibri"/>
                <w:b/>
                <w:color w:val="1F3A5F"/>
                <w:sz w:val="20"/>
              </w:rPr>
              <w:t>Internal qualities from my chart</w:t>
            </w:r>
          </w:p>
        </w:tc>
        <w:tc>
          <w:tcPr>
            <w:tcW w:w="6984" w:type="dxa"/>
            <w:shd w:val="clear" w:color="auto" w:fill="F4F7FA"/>
            <w:tcMar>
              <w:top w:w="40" w:type="dxa"/>
              <w:left w:w="100" w:type="dxa"/>
              <w:bottom w:w="40" w:type="dxa"/>
              <w:right w:w="80" w:type="dxa"/>
            </w:tcMar>
          </w:tcPr>
          <w:p w14:paraId="00F5CB89" w14:textId="77777777" w:rsidR="002321DE" w:rsidRDefault="00B57BF7">
            <w:r>
              <w:rPr>
                <w:rFonts w:ascii="Calibri" w:eastAsia="Calibri" w:hAnsi="Calibri" w:cs="Calibri"/>
                <w:b/>
                <w:color w:val="1F3A5F"/>
                <w:sz w:val="20"/>
              </w:rPr>
              <w:t>How these qualities helped my hero fulfill their mission</w:t>
            </w:r>
          </w:p>
        </w:tc>
      </w:tr>
      <w:tr w:rsidR="0075185D" w14:paraId="45B3B3DB" w14:textId="77777777">
        <w:trPr>
          <w:trHeight w:val="2088"/>
        </w:trPr>
        <w:tc>
          <w:tcPr>
            <w:tcW w:w="3096" w:type="dxa"/>
            <w:tcMar>
              <w:top w:w="50" w:type="dxa"/>
              <w:left w:w="100" w:type="dxa"/>
              <w:bottom w:w="50" w:type="dxa"/>
              <w:right w:w="100" w:type="dxa"/>
            </w:tcMar>
          </w:tcPr>
          <w:p w14:paraId="13DF9C61" w14:textId="77777777" w:rsidR="002321DE" w:rsidRDefault="00B57BF7">
            <w:pPr>
              <w:spacing w:after="440"/>
            </w:pPr>
            <w:r>
              <w:rPr>
                <w:rFonts w:ascii="Calibri" w:eastAsia="Calibri" w:hAnsi="Calibri" w:cs="Calibri"/>
                <w:b/>
                <w:color w:val="1F3A5F"/>
                <w:sz w:val="20"/>
              </w:rPr>
              <w:t>1.</w:t>
            </w:r>
          </w:p>
          <w:p w14:paraId="047EF05C" w14:textId="77777777" w:rsidR="002321DE" w:rsidRDefault="00B57BF7">
            <w:pPr>
              <w:spacing w:after="440"/>
            </w:pPr>
            <w:r>
              <w:rPr>
                <w:rFonts w:ascii="Calibri" w:eastAsia="Calibri" w:hAnsi="Calibri" w:cs="Calibri"/>
                <w:b/>
                <w:color w:val="1F3A5F"/>
                <w:sz w:val="20"/>
              </w:rPr>
              <w:t>2.</w:t>
            </w:r>
          </w:p>
          <w:p w14:paraId="14D7B8F7" w14:textId="77777777" w:rsidR="002321DE" w:rsidRDefault="00B57BF7">
            <w:r>
              <w:rPr>
                <w:rFonts w:ascii="Calibri" w:eastAsia="Calibri" w:hAnsi="Calibri" w:cs="Calibri"/>
                <w:b/>
                <w:color w:val="1F3A5F"/>
                <w:sz w:val="20"/>
              </w:rPr>
              <w:t>3.</w:t>
            </w:r>
          </w:p>
        </w:tc>
        <w:tc>
          <w:tcPr>
            <w:tcW w:w="6984" w:type="dxa"/>
            <w:tcMar>
              <w:top w:w="50" w:type="dxa"/>
              <w:left w:w="100" w:type="dxa"/>
              <w:bottom w:w="50" w:type="dxa"/>
              <w:right w:w="100" w:type="dxa"/>
            </w:tcMar>
          </w:tcPr>
          <w:p w14:paraId="32DF9068" w14:textId="77777777" w:rsidR="002321DE" w:rsidRDefault="002321DE"/>
        </w:tc>
      </w:tr>
    </w:tbl>
    <w:p w14:paraId="1A07BCBE" w14:textId="77777777" w:rsidR="002321DE" w:rsidRDefault="002321DE">
      <w:pPr>
        <w:spacing w:after="10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75185D" w14:paraId="7EA401DE" w14:textId="77777777">
        <w:tc>
          <w:tcPr>
            <w:tcW w:w="10080" w:type="dxa"/>
            <w:shd w:val="clear" w:color="auto" w:fill="E8EEF5"/>
            <w:tcMar>
              <w:top w:w="50" w:type="dxa"/>
              <w:left w:w="120" w:type="dxa"/>
              <w:bottom w:w="50" w:type="dxa"/>
              <w:right w:w="120" w:type="dxa"/>
            </w:tcMar>
          </w:tcPr>
          <w:p w14:paraId="35E072E1" w14:textId="77777777" w:rsidR="002321DE" w:rsidRDefault="00B57BF7">
            <w:r>
              <w:rPr>
                <w:rFonts w:ascii="Calibri" w:eastAsia="Calibri" w:hAnsi="Calibri" w:cs="Calibri"/>
                <w:b/>
                <w:color w:val="1F3A5F"/>
                <w:sz w:val="23"/>
              </w:rPr>
              <w:t>What If?</w:t>
            </w:r>
            <w:r>
              <w:rPr>
                <w:rFonts w:ascii="Calibri" w:eastAsia="Calibri" w:hAnsi="Calibri" w:cs="Calibri"/>
                <w:i/>
                <w:color w:val="595959"/>
                <w:sz w:val="19"/>
              </w:rPr>
              <w:t xml:space="preserve">   How would life be different for you and others if your hero had not chosen Christlike character in the face of adversity?</w:t>
            </w:r>
          </w:p>
        </w:tc>
      </w:tr>
      <w:tr w:rsidR="0075185D" w14:paraId="1BD816E5" w14:textId="77777777">
        <w:trPr>
          <w:trHeight w:val="490"/>
        </w:trPr>
        <w:tc>
          <w:tcPr>
            <w:tcW w:w="10080" w:type="dxa"/>
            <w:tcBorders>
              <w:bottom w:val="single" w:sz="4" w:space="0" w:color="C9D3DD"/>
            </w:tcBorders>
            <w:tcMar>
              <w:top w:w="0" w:type="dxa"/>
              <w:left w:w="120" w:type="dxa"/>
              <w:bottom w:w="0" w:type="dxa"/>
              <w:right w:w="120" w:type="dxa"/>
            </w:tcMar>
          </w:tcPr>
          <w:p w14:paraId="74E8A392" w14:textId="77777777" w:rsidR="002321DE" w:rsidRDefault="002321DE"/>
        </w:tc>
      </w:tr>
      <w:tr w:rsidR="0075185D" w14:paraId="47B6C964" w14:textId="77777777">
        <w:trPr>
          <w:trHeight w:val="490"/>
        </w:trPr>
        <w:tc>
          <w:tcPr>
            <w:tcW w:w="10080" w:type="dxa"/>
            <w:tcBorders>
              <w:bottom w:val="single" w:sz="4" w:space="0" w:color="C9D3DD"/>
            </w:tcBorders>
            <w:tcMar>
              <w:top w:w="0" w:type="dxa"/>
              <w:left w:w="120" w:type="dxa"/>
              <w:bottom w:w="0" w:type="dxa"/>
              <w:right w:w="120" w:type="dxa"/>
            </w:tcMar>
          </w:tcPr>
          <w:p w14:paraId="4BF31699" w14:textId="77777777" w:rsidR="002321DE" w:rsidRDefault="002321DE"/>
        </w:tc>
      </w:tr>
      <w:tr w:rsidR="0075185D" w14:paraId="503E36E0" w14:textId="77777777">
        <w:trPr>
          <w:trHeight w:val="490"/>
        </w:trPr>
        <w:tc>
          <w:tcPr>
            <w:tcW w:w="10080" w:type="dxa"/>
            <w:tcMar>
              <w:top w:w="0" w:type="dxa"/>
              <w:left w:w="120" w:type="dxa"/>
              <w:bottom w:w="0" w:type="dxa"/>
              <w:right w:w="120" w:type="dxa"/>
            </w:tcMar>
          </w:tcPr>
          <w:p w14:paraId="4A58EB0D" w14:textId="77777777" w:rsidR="002321DE" w:rsidRDefault="002321DE"/>
        </w:tc>
      </w:tr>
    </w:tbl>
    <w:p w14:paraId="7DCC1174" w14:textId="77777777" w:rsidR="002321DE" w:rsidRDefault="002321DE">
      <w:pPr>
        <w:spacing w:after="10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75185D" w14:paraId="0057A0A3" w14:textId="77777777">
        <w:tc>
          <w:tcPr>
            <w:tcW w:w="10080" w:type="dxa"/>
            <w:shd w:val="clear" w:color="auto" w:fill="FBF6EC"/>
            <w:tcMar>
              <w:top w:w="70" w:type="dxa"/>
              <w:left w:w="140" w:type="dxa"/>
              <w:bottom w:w="70" w:type="dxa"/>
              <w:right w:w="140" w:type="dxa"/>
            </w:tcMar>
          </w:tcPr>
          <w:p w14:paraId="18C6866E" w14:textId="77777777" w:rsidR="002321DE" w:rsidRDefault="00B57BF7">
            <w:r>
              <w:rPr>
                <w:rFonts w:ascii="Calibri" w:eastAsia="Calibri" w:hAnsi="Calibri" w:cs="Calibri"/>
                <w:b/>
                <w:color w:val="7A551C"/>
                <w:sz w:val="20"/>
              </w:rPr>
              <w:t>REMEMBER: The internal gives rise to the external. Sentence starters:</w:t>
            </w:r>
          </w:p>
          <w:p w14:paraId="131FE409" w14:textId="77777777" w:rsidR="002321DE" w:rsidRDefault="00B57BF7">
            <w:pPr>
              <w:spacing w:after="20"/>
              <w:ind w:left="216"/>
            </w:pPr>
            <w:r>
              <w:rPr>
                <w:rFonts w:ascii="Calibri" w:eastAsia="Calibri" w:hAnsi="Calibri" w:cs="Calibri"/>
                <w:color w:val="3A2E1A"/>
                <w:sz w:val="20"/>
              </w:rPr>
              <w:t>•  My hero's chart shows that what is in a person's heart…</w:t>
            </w:r>
          </w:p>
          <w:p w14:paraId="497BD7FA" w14:textId="77777777" w:rsidR="002321DE" w:rsidRDefault="00B57BF7">
            <w:pPr>
              <w:spacing w:after="20"/>
              <w:ind w:left="216"/>
            </w:pPr>
            <w:r>
              <w:rPr>
                <w:rFonts w:ascii="Calibri" w:eastAsia="Calibri" w:hAnsi="Calibri" w:cs="Calibri"/>
                <w:color w:val="3A2E1A"/>
                <w:sz w:val="20"/>
              </w:rPr>
              <w:t>•  Because my hero governed their ____, they were able to…</w:t>
            </w:r>
          </w:p>
          <w:p w14:paraId="2F198031" w14:textId="77777777" w:rsidR="002321DE" w:rsidRDefault="00B57BF7">
            <w:pPr>
              <w:spacing w:after="20"/>
              <w:ind w:left="216"/>
            </w:pPr>
            <w:r>
              <w:rPr>
                <w:rFonts w:ascii="Calibri" w:eastAsia="Calibri" w:hAnsi="Calibri" w:cs="Calibri"/>
                <w:color w:val="3A2E1A"/>
                <w:sz w:val="20"/>
              </w:rPr>
              <w:t>•  To govern myself better, I will…</w:t>
            </w:r>
          </w:p>
        </w:tc>
      </w:tr>
    </w:tbl>
    <w:p w14:paraId="3CBA2F9C"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75185D" w14:paraId="082CC42A" w14:textId="77777777">
        <w:tc>
          <w:tcPr>
            <w:tcW w:w="10080" w:type="dxa"/>
            <w:shd w:val="clear" w:color="auto" w:fill="E8EEF5"/>
            <w:tcMar>
              <w:top w:w="50" w:type="dxa"/>
              <w:left w:w="120" w:type="dxa"/>
              <w:bottom w:w="50" w:type="dxa"/>
              <w:right w:w="120" w:type="dxa"/>
            </w:tcMar>
          </w:tcPr>
          <w:p w14:paraId="4DC13576" w14:textId="77777777" w:rsidR="002321DE" w:rsidRDefault="00B57BF7">
            <w:r>
              <w:rPr>
                <w:rFonts w:ascii="Calibri" w:eastAsia="Calibri" w:hAnsi="Calibri" w:cs="Calibri"/>
                <w:b/>
                <w:color w:val="1F3A5F"/>
                <w:sz w:val="23"/>
              </w:rPr>
              <w:t>What My Hero Teaches Me About Self-Government</w:t>
            </w:r>
          </w:p>
        </w:tc>
      </w:tr>
      <w:tr w:rsidR="0075185D" w14:paraId="7899F113" w14:textId="77777777">
        <w:trPr>
          <w:trHeight w:val="490"/>
        </w:trPr>
        <w:tc>
          <w:tcPr>
            <w:tcW w:w="10080" w:type="dxa"/>
            <w:tcBorders>
              <w:bottom w:val="single" w:sz="4" w:space="0" w:color="C9D3DD"/>
            </w:tcBorders>
            <w:tcMar>
              <w:top w:w="0" w:type="dxa"/>
              <w:left w:w="120" w:type="dxa"/>
              <w:bottom w:w="0" w:type="dxa"/>
              <w:right w:w="120" w:type="dxa"/>
            </w:tcMar>
          </w:tcPr>
          <w:p w14:paraId="386E3FFF" w14:textId="77777777" w:rsidR="002321DE" w:rsidRDefault="002321DE"/>
        </w:tc>
      </w:tr>
      <w:tr w:rsidR="0075185D" w14:paraId="70AE8D29" w14:textId="77777777">
        <w:trPr>
          <w:trHeight w:val="490"/>
        </w:trPr>
        <w:tc>
          <w:tcPr>
            <w:tcW w:w="10080" w:type="dxa"/>
            <w:tcBorders>
              <w:bottom w:val="single" w:sz="4" w:space="0" w:color="C9D3DD"/>
            </w:tcBorders>
            <w:tcMar>
              <w:top w:w="0" w:type="dxa"/>
              <w:left w:w="120" w:type="dxa"/>
              <w:bottom w:w="0" w:type="dxa"/>
              <w:right w:w="120" w:type="dxa"/>
            </w:tcMar>
          </w:tcPr>
          <w:p w14:paraId="44C26521" w14:textId="77777777" w:rsidR="002321DE" w:rsidRDefault="002321DE"/>
        </w:tc>
      </w:tr>
      <w:tr w:rsidR="0075185D" w14:paraId="4F1F3F7E" w14:textId="77777777">
        <w:trPr>
          <w:trHeight w:val="490"/>
        </w:trPr>
        <w:tc>
          <w:tcPr>
            <w:tcW w:w="10080" w:type="dxa"/>
            <w:tcMar>
              <w:top w:w="0" w:type="dxa"/>
              <w:left w:w="120" w:type="dxa"/>
              <w:bottom w:w="0" w:type="dxa"/>
              <w:right w:w="120" w:type="dxa"/>
            </w:tcMar>
          </w:tcPr>
          <w:p w14:paraId="736A467E" w14:textId="77777777" w:rsidR="002321DE" w:rsidRDefault="002321DE"/>
        </w:tc>
      </w:tr>
    </w:tbl>
    <w:p w14:paraId="7CD39804"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40BFEF67" w14:textId="77777777">
        <w:tc>
          <w:tcPr>
            <w:tcW w:w="7632" w:type="dxa"/>
            <w:shd w:val="clear" w:color="auto" w:fill="1F3A5F"/>
            <w:tcMar>
              <w:top w:w="90" w:type="dxa"/>
              <w:left w:w="140" w:type="dxa"/>
              <w:bottom w:w="90" w:type="dxa"/>
              <w:right w:w="140" w:type="dxa"/>
            </w:tcMar>
            <w:vAlign w:val="center"/>
          </w:tcPr>
          <w:p w14:paraId="5C7BCA16" w14:textId="77777777" w:rsidR="002321DE" w:rsidRDefault="00B57BF7">
            <w:r>
              <w:rPr>
                <w:rFonts w:ascii="Calibri" w:eastAsia="Calibri" w:hAnsi="Calibri" w:cs="Calibri"/>
                <w:b/>
                <w:color w:val="C8D6E5"/>
                <w:sz w:val="18"/>
              </w:rPr>
              <w:t>REASON  ·  STEP 14</w:t>
            </w:r>
          </w:p>
          <w:p w14:paraId="140498C5" w14:textId="77777777" w:rsidR="002321DE" w:rsidRDefault="00B57BF7">
            <w:r>
              <w:rPr>
                <w:rFonts w:ascii="Calibri" w:eastAsia="Calibri" w:hAnsi="Calibri" w:cs="Calibri"/>
                <w:b/>
                <w:color w:val="FFFFFF"/>
                <w:sz w:val="40"/>
              </w:rPr>
              <w:t>My Hero's Christlike Attribute</w:t>
            </w:r>
          </w:p>
        </w:tc>
        <w:tc>
          <w:tcPr>
            <w:tcW w:w="2448" w:type="dxa"/>
            <w:shd w:val="clear" w:color="auto" w:fill="1F3A5F"/>
            <w:tcMar>
              <w:top w:w="90" w:type="dxa"/>
              <w:left w:w="140" w:type="dxa"/>
              <w:bottom w:w="90" w:type="dxa"/>
              <w:right w:w="140" w:type="dxa"/>
            </w:tcMar>
            <w:vAlign w:val="center"/>
          </w:tcPr>
          <w:p w14:paraId="0F656AD4" w14:textId="77777777" w:rsidR="002321DE" w:rsidRDefault="00B57BF7">
            <w:pPr>
              <w:jc w:val="right"/>
            </w:pPr>
            <w:r>
              <w:rPr>
                <w:rFonts w:ascii="Calibri" w:eastAsia="Calibri" w:hAnsi="Calibri" w:cs="Calibri"/>
                <w:color w:val="C8D6E5"/>
                <w:sz w:val="18"/>
              </w:rPr>
              <w:t>About 20–30 minutes</w:t>
            </w:r>
          </w:p>
        </w:tc>
      </w:tr>
    </w:tbl>
    <w:p w14:paraId="1E501896" w14:textId="77777777" w:rsidR="002321DE" w:rsidRDefault="002321DE">
      <w:pPr>
        <w:spacing w:line="264" w:lineRule="auto"/>
      </w:pPr>
    </w:p>
    <w:p w14:paraId="01CC07FD"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Connect your hero's character to the Savior.</w:t>
      </w:r>
    </w:p>
    <w:p w14:paraId="0B5B320E" w14:textId="77777777" w:rsidR="002321DE" w:rsidRDefault="002321DE">
      <w:pPr>
        <w:spacing w:line="264" w:lineRule="auto"/>
      </w:pPr>
    </w:p>
    <w:p w14:paraId="449BFEF5"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2093BE5F" w14:textId="77777777">
        <w:tc>
          <w:tcPr>
            <w:tcW w:w="504" w:type="dxa"/>
            <w:tcMar>
              <w:top w:w="20" w:type="dxa"/>
              <w:left w:w="20" w:type="dxa"/>
              <w:bottom w:w="20" w:type="dxa"/>
              <w:right w:w="20" w:type="dxa"/>
            </w:tcMar>
          </w:tcPr>
          <w:p w14:paraId="2F90CC7F"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6101E3F9" w14:textId="77777777" w:rsidR="002321DE" w:rsidRDefault="00B57BF7">
            <w:r>
              <w:rPr>
                <w:rFonts w:eastAsia="Georgia" w:cs="Georgia"/>
                <w:color w:val="222222"/>
                <w:sz w:val="21"/>
              </w:rPr>
              <w:t xml:space="preserve">Choose </w:t>
            </w:r>
            <w:r w:rsidRPr="00E5362A">
              <w:rPr>
                <w:rFonts w:eastAsia="Georgia" w:cs="Georgia"/>
                <w:b/>
                <w:bCs/>
                <w:color w:val="222222"/>
                <w:sz w:val="21"/>
              </w:rPr>
              <w:t>one</w:t>
            </w:r>
            <w:r>
              <w:rPr>
                <w:rFonts w:eastAsia="Georgia" w:cs="Georgia"/>
                <w:color w:val="222222"/>
                <w:sz w:val="21"/>
              </w:rPr>
              <w:t xml:space="preserve"> Christlike attribute from your Character Chart that </w:t>
            </w:r>
            <w:r w:rsidRPr="00E5362A">
              <w:rPr>
                <w:rFonts w:eastAsia="Georgia" w:cs="Georgia"/>
                <w:b/>
                <w:bCs/>
                <w:color w:val="222222"/>
                <w:sz w:val="21"/>
              </w:rPr>
              <w:t>best</w:t>
            </w:r>
            <w:r>
              <w:rPr>
                <w:rFonts w:eastAsia="Georgia" w:cs="Georgia"/>
                <w:color w:val="222222"/>
                <w:sz w:val="21"/>
              </w:rPr>
              <w:t xml:space="preserve"> defines your hero.</w:t>
            </w:r>
          </w:p>
        </w:tc>
      </w:tr>
      <w:tr w:rsidR="0075185D" w14:paraId="506050C2" w14:textId="77777777">
        <w:tc>
          <w:tcPr>
            <w:tcW w:w="504" w:type="dxa"/>
            <w:tcMar>
              <w:top w:w="20" w:type="dxa"/>
              <w:left w:w="20" w:type="dxa"/>
              <w:bottom w:w="20" w:type="dxa"/>
              <w:right w:w="20" w:type="dxa"/>
            </w:tcMar>
          </w:tcPr>
          <w:p w14:paraId="5EFB001A"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5E3FCB1F" w14:textId="77777777" w:rsidR="002321DE" w:rsidRDefault="00B57BF7">
            <w:r>
              <w:rPr>
                <w:rFonts w:eastAsia="Georgia" w:cs="Georgia"/>
                <w:color w:val="222222"/>
                <w:sz w:val="21"/>
              </w:rPr>
              <w:t>Find one scripture or quote that shows the Savior with that same attribute.</w:t>
            </w:r>
          </w:p>
        </w:tc>
      </w:tr>
      <w:tr w:rsidR="0075185D" w14:paraId="353AC499" w14:textId="77777777">
        <w:tc>
          <w:tcPr>
            <w:tcW w:w="504" w:type="dxa"/>
            <w:tcMar>
              <w:top w:w="20" w:type="dxa"/>
              <w:left w:w="20" w:type="dxa"/>
              <w:bottom w:w="20" w:type="dxa"/>
              <w:right w:w="20" w:type="dxa"/>
            </w:tcMar>
          </w:tcPr>
          <w:p w14:paraId="1A06FCEB" w14:textId="77777777" w:rsidR="002321DE" w:rsidRDefault="00B57BF7">
            <w:r>
              <w:rPr>
                <w:rFonts w:ascii="Calibri" w:eastAsia="Calibri" w:hAnsi="Calibri" w:cs="Calibri"/>
                <w:b/>
                <w:color w:val="1F3A5F"/>
                <w:sz w:val="21"/>
              </w:rPr>
              <w:t>3.</w:t>
            </w:r>
          </w:p>
        </w:tc>
        <w:tc>
          <w:tcPr>
            <w:tcW w:w="9576" w:type="dxa"/>
            <w:tcMar>
              <w:top w:w="20" w:type="dxa"/>
              <w:left w:w="40" w:type="dxa"/>
              <w:bottom w:w="20" w:type="dxa"/>
              <w:right w:w="40" w:type="dxa"/>
            </w:tcMar>
          </w:tcPr>
          <w:p w14:paraId="19218011" w14:textId="77777777" w:rsidR="002321DE" w:rsidRDefault="00B57BF7">
            <w:r>
              <w:rPr>
                <w:rFonts w:eastAsia="Georgia" w:cs="Georgia"/>
                <w:color w:val="222222"/>
                <w:sz w:val="21"/>
              </w:rPr>
              <w:t>Write 3–4 sentences connecting your hero, the attribute, and Jesus Christ.</w:t>
            </w:r>
          </w:p>
        </w:tc>
      </w:tr>
    </w:tbl>
    <w:p w14:paraId="2A94F2CE" w14:textId="77777777" w:rsidR="002321DE" w:rsidRDefault="002321DE">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75185D" w14:paraId="6A5F1F3E" w14:textId="77777777">
        <w:tc>
          <w:tcPr>
            <w:tcW w:w="10080" w:type="dxa"/>
            <w:shd w:val="clear" w:color="auto" w:fill="FBF6EC"/>
            <w:tcMar>
              <w:top w:w="70" w:type="dxa"/>
              <w:left w:w="140" w:type="dxa"/>
              <w:bottom w:w="70" w:type="dxa"/>
              <w:right w:w="140" w:type="dxa"/>
            </w:tcMar>
          </w:tcPr>
          <w:p w14:paraId="2F339EC8" w14:textId="77777777" w:rsidR="002321DE" w:rsidRDefault="00B57BF7">
            <w:r>
              <w:rPr>
                <w:rFonts w:ascii="Calibri" w:eastAsia="Calibri" w:hAnsi="Calibri" w:cs="Calibri"/>
                <w:b/>
                <w:color w:val="7A551C"/>
                <w:sz w:val="20"/>
              </w:rPr>
              <w:t xml:space="preserve">WHERE TO LOOK: </w:t>
            </w:r>
            <w:r>
              <w:rPr>
                <w:rFonts w:ascii="Calibri" w:eastAsia="Calibri" w:hAnsi="Calibri" w:cs="Calibri"/>
                <w:color w:val="3A2E1A"/>
                <w:sz w:val="20"/>
              </w:rPr>
              <w:t>Search the attribute in the Topical Guide or Guide to the Scriptures in Gospel Library, or ask a parent to help you find a verse.</w:t>
            </w:r>
          </w:p>
        </w:tc>
      </w:tr>
    </w:tbl>
    <w:p w14:paraId="5E3E7D64"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20"/>
        <w:gridCol w:w="2520"/>
        <w:gridCol w:w="2520"/>
        <w:gridCol w:w="2520"/>
      </w:tblGrid>
      <w:tr w:rsidR="0075185D" w14:paraId="7B63F9BF" w14:textId="77777777">
        <w:tc>
          <w:tcPr>
            <w:tcW w:w="10080" w:type="dxa"/>
            <w:gridSpan w:val="4"/>
            <w:shd w:val="clear" w:color="auto" w:fill="E8EEF5"/>
            <w:tcMar>
              <w:top w:w="50" w:type="dxa"/>
              <w:left w:w="120" w:type="dxa"/>
              <w:bottom w:w="50" w:type="dxa"/>
              <w:right w:w="120" w:type="dxa"/>
            </w:tcMar>
          </w:tcPr>
          <w:p w14:paraId="1E5D4670" w14:textId="77777777" w:rsidR="002321DE" w:rsidRDefault="00B57BF7">
            <w:r>
              <w:rPr>
                <w:rFonts w:ascii="Calibri" w:eastAsia="Calibri" w:hAnsi="Calibri" w:cs="Calibri"/>
                <w:b/>
                <w:color w:val="1F3A5F"/>
                <w:sz w:val="23"/>
              </w:rPr>
              <w:t>My Hero's Defining Attribute and the Savior's Example</w:t>
            </w:r>
          </w:p>
        </w:tc>
      </w:tr>
      <w:tr w:rsidR="0075185D" w14:paraId="1E74F281" w14:textId="77777777">
        <w:trPr>
          <w:trHeight w:val="518"/>
        </w:trPr>
        <w:tc>
          <w:tcPr>
            <w:tcW w:w="2520" w:type="dxa"/>
            <w:shd w:val="clear" w:color="auto" w:fill="F4F7FA"/>
            <w:tcMar>
              <w:top w:w="50" w:type="dxa"/>
              <w:left w:w="100" w:type="dxa"/>
              <w:bottom w:w="50" w:type="dxa"/>
              <w:right w:w="80" w:type="dxa"/>
            </w:tcMar>
          </w:tcPr>
          <w:p w14:paraId="45710408" w14:textId="77777777" w:rsidR="002321DE" w:rsidRDefault="00B57BF7">
            <w:r>
              <w:rPr>
                <w:rFonts w:ascii="Calibri" w:eastAsia="Calibri" w:hAnsi="Calibri" w:cs="Calibri"/>
                <w:b/>
                <w:color w:val="1F3A5F"/>
                <w:sz w:val="20"/>
              </w:rPr>
              <w:t>Attribute:</w:t>
            </w:r>
          </w:p>
        </w:tc>
        <w:tc>
          <w:tcPr>
            <w:tcW w:w="2520" w:type="dxa"/>
            <w:tcMar>
              <w:top w:w="50" w:type="dxa"/>
              <w:left w:w="100" w:type="dxa"/>
              <w:bottom w:w="50" w:type="dxa"/>
              <w:right w:w="100" w:type="dxa"/>
            </w:tcMar>
          </w:tcPr>
          <w:p w14:paraId="1BB4731C" w14:textId="77777777" w:rsidR="002321DE" w:rsidRDefault="002321DE"/>
        </w:tc>
        <w:tc>
          <w:tcPr>
            <w:tcW w:w="2520" w:type="dxa"/>
            <w:shd w:val="clear" w:color="auto" w:fill="F4F7FA"/>
            <w:tcMar>
              <w:top w:w="50" w:type="dxa"/>
              <w:left w:w="100" w:type="dxa"/>
              <w:bottom w:w="50" w:type="dxa"/>
              <w:right w:w="80" w:type="dxa"/>
            </w:tcMar>
          </w:tcPr>
          <w:p w14:paraId="74B0C898" w14:textId="77777777" w:rsidR="002321DE" w:rsidRDefault="00B57BF7">
            <w:r>
              <w:rPr>
                <w:rFonts w:ascii="Calibri" w:eastAsia="Calibri" w:hAnsi="Calibri" w:cs="Calibri"/>
                <w:b/>
                <w:color w:val="1F3A5F"/>
                <w:sz w:val="20"/>
              </w:rPr>
              <w:t>Scripture:</w:t>
            </w:r>
          </w:p>
        </w:tc>
        <w:tc>
          <w:tcPr>
            <w:tcW w:w="2520" w:type="dxa"/>
            <w:tcMar>
              <w:top w:w="50" w:type="dxa"/>
              <w:left w:w="100" w:type="dxa"/>
              <w:bottom w:w="50" w:type="dxa"/>
              <w:right w:w="100" w:type="dxa"/>
            </w:tcMar>
          </w:tcPr>
          <w:p w14:paraId="3D0C5DBD" w14:textId="77777777" w:rsidR="002321DE" w:rsidRDefault="002321DE"/>
        </w:tc>
      </w:tr>
      <w:tr w:rsidR="0075185D" w14:paraId="22D57EFE" w14:textId="77777777">
        <w:trPr>
          <w:trHeight w:val="936"/>
        </w:trPr>
        <w:tc>
          <w:tcPr>
            <w:tcW w:w="2520" w:type="dxa"/>
            <w:shd w:val="clear" w:color="auto" w:fill="F4F7FA"/>
            <w:tcMar>
              <w:top w:w="50" w:type="dxa"/>
              <w:left w:w="100" w:type="dxa"/>
              <w:bottom w:w="50" w:type="dxa"/>
              <w:right w:w="80" w:type="dxa"/>
            </w:tcMar>
          </w:tcPr>
          <w:p w14:paraId="07880659" w14:textId="77777777" w:rsidR="002321DE" w:rsidRDefault="00B57BF7">
            <w:r>
              <w:rPr>
                <w:rFonts w:ascii="Calibri" w:eastAsia="Calibri" w:hAnsi="Calibri" w:cs="Calibri"/>
                <w:b/>
                <w:color w:val="1F3A5F"/>
                <w:sz w:val="20"/>
              </w:rPr>
              <w:t>Why this attribute best defines my hero:</w:t>
            </w:r>
          </w:p>
        </w:tc>
        <w:tc>
          <w:tcPr>
            <w:tcW w:w="7560" w:type="dxa"/>
            <w:gridSpan w:val="3"/>
            <w:tcMar>
              <w:top w:w="50" w:type="dxa"/>
              <w:left w:w="100" w:type="dxa"/>
              <w:bottom w:w="50" w:type="dxa"/>
              <w:right w:w="100" w:type="dxa"/>
            </w:tcMar>
          </w:tcPr>
          <w:p w14:paraId="086842C0" w14:textId="77777777" w:rsidR="002321DE" w:rsidRDefault="002321DE"/>
        </w:tc>
      </w:tr>
      <w:tr w:rsidR="0075185D" w14:paraId="7CF8FB90" w14:textId="77777777">
        <w:trPr>
          <w:trHeight w:val="1224"/>
        </w:trPr>
        <w:tc>
          <w:tcPr>
            <w:tcW w:w="2520" w:type="dxa"/>
            <w:shd w:val="clear" w:color="auto" w:fill="F4F7FA"/>
            <w:tcMar>
              <w:top w:w="50" w:type="dxa"/>
              <w:left w:w="100" w:type="dxa"/>
              <w:bottom w:w="50" w:type="dxa"/>
              <w:right w:w="80" w:type="dxa"/>
            </w:tcMar>
          </w:tcPr>
          <w:p w14:paraId="7375956F" w14:textId="77777777" w:rsidR="002321DE" w:rsidRDefault="005B4569">
            <w:r>
              <w:rPr>
                <w:rFonts w:ascii="Calibri" w:eastAsia="Calibri" w:hAnsi="Calibri" w:cs="Calibri"/>
                <w:b/>
                <w:color w:val="1F3A5F"/>
                <w:sz w:val="20"/>
              </w:rPr>
              <w:t>Find and write a quote from a Church leader teaching about this attribute</w:t>
            </w:r>
            <w:r w:rsidR="00B57BF7">
              <w:rPr>
                <w:rFonts w:ascii="Calibri" w:eastAsia="Calibri" w:hAnsi="Calibri" w:cs="Calibri"/>
                <w:b/>
                <w:color w:val="1F3A5F"/>
                <w:sz w:val="20"/>
              </w:rPr>
              <w:t>:</w:t>
            </w:r>
          </w:p>
        </w:tc>
        <w:tc>
          <w:tcPr>
            <w:tcW w:w="7560" w:type="dxa"/>
            <w:gridSpan w:val="3"/>
            <w:tcMar>
              <w:top w:w="50" w:type="dxa"/>
              <w:left w:w="100" w:type="dxa"/>
              <w:bottom w:w="50" w:type="dxa"/>
              <w:right w:w="100" w:type="dxa"/>
            </w:tcMar>
          </w:tcPr>
          <w:p w14:paraId="00F2C840" w14:textId="77777777" w:rsidR="002321DE" w:rsidRDefault="002321DE"/>
        </w:tc>
      </w:tr>
    </w:tbl>
    <w:p w14:paraId="76D7CBFB" w14:textId="77777777" w:rsidR="002321DE" w:rsidRDefault="002321DE">
      <w:pPr>
        <w:spacing w:after="12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75185D" w14:paraId="339A4DAA" w14:textId="77777777">
        <w:tc>
          <w:tcPr>
            <w:tcW w:w="10080" w:type="dxa"/>
            <w:shd w:val="clear" w:color="auto" w:fill="FBF6EC"/>
            <w:tcMar>
              <w:top w:w="70" w:type="dxa"/>
              <w:left w:w="140" w:type="dxa"/>
              <w:bottom w:w="70" w:type="dxa"/>
              <w:right w:w="140" w:type="dxa"/>
            </w:tcMar>
          </w:tcPr>
          <w:p w14:paraId="4FB94D8D" w14:textId="77777777" w:rsidR="002321DE" w:rsidRDefault="00B57BF7">
            <w:r>
              <w:rPr>
                <w:rFonts w:ascii="Calibri" w:eastAsia="Calibri" w:hAnsi="Calibri" w:cs="Calibri"/>
                <w:b/>
                <w:color w:val="7A551C"/>
                <w:sz w:val="20"/>
              </w:rPr>
              <w:t>Sentence starters</w:t>
            </w:r>
          </w:p>
          <w:p w14:paraId="12E0ED52" w14:textId="77777777" w:rsidR="002321DE" w:rsidRDefault="00B57BF7">
            <w:pPr>
              <w:spacing w:after="20"/>
              <w:ind w:left="216"/>
            </w:pPr>
            <w:r>
              <w:rPr>
                <w:rFonts w:ascii="Calibri" w:eastAsia="Calibri" w:hAnsi="Calibri" w:cs="Calibri"/>
                <w:color w:val="3A2E1A"/>
                <w:sz w:val="20"/>
              </w:rPr>
              <w:t>•  Like the Savior, my hero showed ____ when…</w:t>
            </w:r>
          </w:p>
          <w:p w14:paraId="59FD271F" w14:textId="77777777" w:rsidR="002321DE" w:rsidRDefault="00B57BF7">
            <w:pPr>
              <w:spacing w:after="20"/>
              <w:ind w:left="216"/>
            </w:pPr>
            <w:r>
              <w:rPr>
                <w:rFonts w:ascii="Calibri" w:eastAsia="Calibri" w:hAnsi="Calibri" w:cs="Calibri"/>
                <w:color w:val="3A2E1A"/>
                <w:sz w:val="20"/>
              </w:rPr>
              <w:t>•  This scripture teaches me that Jesus Christ…</w:t>
            </w:r>
          </w:p>
          <w:p w14:paraId="5FD2C346" w14:textId="77777777" w:rsidR="002321DE" w:rsidRDefault="00B57BF7">
            <w:pPr>
              <w:spacing w:after="20"/>
              <w:ind w:left="216"/>
            </w:pPr>
            <w:r>
              <w:rPr>
                <w:rFonts w:ascii="Calibri" w:eastAsia="Calibri" w:hAnsi="Calibri" w:cs="Calibri"/>
                <w:color w:val="3A2E1A"/>
                <w:sz w:val="20"/>
              </w:rPr>
              <w:t>•  Because my hero followed the Savior's example of ____, …</w:t>
            </w:r>
          </w:p>
        </w:tc>
      </w:tr>
    </w:tbl>
    <w:p w14:paraId="41A2488D"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75185D" w14:paraId="111C4FE9" w14:textId="77777777">
        <w:tc>
          <w:tcPr>
            <w:tcW w:w="10080" w:type="dxa"/>
            <w:shd w:val="clear" w:color="auto" w:fill="E8EEF5"/>
            <w:tcMar>
              <w:top w:w="50" w:type="dxa"/>
              <w:left w:w="120" w:type="dxa"/>
              <w:bottom w:w="50" w:type="dxa"/>
              <w:right w:w="120" w:type="dxa"/>
            </w:tcMar>
          </w:tcPr>
          <w:p w14:paraId="09C6223E" w14:textId="77777777" w:rsidR="002321DE" w:rsidRDefault="00B57BF7">
            <w:r>
              <w:rPr>
                <w:rFonts w:ascii="Calibri" w:eastAsia="Calibri" w:hAnsi="Calibri" w:cs="Calibri"/>
                <w:b/>
                <w:color w:val="1F3A5F"/>
                <w:sz w:val="23"/>
              </w:rPr>
              <w:t>Connecting My Hero to the Savior</w:t>
            </w:r>
          </w:p>
        </w:tc>
      </w:tr>
      <w:tr w:rsidR="0075185D" w14:paraId="5458F8AE" w14:textId="77777777">
        <w:trPr>
          <w:trHeight w:val="461"/>
        </w:trPr>
        <w:tc>
          <w:tcPr>
            <w:tcW w:w="10080" w:type="dxa"/>
            <w:tcBorders>
              <w:bottom w:val="single" w:sz="4" w:space="0" w:color="C9D3DD"/>
            </w:tcBorders>
            <w:tcMar>
              <w:top w:w="0" w:type="dxa"/>
              <w:left w:w="120" w:type="dxa"/>
              <w:bottom w:w="0" w:type="dxa"/>
              <w:right w:w="120" w:type="dxa"/>
            </w:tcMar>
          </w:tcPr>
          <w:p w14:paraId="063257A5" w14:textId="77777777" w:rsidR="002321DE" w:rsidRDefault="002321DE"/>
        </w:tc>
      </w:tr>
      <w:tr w:rsidR="0075185D" w14:paraId="34054AD9" w14:textId="77777777">
        <w:trPr>
          <w:trHeight w:val="461"/>
        </w:trPr>
        <w:tc>
          <w:tcPr>
            <w:tcW w:w="10080" w:type="dxa"/>
            <w:tcBorders>
              <w:bottom w:val="single" w:sz="4" w:space="0" w:color="C9D3DD"/>
            </w:tcBorders>
            <w:tcMar>
              <w:top w:w="0" w:type="dxa"/>
              <w:left w:w="120" w:type="dxa"/>
              <w:bottom w:w="0" w:type="dxa"/>
              <w:right w:w="120" w:type="dxa"/>
            </w:tcMar>
          </w:tcPr>
          <w:p w14:paraId="74491DB3" w14:textId="77777777" w:rsidR="002321DE" w:rsidRDefault="002321DE"/>
        </w:tc>
      </w:tr>
      <w:tr w:rsidR="0075185D" w14:paraId="2A596F70" w14:textId="77777777">
        <w:trPr>
          <w:trHeight w:val="461"/>
        </w:trPr>
        <w:tc>
          <w:tcPr>
            <w:tcW w:w="10080" w:type="dxa"/>
            <w:tcBorders>
              <w:bottom w:val="single" w:sz="4" w:space="0" w:color="C9D3DD"/>
            </w:tcBorders>
            <w:tcMar>
              <w:top w:w="0" w:type="dxa"/>
              <w:left w:w="120" w:type="dxa"/>
              <w:bottom w:w="0" w:type="dxa"/>
              <w:right w:w="120" w:type="dxa"/>
            </w:tcMar>
          </w:tcPr>
          <w:p w14:paraId="4A15332F" w14:textId="77777777" w:rsidR="002321DE" w:rsidRDefault="002321DE"/>
        </w:tc>
      </w:tr>
      <w:tr w:rsidR="0075185D" w14:paraId="6F397A76" w14:textId="77777777">
        <w:trPr>
          <w:trHeight w:val="461"/>
        </w:trPr>
        <w:tc>
          <w:tcPr>
            <w:tcW w:w="10080" w:type="dxa"/>
            <w:tcBorders>
              <w:bottom w:val="single" w:sz="4" w:space="0" w:color="C9D3DD"/>
            </w:tcBorders>
            <w:tcMar>
              <w:top w:w="0" w:type="dxa"/>
              <w:left w:w="120" w:type="dxa"/>
              <w:bottom w:w="0" w:type="dxa"/>
              <w:right w:w="120" w:type="dxa"/>
            </w:tcMar>
          </w:tcPr>
          <w:p w14:paraId="4414DB9A" w14:textId="77777777" w:rsidR="002321DE" w:rsidRDefault="002321DE"/>
        </w:tc>
      </w:tr>
      <w:tr w:rsidR="0075185D" w14:paraId="47881928" w14:textId="77777777">
        <w:trPr>
          <w:trHeight w:val="461"/>
        </w:trPr>
        <w:tc>
          <w:tcPr>
            <w:tcW w:w="10080" w:type="dxa"/>
            <w:tcMar>
              <w:top w:w="0" w:type="dxa"/>
              <w:left w:w="120" w:type="dxa"/>
              <w:bottom w:w="0" w:type="dxa"/>
              <w:right w:w="120" w:type="dxa"/>
            </w:tcMar>
          </w:tcPr>
          <w:p w14:paraId="0B1BE0B4" w14:textId="77777777" w:rsidR="002321DE" w:rsidRDefault="002321DE"/>
        </w:tc>
      </w:tr>
    </w:tbl>
    <w:p w14:paraId="4B39DD1C"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7E29C32E" w14:textId="77777777">
        <w:tc>
          <w:tcPr>
            <w:tcW w:w="7632" w:type="dxa"/>
            <w:shd w:val="clear" w:color="auto" w:fill="1F3A5F"/>
            <w:tcMar>
              <w:top w:w="90" w:type="dxa"/>
              <w:left w:w="140" w:type="dxa"/>
              <w:bottom w:w="90" w:type="dxa"/>
              <w:right w:w="140" w:type="dxa"/>
            </w:tcMar>
            <w:vAlign w:val="center"/>
          </w:tcPr>
          <w:p w14:paraId="05E46340" w14:textId="77777777" w:rsidR="002321DE" w:rsidRDefault="00B57BF7">
            <w:r>
              <w:rPr>
                <w:rFonts w:ascii="Calibri" w:eastAsia="Calibri" w:hAnsi="Calibri" w:cs="Calibri"/>
                <w:b/>
                <w:color w:val="C8D6E5"/>
                <w:sz w:val="18"/>
              </w:rPr>
              <w:t>REASON  ·  STEP 15</w:t>
            </w:r>
          </w:p>
          <w:p w14:paraId="25C04D31" w14:textId="77777777" w:rsidR="002321DE" w:rsidRDefault="00B57BF7">
            <w:r>
              <w:rPr>
                <w:rFonts w:ascii="Calibri" w:eastAsia="Calibri" w:hAnsi="Calibri" w:cs="Calibri"/>
                <w:b/>
                <w:color w:val="FFFFFF"/>
                <w:sz w:val="40"/>
              </w:rPr>
              <w:t>Favorite Story</w:t>
            </w:r>
          </w:p>
        </w:tc>
        <w:tc>
          <w:tcPr>
            <w:tcW w:w="2448" w:type="dxa"/>
            <w:shd w:val="clear" w:color="auto" w:fill="1F3A5F"/>
            <w:tcMar>
              <w:top w:w="90" w:type="dxa"/>
              <w:left w:w="140" w:type="dxa"/>
              <w:bottom w:w="90" w:type="dxa"/>
              <w:right w:w="140" w:type="dxa"/>
            </w:tcMar>
            <w:vAlign w:val="center"/>
          </w:tcPr>
          <w:p w14:paraId="5D5E1A74" w14:textId="77777777" w:rsidR="002321DE" w:rsidRDefault="00B57BF7">
            <w:pPr>
              <w:jc w:val="right"/>
            </w:pPr>
            <w:r>
              <w:rPr>
                <w:rFonts w:ascii="Calibri" w:eastAsia="Calibri" w:hAnsi="Calibri" w:cs="Calibri"/>
                <w:color w:val="C8D6E5"/>
                <w:sz w:val="18"/>
              </w:rPr>
              <w:t>About 20–30 minutes</w:t>
            </w:r>
          </w:p>
        </w:tc>
      </w:tr>
    </w:tbl>
    <w:p w14:paraId="2331C342" w14:textId="77777777" w:rsidR="002321DE" w:rsidRDefault="002321DE">
      <w:pPr>
        <w:spacing w:line="264" w:lineRule="auto"/>
      </w:pPr>
    </w:p>
    <w:p w14:paraId="471C8515"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Reflect on a meaningful moment in your hero's life.</w:t>
      </w:r>
    </w:p>
    <w:p w14:paraId="2C2A42C2" w14:textId="77777777" w:rsidR="002321DE" w:rsidRDefault="002321DE">
      <w:pPr>
        <w:spacing w:line="264" w:lineRule="auto"/>
      </w:pPr>
    </w:p>
    <w:p w14:paraId="6C4FD4EE"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03465425" w14:textId="77777777">
        <w:tc>
          <w:tcPr>
            <w:tcW w:w="504" w:type="dxa"/>
            <w:tcMar>
              <w:top w:w="20" w:type="dxa"/>
              <w:left w:w="20" w:type="dxa"/>
              <w:bottom w:w="20" w:type="dxa"/>
              <w:right w:w="20" w:type="dxa"/>
            </w:tcMar>
          </w:tcPr>
          <w:p w14:paraId="4DA8A11A"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593938D6" w14:textId="77777777" w:rsidR="002321DE" w:rsidRDefault="00B57BF7">
            <w:r>
              <w:rPr>
                <w:rFonts w:eastAsia="Georgia" w:cs="Georgia"/>
                <w:color w:val="222222"/>
                <w:sz w:val="21"/>
              </w:rPr>
              <w:t>Look through your Hero Notes and choose your favorite story about your hero.</w:t>
            </w:r>
          </w:p>
        </w:tc>
      </w:tr>
      <w:tr w:rsidR="0075185D" w14:paraId="54094953" w14:textId="77777777">
        <w:tc>
          <w:tcPr>
            <w:tcW w:w="504" w:type="dxa"/>
            <w:tcMar>
              <w:top w:w="20" w:type="dxa"/>
              <w:left w:w="20" w:type="dxa"/>
              <w:bottom w:w="20" w:type="dxa"/>
              <w:right w:w="20" w:type="dxa"/>
            </w:tcMar>
          </w:tcPr>
          <w:p w14:paraId="3C16C038"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4FD907B3" w14:textId="77777777" w:rsidR="002321DE" w:rsidRDefault="00B57BF7">
            <w:r>
              <w:rPr>
                <w:rFonts w:eastAsia="Georgia" w:cs="Georgia"/>
                <w:color w:val="222222"/>
                <w:sz w:val="21"/>
              </w:rPr>
              <w:t>Retell the story in your own words (one paragraph).</w:t>
            </w:r>
          </w:p>
        </w:tc>
      </w:tr>
      <w:tr w:rsidR="0075185D" w14:paraId="226FC22F" w14:textId="77777777">
        <w:tc>
          <w:tcPr>
            <w:tcW w:w="504" w:type="dxa"/>
            <w:tcMar>
              <w:top w:w="20" w:type="dxa"/>
              <w:left w:w="20" w:type="dxa"/>
              <w:bottom w:w="20" w:type="dxa"/>
              <w:right w:w="20" w:type="dxa"/>
            </w:tcMar>
          </w:tcPr>
          <w:p w14:paraId="034ED331" w14:textId="77777777" w:rsidR="002321DE" w:rsidRDefault="00B57BF7">
            <w:r>
              <w:rPr>
                <w:rFonts w:ascii="Calibri" w:eastAsia="Calibri" w:hAnsi="Calibri" w:cs="Calibri"/>
                <w:b/>
                <w:color w:val="1F3A5F"/>
                <w:sz w:val="21"/>
              </w:rPr>
              <w:t>3.</w:t>
            </w:r>
          </w:p>
        </w:tc>
        <w:tc>
          <w:tcPr>
            <w:tcW w:w="9576" w:type="dxa"/>
            <w:tcMar>
              <w:top w:w="20" w:type="dxa"/>
              <w:left w:w="40" w:type="dxa"/>
              <w:bottom w:w="20" w:type="dxa"/>
              <w:right w:w="40" w:type="dxa"/>
            </w:tcMar>
          </w:tcPr>
          <w:p w14:paraId="0208B0B5" w14:textId="77777777" w:rsidR="002321DE" w:rsidRDefault="00B57BF7">
            <w:r>
              <w:rPr>
                <w:rFonts w:eastAsia="Georgia" w:cs="Georgia"/>
                <w:color w:val="222222"/>
                <w:sz w:val="21"/>
              </w:rPr>
              <w:t>Explain why the story is meaningful to you and what truth it teaches.</w:t>
            </w:r>
          </w:p>
        </w:tc>
      </w:tr>
    </w:tbl>
    <w:p w14:paraId="347958EA"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944"/>
        <w:gridCol w:w="3096"/>
        <w:gridCol w:w="1944"/>
        <w:gridCol w:w="3096"/>
      </w:tblGrid>
      <w:tr w:rsidR="0075185D" w14:paraId="09E2CCC2" w14:textId="77777777">
        <w:tc>
          <w:tcPr>
            <w:tcW w:w="10080" w:type="dxa"/>
            <w:gridSpan w:val="4"/>
            <w:shd w:val="clear" w:color="auto" w:fill="E8EEF5"/>
            <w:tcMar>
              <w:top w:w="50" w:type="dxa"/>
              <w:left w:w="120" w:type="dxa"/>
              <w:bottom w:w="50" w:type="dxa"/>
              <w:right w:w="120" w:type="dxa"/>
            </w:tcMar>
          </w:tcPr>
          <w:p w14:paraId="2E54E505" w14:textId="77777777" w:rsidR="002321DE" w:rsidRDefault="00B57BF7">
            <w:r>
              <w:rPr>
                <w:rFonts w:ascii="Calibri" w:eastAsia="Calibri" w:hAnsi="Calibri" w:cs="Calibri"/>
                <w:b/>
                <w:color w:val="1F3A5F"/>
                <w:sz w:val="23"/>
              </w:rPr>
              <w:t>About the Story</w:t>
            </w:r>
          </w:p>
        </w:tc>
      </w:tr>
      <w:tr w:rsidR="0075185D" w14:paraId="628443FD" w14:textId="77777777">
        <w:trPr>
          <w:trHeight w:val="518"/>
        </w:trPr>
        <w:tc>
          <w:tcPr>
            <w:tcW w:w="1944" w:type="dxa"/>
            <w:shd w:val="clear" w:color="auto" w:fill="F4F7FA"/>
            <w:tcMar>
              <w:top w:w="50" w:type="dxa"/>
              <w:left w:w="100" w:type="dxa"/>
              <w:bottom w:w="50" w:type="dxa"/>
              <w:right w:w="80" w:type="dxa"/>
            </w:tcMar>
          </w:tcPr>
          <w:p w14:paraId="5CD5DD15" w14:textId="77777777" w:rsidR="002321DE" w:rsidRDefault="00B57BF7">
            <w:r>
              <w:rPr>
                <w:rFonts w:ascii="Calibri" w:eastAsia="Calibri" w:hAnsi="Calibri" w:cs="Calibri"/>
                <w:b/>
                <w:color w:val="1F3A5F"/>
                <w:sz w:val="20"/>
              </w:rPr>
              <w:t>Story title:</w:t>
            </w:r>
          </w:p>
        </w:tc>
        <w:tc>
          <w:tcPr>
            <w:tcW w:w="3096" w:type="dxa"/>
            <w:tcMar>
              <w:top w:w="50" w:type="dxa"/>
              <w:left w:w="100" w:type="dxa"/>
              <w:bottom w:w="50" w:type="dxa"/>
              <w:right w:w="100" w:type="dxa"/>
            </w:tcMar>
          </w:tcPr>
          <w:p w14:paraId="138F47B9" w14:textId="77777777" w:rsidR="002321DE" w:rsidRDefault="002321DE"/>
        </w:tc>
        <w:tc>
          <w:tcPr>
            <w:tcW w:w="1944" w:type="dxa"/>
            <w:shd w:val="clear" w:color="auto" w:fill="F4F7FA"/>
            <w:tcMar>
              <w:top w:w="50" w:type="dxa"/>
              <w:left w:w="100" w:type="dxa"/>
              <w:bottom w:w="50" w:type="dxa"/>
              <w:right w:w="80" w:type="dxa"/>
            </w:tcMar>
          </w:tcPr>
          <w:p w14:paraId="7ABF368E" w14:textId="77777777" w:rsidR="002321DE" w:rsidRDefault="00B57BF7">
            <w:r>
              <w:rPr>
                <w:rFonts w:ascii="Calibri" w:eastAsia="Calibri" w:hAnsi="Calibri" w:cs="Calibri"/>
                <w:b/>
                <w:color w:val="1F3A5F"/>
                <w:sz w:val="20"/>
              </w:rPr>
              <w:t>When it happened:</w:t>
            </w:r>
          </w:p>
        </w:tc>
        <w:tc>
          <w:tcPr>
            <w:tcW w:w="3096" w:type="dxa"/>
            <w:tcMar>
              <w:top w:w="50" w:type="dxa"/>
              <w:left w:w="100" w:type="dxa"/>
              <w:bottom w:w="50" w:type="dxa"/>
              <w:right w:w="100" w:type="dxa"/>
            </w:tcMar>
          </w:tcPr>
          <w:p w14:paraId="149CE830" w14:textId="77777777" w:rsidR="002321DE" w:rsidRDefault="002321DE"/>
        </w:tc>
      </w:tr>
      <w:tr w:rsidR="0075185D" w14:paraId="7A876A9F" w14:textId="77777777">
        <w:trPr>
          <w:trHeight w:val="518"/>
        </w:trPr>
        <w:tc>
          <w:tcPr>
            <w:tcW w:w="1944" w:type="dxa"/>
            <w:shd w:val="clear" w:color="auto" w:fill="F4F7FA"/>
            <w:tcMar>
              <w:top w:w="50" w:type="dxa"/>
              <w:left w:w="100" w:type="dxa"/>
              <w:bottom w:w="50" w:type="dxa"/>
              <w:right w:w="80" w:type="dxa"/>
            </w:tcMar>
          </w:tcPr>
          <w:p w14:paraId="073136DA" w14:textId="77777777" w:rsidR="002321DE" w:rsidRDefault="00B57BF7">
            <w:r>
              <w:rPr>
                <w:rFonts w:ascii="Calibri" w:eastAsia="Calibri" w:hAnsi="Calibri" w:cs="Calibri"/>
                <w:b/>
                <w:color w:val="1F3A5F"/>
                <w:sz w:val="20"/>
              </w:rPr>
              <w:t>Source:</w:t>
            </w:r>
          </w:p>
        </w:tc>
        <w:tc>
          <w:tcPr>
            <w:tcW w:w="8136" w:type="dxa"/>
            <w:gridSpan w:val="3"/>
            <w:tcMar>
              <w:top w:w="50" w:type="dxa"/>
              <w:left w:w="100" w:type="dxa"/>
              <w:bottom w:w="50" w:type="dxa"/>
              <w:right w:w="100" w:type="dxa"/>
            </w:tcMar>
          </w:tcPr>
          <w:p w14:paraId="0611F8EE" w14:textId="77777777" w:rsidR="002321DE" w:rsidRDefault="002321DE"/>
        </w:tc>
      </w:tr>
    </w:tbl>
    <w:p w14:paraId="38123D63"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75185D" w14:paraId="11C59A8B" w14:textId="77777777">
        <w:tc>
          <w:tcPr>
            <w:tcW w:w="10080" w:type="dxa"/>
            <w:shd w:val="clear" w:color="auto" w:fill="E8EEF5"/>
            <w:tcMar>
              <w:top w:w="50" w:type="dxa"/>
              <w:left w:w="120" w:type="dxa"/>
              <w:bottom w:w="50" w:type="dxa"/>
              <w:right w:w="120" w:type="dxa"/>
            </w:tcMar>
          </w:tcPr>
          <w:p w14:paraId="2EC9E0E6" w14:textId="77777777" w:rsidR="002321DE" w:rsidRDefault="00B57BF7">
            <w:r>
              <w:rPr>
                <w:rFonts w:ascii="Calibri" w:eastAsia="Calibri" w:hAnsi="Calibri" w:cs="Calibri"/>
                <w:b/>
                <w:color w:val="1F3A5F"/>
                <w:sz w:val="23"/>
              </w:rPr>
              <w:t>The Story in My Own Words</w:t>
            </w:r>
          </w:p>
        </w:tc>
      </w:tr>
      <w:tr w:rsidR="0075185D" w14:paraId="2F7B3D86" w14:textId="77777777">
        <w:trPr>
          <w:trHeight w:val="461"/>
        </w:trPr>
        <w:tc>
          <w:tcPr>
            <w:tcW w:w="10080" w:type="dxa"/>
            <w:tcBorders>
              <w:bottom w:val="single" w:sz="4" w:space="0" w:color="C9D3DD"/>
            </w:tcBorders>
            <w:tcMar>
              <w:top w:w="0" w:type="dxa"/>
              <w:left w:w="120" w:type="dxa"/>
              <w:bottom w:w="0" w:type="dxa"/>
              <w:right w:w="120" w:type="dxa"/>
            </w:tcMar>
          </w:tcPr>
          <w:p w14:paraId="64C688CE" w14:textId="77777777" w:rsidR="002321DE" w:rsidRDefault="002321DE"/>
        </w:tc>
      </w:tr>
      <w:tr w:rsidR="0075185D" w14:paraId="1E992D9D" w14:textId="77777777">
        <w:trPr>
          <w:trHeight w:val="461"/>
        </w:trPr>
        <w:tc>
          <w:tcPr>
            <w:tcW w:w="10080" w:type="dxa"/>
            <w:tcBorders>
              <w:bottom w:val="single" w:sz="4" w:space="0" w:color="C9D3DD"/>
            </w:tcBorders>
            <w:tcMar>
              <w:top w:w="0" w:type="dxa"/>
              <w:left w:w="120" w:type="dxa"/>
              <w:bottom w:w="0" w:type="dxa"/>
              <w:right w:w="120" w:type="dxa"/>
            </w:tcMar>
          </w:tcPr>
          <w:p w14:paraId="25F40CBB" w14:textId="77777777" w:rsidR="002321DE" w:rsidRDefault="002321DE"/>
        </w:tc>
      </w:tr>
      <w:tr w:rsidR="0075185D" w14:paraId="0A037C01" w14:textId="77777777">
        <w:trPr>
          <w:trHeight w:val="461"/>
        </w:trPr>
        <w:tc>
          <w:tcPr>
            <w:tcW w:w="10080" w:type="dxa"/>
            <w:tcBorders>
              <w:bottom w:val="single" w:sz="4" w:space="0" w:color="C9D3DD"/>
            </w:tcBorders>
            <w:tcMar>
              <w:top w:w="0" w:type="dxa"/>
              <w:left w:w="120" w:type="dxa"/>
              <w:bottom w:w="0" w:type="dxa"/>
              <w:right w:w="120" w:type="dxa"/>
            </w:tcMar>
          </w:tcPr>
          <w:p w14:paraId="7577A50B" w14:textId="77777777" w:rsidR="002321DE" w:rsidRDefault="002321DE"/>
        </w:tc>
      </w:tr>
      <w:tr w:rsidR="0075185D" w14:paraId="497BC49B" w14:textId="77777777">
        <w:trPr>
          <w:trHeight w:val="461"/>
        </w:trPr>
        <w:tc>
          <w:tcPr>
            <w:tcW w:w="10080" w:type="dxa"/>
            <w:tcBorders>
              <w:bottom w:val="single" w:sz="4" w:space="0" w:color="C9D3DD"/>
            </w:tcBorders>
            <w:tcMar>
              <w:top w:w="0" w:type="dxa"/>
              <w:left w:w="120" w:type="dxa"/>
              <w:bottom w:w="0" w:type="dxa"/>
              <w:right w:w="120" w:type="dxa"/>
            </w:tcMar>
          </w:tcPr>
          <w:p w14:paraId="42B8E025" w14:textId="77777777" w:rsidR="002321DE" w:rsidRDefault="002321DE"/>
        </w:tc>
      </w:tr>
      <w:tr w:rsidR="0075185D" w14:paraId="20E6E164" w14:textId="77777777">
        <w:trPr>
          <w:trHeight w:val="461"/>
        </w:trPr>
        <w:tc>
          <w:tcPr>
            <w:tcW w:w="10080" w:type="dxa"/>
            <w:tcBorders>
              <w:bottom w:val="single" w:sz="4" w:space="0" w:color="C9D3DD"/>
            </w:tcBorders>
            <w:tcMar>
              <w:top w:w="0" w:type="dxa"/>
              <w:left w:w="120" w:type="dxa"/>
              <w:bottom w:w="0" w:type="dxa"/>
              <w:right w:w="120" w:type="dxa"/>
            </w:tcMar>
          </w:tcPr>
          <w:p w14:paraId="2C324DFE" w14:textId="77777777" w:rsidR="002321DE" w:rsidRDefault="002321DE"/>
        </w:tc>
      </w:tr>
      <w:tr w:rsidR="0075185D" w14:paraId="3C18C429" w14:textId="77777777">
        <w:trPr>
          <w:trHeight w:val="461"/>
        </w:trPr>
        <w:tc>
          <w:tcPr>
            <w:tcW w:w="10080" w:type="dxa"/>
            <w:tcBorders>
              <w:bottom w:val="single" w:sz="4" w:space="0" w:color="C9D3DD"/>
            </w:tcBorders>
            <w:tcMar>
              <w:top w:w="0" w:type="dxa"/>
              <w:left w:w="120" w:type="dxa"/>
              <w:bottom w:w="0" w:type="dxa"/>
              <w:right w:w="120" w:type="dxa"/>
            </w:tcMar>
          </w:tcPr>
          <w:p w14:paraId="5461842E" w14:textId="77777777" w:rsidR="002321DE" w:rsidRDefault="002321DE"/>
        </w:tc>
      </w:tr>
      <w:tr w:rsidR="0075185D" w14:paraId="73E10AE2" w14:textId="77777777">
        <w:trPr>
          <w:trHeight w:val="461"/>
        </w:trPr>
        <w:tc>
          <w:tcPr>
            <w:tcW w:w="10080" w:type="dxa"/>
            <w:tcBorders>
              <w:bottom w:val="single" w:sz="4" w:space="0" w:color="C9D3DD"/>
            </w:tcBorders>
            <w:tcMar>
              <w:top w:w="0" w:type="dxa"/>
              <w:left w:w="120" w:type="dxa"/>
              <w:bottom w:w="0" w:type="dxa"/>
              <w:right w:w="120" w:type="dxa"/>
            </w:tcMar>
          </w:tcPr>
          <w:p w14:paraId="1D2A1E81" w14:textId="77777777" w:rsidR="002321DE" w:rsidRDefault="002321DE"/>
        </w:tc>
      </w:tr>
      <w:tr w:rsidR="0075185D" w14:paraId="061A829B" w14:textId="77777777">
        <w:trPr>
          <w:trHeight w:val="461"/>
        </w:trPr>
        <w:tc>
          <w:tcPr>
            <w:tcW w:w="10080" w:type="dxa"/>
            <w:tcBorders>
              <w:bottom w:val="single" w:sz="4" w:space="0" w:color="C9D3DD"/>
            </w:tcBorders>
            <w:tcMar>
              <w:top w:w="0" w:type="dxa"/>
              <w:left w:w="120" w:type="dxa"/>
              <w:bottom w:w="0" w:type="dxa"/>
              <w:right w:w="120" w:type="dxa"/>
            </w:tcMar>
          </w:tcPr>
          <w:p w14:paraId="1B6B8002" w14:textId="77777777" w:rsidR="002321DE" w:rsidRDefault="002321DE"/>
        </w:tc>
      </w:tr>
      <w:tr w:rsidR="0075185D" w14:paraId="24E2D635" w14:textId="77777777">
        <w:trPr>
          <w:trHeight w:val="461"/>
        </w:trPr>
        <w:tc>
          <w:tcPr>
            <w:tcW w:w="10080" w:type="dxa"/>
            <w:tcMar>
              <w:top w:w="0" w:type="dxa"/>
              <w:left w:w="120" w:type="dxa"/>
              <w:bottom w:w="0" w:type="dxa"/>
              <w:right w:w="120" w:type="dxa"/>
            </w:tcMar>
          </w:tcPr>
          <w:p w14:paraId="4211186D" w14:textId="77777777" w:rsidR="002321DE" w:rsidRDefault="002321DE"/>
        </w:tc>
      </w:tr>
    </w:tbl>
    <w:p w14:paraId="2D40631B"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20"/>
        <w:gridCol w:w="7560"/>
      </w:tblGrid>
      <w:tr w:rsidR="0075185D" w14:paraId="5E2B3226" w14:textId="77777777">
        <w:tc>
          <w:tcPr>
            <w:tcW w:w="10080" w:type="dxa"/>
            <w:gridSpan w:val="2"/>
            <w:shd w:val="clear" w:color="auto" w:fill="E8EEF5"/>
            <w:tcMar>
              <w:top w:w="50" w:type="dxa"/>
              <w:left w:w="120" w:type="dxa"/>
              <w:bottom w:w="50" w:type="dxa"/>
              <w:right w:w="120" w:type="dxa"/>
            </w:tcMar>
          </w:tcPr>
          <w:p w14:paraId="1A26D0F6" w14:textId="77777777" w:rsidR="002321DE" w:rsidRDefault="00B57BF7">
            <w:r>
              <w:rPr>
                <w:rFonts w:ascii="Calibri" w:eastAsia="Calibri" w:hAnsi="Calibri" w:cs="Calibri"/>
                <w:b/>
                <w:color w:val="1F3A5F"/>
                <w:sz w:val="23"/>
              </w:rPr>
              <w:t>What the Story Means</w:t>
            </w:r>
          </w:p>
        </w:tc>
      </w:tr>
      <w:tr w:rsidR="0075185D" w14:paraId="0A91FEA9" w14:textId="77777777">
        <w:trPr>
          <w:trHeight w:val="1080"/>
        </w:trPr>
        <w:tc>
          <w:tcPr>
            <w:tcW w:w="2520" w:type="dxa"/>
            <w:shd w:val="clear" w:color="auto" w:fill="F4F7FA"/>
            <w:tcMar>
              <w:top w:w="50" w:type="dxa"/>
              <w:left w:w="100" w:type="dxa"/>
              <w:bottom w:w="50" w:type="dxa"/>
              <w:right w:w="80" w:type="dxa"/>
            </w:tcMar>
          </w:tcPr>
          <w:p w14:paraId="3A2FD244" w14:textId="77777777" w:rsidR="002321DE" w:rsidRDefault="00B57BF7">
            <w:r>
              <w:rPr>
                <w:rFonts w:ascii="Calibri" w:eastAsia="Calibri" w:hAnsi="Calibri" w:cs="Calibri"/>
                <w:b/>
                <w:color w:val="1F3A5F"/>
                <w:sz w:val="20"/>
              </w:rPr>
              <w:t>Why it is meaningful to me:</w:t>
            </w:r>
          </w:p>
        </w:tc>
        <w:tc>
          <w:tcPr>
            <w:tcW w:w="7560" w:type="dxa"/>
            <w:tcMar>
              <w:top w:w="50" w:type="dxa"/>
              <w:left w:w="100" w:type="dxa"/>
              <w:bottom w:w="50" w:type="dxa"/>
              <w:right w:w="100" w:type="dxa"/>
            </w:tcMar>
          </w:tcPr>
          <w:p w14:paraId="57A25B36" w14:textId="77777777" w:rsidR="002321DE" w:rsidRDefault="002321DE"/>
        </w:tc>
      </w:tr>
      <w:tr w:rsidR="0075185D" w14:paraId="28AA2105" w14:textId="77777777">
        <w:trPr>
          <w:trHeight w:val="864"/>
        </w:trPr>
        <w:tc>
          <w:tcPr>
            <w:tcW w:w="2520" w:type="dxa"/>
            <w:shd w:val="clear" w:color="auto" w:fill="F4F7FA"/>
            <w:tcMar>
              <w:top w:w="50" w:type="dxa"/>
              <w:left w:w="100" w:type="dxa"/>
              <w:bottom w:w="50" w:type="dxa"/>
              <w:right w:w="80" w:type="dxa"/>
            </w:tcMar>
          </w:tcPr>
          <w:p w14:paraId="1DE35D48" w14:textId="77777777" w:rsidR="002321DE" w:rsidRDefault="00B57BF7">
            <w:r>
              <w:rPr>
                <w:rFonts w:ascii="Calibri" w:eastAsia="Calibri" w:hAnsi="Calibri" w:cs="Calibri"/>
                <w:b/>
                <w:color w:val="1F3A5F"/>
                <w:sz w:val="20"/>
              </w:rPr>
              <w:t>The truth it teaches:</w:t>
            </w:r>
          </w:p>
        </w:tc>
        <w:tc>
          <w:tcPr>
            <w:tcW w:w="7560" w:type="dxa"/>
            <w:tcMar>
              <w:top w:w="50" w:type="dxa"/>
              <w:left w:w="100" w:type="dxa"/>
              <w:bottom w:w="50" w:type="dxa"/>
              <w:right w:w="100" w:type="dxa"/>
            </w:tcMar>
          </w:tcPr>
          <w:p w14:paraId="367E5C5D" w14:textId="77777777" w:rsidR="002321DE" w:rsidRDefault="002321DE"/>
        </w:tc>
      </w:tr>
    </w:tbl>
    <w:p w14:paraId="21C1905D"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4F373ADC" w14:textId="77777777">
        <w:tc>
          <w:tcPr>
            <w:tcW w:w="7632" w:type="dxa"/>
            <w:shd w:val="clear" w:color="auto" w:fill="1F3A5F"/>
            <w:tcMar>
              <w:top w:w="90" w:type="dxa"/>
              <w:left w:w="140" w:type="dxa"/>
              <w:bottom w:w="90" w:type="dxa"/>
              <w:right w:w="140" w:type="dxa"/>
            </w:tcMar>
            <w:vAlign w:val="center"/>
          </w:tcPr>
          <w:p w14:paraId="19CC0792" w14:textId="77777777" w:rsidR="002321DE" w:rsidRDefault="00B57BF7">
            <w:r>
              <w:rPr>
                <w:rFonts w:ascii="Calibri" w:eastAsia="Calibri" w:hAnsi="Calibri" w:cs="Calibri"/>
                <w:b/>
                <w:color w:val="C8D6E5"/>
                <w:sz w:val="18"/>
              </w:rPr>
              <w:t>REASON  ·  STEP 16</w:t>
            </w:r>
          </w:p>
          <w:p w14:paraId="434B1FF7" w14:textId="77777777" w:rsidR="002321DE" w:rsidRDefault="00B57BF7">
            <w:r>
              <w:rPr>
                <w:rFonts w:ascii="Calibri" w:eastAsia="Calibri" w:hAnsi="Calibri" w:cs="Calibri"/>
                <w:b/>
                <w:color w:val="FFFFFF"/>
                <w:sz w:val="40"/>
              </w:rPr>
              <w:t>Most Important Truths</w:t>
            </w:r>
          </w:p>
        </w:tc>
        <w:tc>
          <w:tcPr>
            <w:tcW w:w="2448" w:type="dxa"/>
            <w:shd w:val="clear" w:color="auto" w:fill="1F3A5F"/>
            <w:tcMar>
              <w:top w:w="90" w:type="dxa"/>
              <w:left w:w="140" w:type="dxa"/>
              <w:bottom w:w="90" w:type="dxa"/>
              <w:right w:w="140" w:type="dxa"/>
            </w:tcMar>
            <w:vAlign w:val="center"/>
          </w:tcPr>
          <w:p w14:paraId="34161BDA" w14:textId="77777777" w:rsidR="002321DE" w:rsidRDefault="00B57BF7">
            <w:pPr>
              <w:jc w:val="right"/>
            </w:pPr>
            <w:r>
              <w:rPr>
                <w:rFonts w:ascii="Calibri" w:eastAsia="Calibri" w:hAnsi="Calibri" w:cs="Calibri"/>
                <w:color w:val="C8D6E5"/>
                <w:sz w:val="18"/>
              </w:rPr>
              <w:t>About 20–30 minutes</w:t>
            </w:r>
          </w:p>
        </w:tc>
      </w:tr>
    </w:tbl>
    <w:p w14:paraId="14D9DA66" w14:textId="77777777" w:rsidR="002321DE" w:rsidRDefault="002321DE">
      <w:pPr>
        <w:spacing w:line="264" w:lineRule="auto"/>
      </w:pPr>
    </w:p>
    <w:p w14:paraId="049C31AE"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Identify the lessons your hero's life teaches.</w:t>
      </w:r>
    </w:p>
    <w:p w14:paraId="772AA3A5" w14:textId="77777777" w:rsidR="002321DE" w:rsidRDefault="002321DE">
      <w:pPr>
        <w:spacing w:line="264" w:lineRule="auto"/>
      </w:pPr>
    </w:p>
    <w:p w14:paraId="39D4DD10"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4B9C4CDF" w14:textId="77777777">
        <w:tc>
          <w:tcPr>
            <w:tcW w:w="504" w:type="dxa"/>
            <w:tcMar>
              <w:top w:w="20" w:type="dxa"/>
              <w:left w:w="20" w:type="dxa"/>
              <w:bottom w:w="20" w:type="dxa"/>
              <w:right w:w="20" w:type="dxa"/>
            </w:tcMar>
          </w:tcPr>
          <w:p w14:paraId="36318CD9"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25F53919" w14:textId="77777777" w:rsidR="002321DE" w:rsidRDefault="00B57BF7">
            <w:r>
              <w:rPr>
                <w:rFonts w:eastAsia="Georgia" w:cs="Georgia"/>
                <w:color w:val="222222"/>
                <w:sz w:val="21"/>
              </w:rPr>
              <w:t>Look back at your Hero Notes, Character Chart, and Favorite Story.</w:t>
            </w:r>
          </w:p>
        </w:tc>
      </w:tr>
      <w:tr w:rsidR="0075185D" w14:paraId="0872BE60" w14:textId="77777777">
        <w:tc>
          <w:tcPr>
            <w:tcW w:w="504" w:type="dxa"/>
            <w:tcMar>
              <w:top w:w="20" w:type="dxa"/>
              <w:left w:w="20" w:type="dxa"/>
              <w:bottom w:w="20" w:type="dxa"/>
              <w:right w:w="20" w:type="dxa"/>
            </w:tcMar>
          </w:tcPr>
          <w:p w14:paraId="463DEA37"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504F2CB3" w14:textId="77777777" w:rsidR="002321DE" w:rsidRDefault="00B57BF7">
            <w:r>
              <w:rPr>
                <w:rFonts w:eastAsia="Georgia" w:cs="Georgia"/>
                <w:color w:val="222222"/>
                <w:sz w:val="21"/>
              </w:rPr>
              <w:t>Reason from your research to find three important truths your hero's life teaches.</w:t>
            </w:r>
          </w:p>
        </w:tc>
      </w:tr>
      <w:tr w:rsidR="0075185D" w14:paraId="5DDFE221" w14:textId="77777777">
        <w:tc>
          <w:tcPr>
            <w:tcW w:w="504" w:type="dxa"/>
            <w:tcMar>
              <w:top w:w="20" w:type="dxa"/>
              <w:left w:w="20" w:type="dxa"/>
              <w:bottom w:w="20" w:type="dxa"/>
              <w:right w:w="20" w:type="dxa"/>
            </w:tcMar>
          </w:tcPr>
          <w:p w14:paraId="34FE1934" w14:textId="77777777" w:rsidR="002321DE" w:rsidRDefault="00B57BF7">
            <w:r>
              <w:rPr>
                <w:rFonts w:ascii="Calibri" w:eastAsia="Calibri" w:hAnsi="Calibri" w:cs="Calibri"/>
                <w:b/>
                <w:color w:val="1F3A5F"/>
                <w:sz w:val="21"/>
              </w:rPr>
              <w:t>3.</w:t>
            </w:r>
          </w:p>
        </w:tc>
        <w:tc>
          <w:tcPr>
            <w:tcW w:w="9576" w:type="dxa"/>
            <w:tcMar>
              <w:top w:w="20" w:type="dxa"/>
              <w:left w:w="40" w:type="dxa"/>
              <w:bottom w:w="20" w:type="dxa"/>
              <w:right w:w="40" w:type="dxa"/>
            </w:tcMar>
          </w:tcPr>
          <w:p w14:paraId="1319BFCD" w14:textId="77777777" w:rsidR="002321DE" w:rsidRDefault="00B57BF7">
            <w:r>
              <w:rPr>
                <w:rFonts w:eastAsia="Georgia" w:cs="Georgia"/>
                <w:color w:val="222222"/>
                <w:sz w:val="21"/>
              </w:rPr>
              <w:t>Write each truth as a complete sentence and show where you saw it in your hero's life.</w:t>
            </w:r>
          </w:p>
        </w:tc>
      </w:tr>
    </w:tbl>
    <w:p w14:paraId="70F2F0D7" w14:textId="77777777" w:rsidR="002321DE" w:rsidRDefault="002321DE">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75185D" w14:paraId="47D35254" w14:textId="77777777">
        <w:tc>
          <w:tcPr>
            <w:tcW w:w="10080" w:type="dxa"/>
            <w:shd w:val="clear" w:color="auto" w:fill="FBF6EC"/>
            <w:tcMar>
              <w:top w:w="70" w:type="dxa"/>
              <w:left w:w="140" w:type="dxa"/>
              <w:bottom w:w="70" w:type="dxa"/>
              <w:right w:w="140" w:type="dxa"/>
            </w:tcMar>
          </w:tcPr>
          <w:p w14:paraId="330E54AD" w14:textId="77777777" w:rsidR="002321DE" w:rsidRDefault="00B57BF7">
            <w:r>
              <w:rPr>
                <w:rFonts w:ascii="Calibri" w:eastAsia="Calibri" w:hAnsi="Calibri" w:cs="Calibri"/>
                <w:b/>
                <w:color w:val="7A551C"/>
                <w:sz w:val="20"/>
              </w:rPr>
              <w:t xml:space="preserve">WHAT IS A TRUTH? </w:t>
            </w:r>
            <w:r>
              <w:rPr>
                <w:rFonts w:ascii="Calibri" w:eastAsia="Calibri" w:hAnsi="Calibri" w:cs="Calibri"/>
                <w:color w:val="3A2E1A"/>
                <w:sz w:val="20"/>
              </w:rPr>
              <w:t>A truth is a lasting principle that applies to everyone, not just your hero. Example from Corrie ten Boom's life: "When we forgive others, the Lord can heal our hearts."</w:t>
            </w:r>
          </w:p>
        </w:tc>
      </w:tr>
    </w:tbl>
    <w:p w14:paraId="110A466C"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504"/>
        <w:gridCol w:w="3744"/>
        <w:gridCol w:w="5832"/>
      </w:tblGrid>
      <w:tr w:rsidR="0075185D" w14:paraId="6F1F25B8" w14:textId="77777777">
        <w:tc>
          <w:tcPr>
            <w:tcW w:w="10080" w:type="dxa"/>
            <w:gridSpan w:val="3"/>
            <w:shd w:val="clear" w:color="auto" w:fill="E8EEF5"/>
            <w:tcMar>
              <w:top w:w="50" w:type="dxa"/>
              <w:left w:w="120" w:type="dxa"/>
              <w:bottom w:w="50" w:type="dxa"/>
              <w:right w:w="120" w:type="dxa"/>
            </w:tcMar>
          </w:tcPr>
          <w:p w14:paraId="523C51E8" w14:textId="77777777" w:rsidR="002321DE" w:rsidRDefault="00B57BF7">
            <w:r>
              <w:rPr>
                <w:rFonts w:ascii="Calibri" w:eastAsia="Calibri" w:hAnsi="Calibri" w:cs="Calibri"/>
                <w:b/>
                <w:color w:val="1F3A5F"/>
                <w:sz w:val="23"/>
              </w:rPr>
              <w:t>Truths I Learned From My Hero</w:t>
            </w:r>
          </w:p>
        </w:tc>
      </w:tr>
      <w:tr w:rsidR="0075185D" w14:paraId="50D6EDE4" w14:textId="77777777">
        <w:tc>
          <w:tcPr>
            <w:tcW w:w="504" w:type="dxa"/>
            <w:shd w:val="clear" w:color="auto" w:fill="F4F7FA"/>
            <w:tcMar>
              <w:top w:w="40" w:type="dxa"/>
              <w:left w:w="100" w:type="dxa"/>
              <w:bottom w:w="40" w:type="dxa"/>
              <w:right w:w="80" w:type="dxa"/>
            </w:tcMar>
          </w:tcPr>
          <w:p w14:paraId="18F6E807" w14:textId="77777777" w:rsidR="002321DE" w:rsidRDefault="00B57BF7">
            <w:r>
              <w:rPr>
                <w:rFonts w:ascii="Calibri" w:eastAsia="Calibri" w:hAnsi="Calibri" w:cs="Calibri"/>
                <w:b/>
                <w:color w:val="1F3A5F"/>
                <w:sz w:val="20"/>
              </w:rPr>
              <w:t>#</w:t>
            </w:r>
          </w:p>
        </w:tc>
        <w:tc>
          <w:tcPr>
            <w:tcW w:w="3744" w:type="dxa"/>
            <w:shd w:val="clear" w:color="auto" w:fill="F4F7FA"/>
            <w:tcMar>
              <w:top w:w="40" w:type="dxa"/>
              <w:left w:w="100" w:type="dxa"/>
              <w:bottom w:w="40" w:type="dxa"/>
              <w:right w:w="80" w:type="dxa"/>
            </w:tcMar>
          </w:tcPr>
          <w:p w14:paraId="53300279" w14:textId="77777777" w:rsidR="002321DE" w:rsidRDefault="00B57BF7">
            <w:r>
              <w:rPr>
                <w:rFonts w:ascii="Calibri" w:eastAsia="Calibri" w:hAnsi="Calibri" w:cs="Calibri"/>
                <w:b/>
                <w:color w:val="1F3A5F"/>
                <w:sz w:val="20"/>
              </w:rPr>
              <w:t>The truth</w:t>
            </w:r>
          </w:p>
        </w:tc>
        <w:tc>
          <w:tcPr>
            <w:tcW w:w="5832" w:type="dxa"/>
            <w:shd w:val="clear" w:color="auto" w:fill="F4F7FA"/>
            <w:tcMar>
              <w:top w:w="40" w:type="dxa"/>
              <w:left w:w="100" w:type="dxa"/>
              <w:bottom w:w="40" w:type="dxa"/>
              <w:right w:w="80" w:type="dxa"/>
            </w:tcMar>
          </w:tcPr>
          <w:p w14:paraId="73DBC30E" w14:textId="77777777" w:rsidR="002321DE" w:rsidRDefault="00B57BF7">
            <w:r>
              <w:rPr>
                <w:rFonts w:ascii="Calibri" w:eastAsia="Calibri" w:hAnsi="Calibri" w:cs="Calibri"/>
                <w:b/>
                <w:color w:val="1F3A5F"/>
                <w:sz w:val="20"/>
              </w:rPr>
              <w:t>Where I saw it in my hero's life</w:t>
            </w:r>
          </w:p>
        </w:tc>
      </w:tr>
      <w:tr w:rsidR="0075185D" w14:paraId="67EDA594" w14:textId="77777777">
        <w:trPr>
          <w:trHeight w:val="1944"/>
        </w:trPr>
        <w:tc>
          <w:tcPr>
            <w:tcW w:w="504" w:type="dxa"/>
            <w:shd w:val="clear" w:color="auto" w:fill="F4F7FA"/>
            <w:tcMar>
              <w:top w:w="50" w:type="dxa"/>
              <w:left w:w="100" w:type="dxa"/>
              <w:bottom w:w="50" w:type="dxa"/>
              <w:right w:w="100" w:type="dxa"/>
            </w:tcMar>
          </w:tcPr>
          <w:p w14:paraId="60711CC4" w14:textId="77777777" w:rsidR="002321DE" w:rsidRDefault="00B57BF7">
            <w:r>
              <w:rPr>
                <w:rFonts w:ascii="Calibri" w:eastAsia="Calibri" w:hAnsi="Calibri" w:cs="Calibri"/>
                <w:b/>
                <w:color w:val="1F3A5F"/>
                <w:sz w:val="20"/>
              </w:rPr>
              <w:t>1</w:t>
            </w:r>
          </w:p>
        </w:tc>
        <w:tc>
          <w:tcPr>
            <w:tcW w:w="3744" w:type="dxa"/>
            <w:tcMar>
              <w:top w:w="50" w:type="dxa"/>
              <w:left w:w="100" w:type="dxa"/>
              <w:bottom w:w="50" w:type="dxa"/>
              <w:right w:w="100" w:type="dxa"/>
            </w:tcMar>
          </w:tcPr>
          <w:p w14:paraId="6E697C58" w14:textId="77777777" w:rsidR="002321DE" w:rsidRDefault="002321DE"/>
        </w:tc>
        <w:tc>
          <w:tcPr>
            <w:tcW w:w="5832" w:type="dxa"/>
            <w:tcMar>
              <w:top w:w="50" w:type="dxa"/>
              <w:left w:w="100" w:type="dxa"/>
              <w:bottom w:w="50" w:type="dxa"/>
              <w:right w:w="100" w:type="dxa"/>
            </w:tcMar>
          </w:tcPr>
          <w:p w14:paraId="5FD42072" w14:textId="77777777" w:rsidR="002321DE" w:rsidRDefault="002321DE"/>
        </w:tc>
      </w:tr>
      <w:tr w:rsidR="0075185D" w14:paraId="65C41DB9" w14:textId="77777777">
        <w:trPr>
          <w:trHeight w:val="1944"/>
        </w:trPr>
        <w:tc>
          <w:tcPr>
            <w:tcW w:w="504" w:type="dxa"/>
            <w:shd w:val="clear" w:color="auto" w:fill="F4F7FA"/>
            <w:tcMar>
              <w:top w:w="50" w:type="dxa"/>
              <w:left w:w="100" w:type="dxa"/>
              <w:bottom w:w="50" w:type="dxa"/>
              <w:right w:w="100" w:type="dxa"/>
            </w:tcMar>
          </w:tcPr>
          <w:p w14:paraId="22F61BC0" w14:textId="77777777" w:rsidR="002321DE" w:rsidRDefault="00B57BF7">
            <w:r>
              <w:rPr>
                <w:rFonts w:ascii="Calibri" w:eastAsia="Calibri" w:hAnsi="Calibri" w:cs="Calibri"/>
                <w:b/>
                <w:color w:val="1F3A5F"/>
                <w:sz w:val="20"/>
              </w:rPr>
              <w:t>2</w:t>
            </w:r>
          </w:p>
        </w:tc>
        <w:tc>
          <w:tcPr>
            <w:tcW w:w="3744" w:type="dxa"/>
            <w:tcMar>
              <w:top w:w="50" w:type="dxa"/>
              <w:left w:w="100" w:type="dxa"/>
              <w:bottom w:w="50" w:type="dxa"/>
              <w:right w:w="100" w:type="dxa"/>
            </w:tcMar>
          </w:tcPr>
          <w:p w14:paraId="56934753" w14:textId="77777777" w:rsidR="002321DE" w:rsidRDefault="002321DE"/>
        </w:tc>
        <w:tc>
          <w:tcPr>
            <w:tcW w:w="5832" w:type="dxa"/>
            <w:tcMar>
              <w:top w:w="50" w:type="dxa"/>
              <w:left w:w="100" w:type="dxa"/>
              <w:bottom w:w="50" w:type="dxa"/>
              <w:right w:w="100" w:type="dxa"/>
            </w:tcMar>
          </w:tcPr>
          <w:p w14:paraId="6B242C4B" w14:textId="77777777" w:rsidR="002321DE" w:rsidRDefault="002321DE"/>
        </w:tc>
      </w:tr>
      <w:tr w:rsidR="0075185D" w14:paraId="47598442" w14:textId="77777777">
        <w:trPr>
          <w:trHeight w:val="1944"/>
        </w:trPr>
        <w:tc>
          <w:tcPr>
            <w:tcW w:w="504" w:type="dxa"/>
            <w:shd w:val="clear" w:color="auto" w:fill="F4F7FA"/>
            <w:tcMar>
              <w:top w:w="50" w:type="dxa"/>
              <w:left w:w="100" w:type="dxa"/>
              <w:bottom w:w="50" w:type="dxa"/>
              <w:right w:w="100" w:type="dxa"/>
            </w:tcMar>
          </w:tcPr>
          <w:p w14:paraId="2FB53260" w14:textId="77777777" w:rsidR="002321DE" w:rsidRDefault="00B57BF7">
            <w:r>
              <w:rPr>
                <w:rFonts w:ascii="Calibri" w:eastAsia="Calibri" w:hAnsi="Calibri" w:cs="Calibri"/>
                <w:b/>
                <w:color w:val="1F3A5F"/>
                <w:sz w:val="20"/>
              </w:rPr>
              <w:t>3</w:t>
            </w:r>
          </w:p>
        </w:tc>
        <w:tc>
          <w:tcPr>
            <w:tcW w:w="3744" w:type="dxa"/>
            <w:tcMar>
              <w:top w:w="50" w:type="dxa"/>
              <w:left w:w="100" w:type="dxa"/>
              <w:bottom w:w="50" w:type="dxa"/>
              <w:right w:w="100" w:type="dxa"/>
            </w:tcMar>
          </w:tcPr>
          <w:p w14:paraId="555A637E" w14:textId="77777777" w:rsidR="002321DE" w:rsidRDefault="002321DE"/>
        </w:tc>
        <w:tc>
          <w:tcPr>
            <w:tcW w:w="5832" w:type="dxa"/>
            <w:tcMar>
              <w:top w:w="50" w:type="dxa"/>
              <w:left w:w="100" w:type="dxa"/>
              <w:bottom w:w="50" w:type="dxa"/>
              <w:right w:w="100" w:type="dxa"/>
            </w:tcMar>
          </w:tcPr>
          <w:p w14:paraId="07A7B1B8" w14:textId="77777777" w:rsidR="002321DE" w:rsidRDefault="002321DE"/>
        </w:tc>
      </w:tr>
    </w:tbl>
    <w:p w14:paraId="5033BC74"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807A9D" w14:paraId="4EEDE798" w14:textId="77777777">
        <w:tc>
          <w:tcPr>
            <w:tcW w:w="7632" w:type="dxa"/>
            <w:shd w:val="clear" w:color="auto" w:fill="1F3A5F"/>
            <w:tcMar>
              <w:top w:w="90" w:type="dxa"/>
              <w:left w:w="140" w:type="dxa"/>
              <w:bottom w:w="90" w:type="dxa"/>
              <w:right w:w="140" w:type="dxa"/>
            </w:tcMar>
            <w:vAlign w:val="center"/>
          </w:tcPr>
          <w:p w14:paraId="6BD19E3B" w14:textId="77777777" w:rsidR="00807A9D" w:rsidRDefault="00B57BF7">
            <w:r>
              <w:rPr>
                <w:rFonts w:ascii="Calibri" w:eastAsia="Calibri" w:hAnsi="Calibri" w:cs="Calibri"/>
                <w:b/>
                <w:color w:val="C8D6E5"/>
                <w:sz w:val="18"/>
              </w:rPr>
              <w:t>REASON  ·  STEP 17</w:t>
            </w:r>
          </w:p>
          <w:p w14:paraId="63B03372" w14:textId="77777777" w:rsidR="00807A9D" w:rsidRDefault="00B57BF7">
            <w:r>
              <w:rPr>
                <w:rFonts w:ascii="Calibri" w:eastAsia="Calibri" w:hAnsi="Calibri" w:cs="Calibri"/>
                <w:b/>
                <w:color w:val="FFFFFF"/>
                <w:sz w:val="33"/>
              </w:rPr>
              <w:t>How My Hero Moved Forward the Cause of Christ</w:t>
            </w:r>
          </w:p>
        </w:tc>
        <w:tc>
          <w:tcPr>
            <w:tcW w:w="2448" w:type="dxa"/>
            <w:shd w:val="clear" w:color="auto" w:fill="1F3A5F"/>
            <w:tcMar>
              <w:top w:w="90" w:type="dxa"/>
              <w:left w:w="140" w:type="dxa"/>
              <w:bottom w:w="90" w:type="dxa"/>
              <w:right w:w="140" w:type="dxa"/>
            </w:tcMar>
            <w:vAlign w:val="center"/>
          </w:tcPr>
          <w:p w14:paraId="79B2798C" w14:textId="77777777" w:rsidR="00807A9D" w:rsidRDefault="00B57BF7">
            <w:pPr>
              <w:jc w:val="right"/>
            </w:pPr>
            <w:r>
              <w:rPr>
                <w:rFonts w:ascii="Calibri" w:eastAsia="Calibri" w:hAnsi="Calibri" w:cs="Calibri"/>
                <w:color w:val="C8D6E5"/>
                <w:sz w:val="18"/>
              </w:rPr>
              <w:t>About 20–30 minutes</w:t>
            </w:r>
          </w:p>
        </w:tc>
      </w:tr>
    </w:tbl>
    <w:p w14:paraId="17DA961A" w14:textId="77777777" w:rsidR="00807A9D" w:rsidRDefault="00807A9D">
      <w:pPr>
        <w:spacing w:line="264" w:lineRule="auto"/>
      </w:pPr>
    </w:p>
    <w:p w14:paraId="37BD1BCB" w14:textId="77777777" w:rsidR="00807A9D" w:rsidRDefault="00B57BF7">
      <w:pPr>
        <w:spacing w:after="120" w:line="264" w:lineRule="auto"/>
      </w:pPr>
      <w:r>
        <w:rPr>
          <w:rFonts w:ascii="Calibri" w:eastAsia="Calibri" w:hAnsi="Calibri" w:cs="Calibri"/>
          <w:b/>
          <w:color w:val="1F3A5F"/>
        </w:rPr>
        <w:t xml:space="preserve">Goal: </w:t>
      </w:r>
      <w:r>
        <w:rPr>
          <w:rFonts w:eastAsia="Georgia" w:cs="Georgia"/>
          <w:color w:val="222222"/>
        </w:rPr>
        <w:t>Explain your hero's contribution to the Lord's work.</w:t>
      </w:r>
    </w:p>
    <w:p w14:paraId="6CE004FF" w14:textId="77777777" w:rsidR="00807A9D" w:rsidRDefault="00807A9D">
      <w:pPr>
        <w:spacing w:line="264" w:lineRule="auto"/>
      </w:pPr>
    </w:p>
    <w:p w14:paraId="692CAB10" w14:textId="77777777" w:rsidR="00807A9D"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807A9D" w14:paraId="369E7A69" w14:textId="77777777">
        <w:tc>
          <w:tcPr>
            <w:tcW w:w="504" w:type="dxa"/>
            <w:tcMar>
              <w:top w:w="20" w:type="dxa"/>
              <w:left w:w="20" w:type="dxa"/>
              <w:bottom w:w="20" w:type="dxa"/>
              <w:right w:w="20" w:type="dxa"/>
            </w:tcMar>
          </w:tcPr>
          <w:p w14:paraId="71AB6B63" w14:textId="77777777" w:rsidR="00807A9D"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5843A85A" w14:textId="77777777" w:rsidR="00807A9D" w:rsidRDefault="00B57BF7">
            <w:r>
              <w:rPr>
                <w:rFonts w:eastAsia="Georgia" w:cs="Georgia"/>
                <w:color w:val="222222"/>
                <w:sz w:val="21"/>
              </w:rPr>
              <w:t>Review your Hero Notes from Step 8 (Faith and Legacy).</w:t>
            </w:r>
          </w:p>
        </w:tc>
      </w:tr>
      <w:tr w:rsidR="00807A9D" w14:paraId="42EFA7C8" w14:textId="77777777">
        <w:tc>
          <w:tcPr>
            <w:tcW w:w="504" w:type="dxa"/>
            <w:tcMar>
              <w:top w:w="20" w:type="dxa"/>
              <w:left w:w="20" w:type="dxa"/>
              <w:bottom w:w="20" w:type="dxa"/>
              <w:right w:w="20" w:type="dxa"/>
            </w:tcMar>
          </w:tcPr>
          <w:p w14:paraId="78CACF54" w14:textId="77777777" w:rsidR="00807A9D"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1780CAC5" w14:textId="77777777" w:rsidR="00807A9D" w:rsidRDefault="00B57BF7">
            <w:r>
              <w:rPr>
                <w:rFonts w:eastAsia="Georgia" w:cs="Georgia"/>
                <w:color w:val="222222"/>
                <w:sz w:val="21"/>
              </w:rPr>
              <w:t>Plan your paragraph: your main idea, two examples, and the difference your hero made.</w:t>
            </w:r>
          </w:p>
        </w:tc>
      </w:tr>
      <w:tr w:rsidR="00807A9D" w14:paraId="54BA1D5C" w14:textId="77777777">
        <w:tc>
          <w:tcPr>
            <w:tcW w:w="504" w:type="dxa"/>
            <w:tcMar>
              <w:top w:w="20" w:type="dxa"/>
              <w:left w:w="20" w:type="dxa"/>
              <w:bottom w:w="20" w:type="dxa"/>
              <w:right w:w="20" w:type="dxa"/>
            </w:tcMar>
          </w:tcPr>
          <w:p w14:paraId="7F0470AE" w14:textId="77777777" w:rsidR="00807A9D" w:rsidRDefault="00B57BF7">
            <w:r>
              <w:rPr>
                <w:rFonts w:ascii="Calibri" w:eastAsia="Calibri" w:hAnsi="Calibri" w:cs="Calibri"/>
                <w:b/>
                <w:color w:val="1F3A5F"/>
                <w:sz w:val="21"/>
              </w:rPr>
              <w:t>3.</w:t>
            </w:r>
          </w:p>
        </w:tc>
        <w:tc>
          <w:tcPr>
            <w:tcW w:w="9576" w:type="dxa"/>
            <w:tcMar>
              <w:top w:w="20" w:type="dxa"/>
              <w:left w:w="40" w:type="dxa"/>
              <w:bottom w:w="20" w:type="dxa"/>
              <w:right w:w="40" w:type="dxa"/>
            </w:tcMar>
          </w:tcPr>
          <w:p w14:paraId="6863B8EC" w14:textId="77777777" w:rsidR="00807A9D" w:rsidRDefault="00B57BF7">
            <w:r>
              <w:rPr>
                <w:rFonts w:eastAsia="Georgia" w:cs="Georgia"/>
                <w:color w:val="222222"/>
                <w:sz w:val="21"/>
              </w:rPr>
              <w:t>Write one paragraph using your plan and the sentence starters.</w:t>
            </w:r>
          </w:p>
        </w:tc>
      </w:tr>
    </w:tbl>
    <w:p w14:paraId="03053448" w14:textId="77777777" w:rsidR="00807A9D" w:rsidRDefault="00807A9D">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807A9D" w14:paraId="72FD06C8" w14:textId="77777777">
        <w:tc>
          <w:tcPr>
            <w:tcW w:w="10080" w:type="dxa"/>
            <w:shd w:val="clear" w:color="auto" w:fill="FBF6EC"/>
            <w:tcMar>
              <w:top w:w="70" w:type="dxa"/>
              <w:left w:w="140" w:type="dxa"/>
              <w:bottom w:w="70" w:type="dxa"/>
              <w:right w:w="140" w:type="dxa"/>
            </w:tcMar>
          </w:tcPr>
          <w:p w14:paraId="79B36A2C" w14:textId="77777777" w:rsidR="00807A9D" w:rsidRDefault="00B57BF7">
            <w:r>
              <w:rPr>
                <w:rFonts w:ascii="Calibri" w:eastAsia="Calibri" w:hAnsi="Calibri" w:cs="Calibri"/>
                <w:b/>
                <w:color w:val="7A551C"/>
                <w:sz w:val="20"/>
              </w:rPr>
              <w:t xml:space="preserve">WHAT IS THE CAUSE OF CHRIST? </w:t>
            </w:r>
            <w:r>
              <w:rPr>
                <w:rFonts w:ascii="Calibri" w:eastAsia="Calibri" w:hAnsi="Calibri" w:cs="Calibri"/>
                <w:color w:val="3A2E1A"/>
                <w:sz w:val="20"/>
              </w:rPr>
              <w:t>The work of bringing people to Jesus Christ: living and teaching His truth, serving others as He did, standing for what is right, and helping others feel His love.</w:t>
            </w:r>
          </w:p>
        </w:tc>
      </w:tr>
    </w:tbl>
    <w:p w14:paraId="6FFA0D88" w14:textId="77777777" w:rsidR="00807A9D" w:rsidRDefault="00807A9D">
      <w:pPr>
        <w:spacing w:after="12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807A9D" w14:paraId="74EC4FDE" w14:textId="77777777">
        <w:tc>
          <w:tcPr>
            <w:tcW w:w="10080" w:type="dxa"/>
            <w:shd w:val="clear" w:color="auto" w:fill="FBF6EC"/>
            <w:tcMar>
              <w:top w:w="70" w:type="dxa"/>
              <w:left w:w="140" w:type="dxa"/>
              <w:bottom w:w="70" w:type="dxa"/>
              <w:right w:w="140" w:type="dxa"/>
            </w:tcMar>
          </w:tcPr>
          <w:p w14:paraId="66E60361" w14:textId="77777777" w:rsidR="00807A9D" w:rsidRDefault="00B57BF7">
            <w:r>
              <w:rPr>
                <w:rFonts w:ascii="Calibri" w:eastAsia="Calibri" w:hAnsi="Calibri" w:cs="Calibri"/>
                <w:b/>
                <w:color w:val="7A551C"/>
                <w:sz w:val="20"/>
              </w:rPr>
              <w:t>Sentence starters</w:t>
            </w:r>
          </w:p>
          <w:p w14:paraId="211C8C83" w14:textId="77777777" w:rsidR="00807A9D" w:rsidRDefault="00B57BF7">
            <w:pPr>
              <w:spacing w:after="20"/>
              <w:ind w:left="216"/>
            </w:pPr>
            <w:r>
              <w:rPr>
                <w:rFonts w:ascii="Calibri" w:eastAsia="Calibri" w:hAnsi="Calibri" w:cs="Calibri"/>
                <w:color w:val="3A2E1A"/>
                <w:sz w:val="20"/>
              </w:rPr>
              <w:t>•  My hero moved forward the Cause of Christ by…</w:t>
            </w:r>
          </w:p>
          <w:p w14:paraId="5F47431F" w14:textId="77777777" w:rsidR="00807A9D" w:rsidRDefault="00B57BF7">
            <w:pPr>
              <w:spacing w:after="20"/>
              <w:ind w:left="216"/>
            </w:pPr>
            <w:r>
              <w:rPr>
                <w:rFonts w:ascii="Calibri" w:eastAsia="Calibri" w:hAnsi="Calibri" w:cs="Calibri"/>
                <w:color w:val="3A2E1A"/>
                <w:sz w:val="20"/>
              </w:rPr>
              <w:t>•  For example, when my hero…</w:t>
            </w:r>
          </w:p>
          <w:p w14:paraId="4BE6EBAE" w14:textId="77777777" w:rsidR="00807A9D" w:rsidRDefault="00B57BF7">
            <w:pPr>
              <w:spacing w:after="20"/>
              <w:ind w:left="216"/>
            </w:pPr>
            <w:r>
              <w:rPr>
                <w:rFonts w:ascii="Calibri" w:eastAsia="Calibri" w:hAnsi="Calibri" w:cs="Calibri"/>
                <w:color w:val="3A2E1A"/>
                <w:sz w:val="20"/>
              </w:rPr>
              <w:t>•  Because of my hero's example, people today…</w:t>
            </w:r>
          </w:p>
        </w:tc>
      </w:tr>
    </w:tbl>
    <w:p w14:paraId="28C0F9CD" w14:textId="77777777" w:rsidR="00807A9D" w:rsidRDefault="00807A9D">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807A9D" w14:paraId="2D22BA11" w14:textId="77777777">
        <w:tc>
          <w:tcPr>
            <w:tcW w:w="10080" w:type="dxa"/>
            <w:shd w:val="clear" w:color="auto" w:fill="E8EEF5"/>
            <w:tcMar>
              <w:top w:w="50" w:type="dxa"/>
              <w:left w:w="120" w:type="dxa"/>
              <w:bottom w:w="50" w:type="dxa"/>
              <w:right w:w="120" w:type="dxa"/>
            </w:tcMar>
          </w:tcPr>
          <w:p w14:paraId="0E3BF495" w14:textId="77777777" w:rsidR="00807A9D" w:rsidRDefault="005B4569">
            <w:r>
              <w:rPr>
                <w:rFonts w:ascii="Calibri" w:eastAsia="Calibri" w:hAnsi="Calibri" w:cs="Calibri"/>
                <w:b/>
                <w:color w:val="1F3A5F"/>
                <w:sz w:val="23"/>
              </w:rPr>
              <w:t>How My Hero Moved Forward the Cause of Christ</w:t>
            </w:r>
          </w:p>
        </w:tc>
      </w:tr>
      <w:tr w:rsidR="00807A9D" w14:paraId="11798D79" w14:textId="77777777">
        <w:trPr>
          <w:trHeight w:val="475"/>
        </w:trPr>
        <w:tc>
          <w:tcPr>
            <w:tcW w:w="10080" w:type="dxa"/>
            <w:tcBorders>
              <w:bottom w:val="single" w:sz="4" w:space="0" w:color="C9D3DD"/>
            </w:tcBorders>
            <w:tcMar>
              <w:top w:w="0" w:type="dxa"/>
              <w:left w:w="120" w:type="dxa"/>
              <w:bottom w:w="0" w:type="dxa"/>
              <w:right w:w="120" w:type="dxa"/>
            </w:tcMar>
          </w:tcPr>
          <w:p w14:paraId="2848F206" w14:textId="77777777" w:rsidR="00807A9D" w:rsidRDefault="00807A9D"/>
        </w:tc>
      </w:tr>
      <w:tr w:rsidR="00807A9D" w14:paraId="34D02375" w14:textId="77777777">
        <w:trPr>
          <w:trHeight w:val="475"/>
        </w:trPr>
        <w:tc>
          <w:tcPr>
            <w:tcW w:w="10080" w:type="dxa"/>
            <w:tcBorders>
              <w:bottom w:val="single" w:sz="4" w:space="0" w:color="C9D3DD"/>
            </w:tcBorders>
            <w:tcMar>
              <w:top w:w="0" w:type="dxa"/>
              <w:left w:w="120" w:type="dxa"/>
              <w:bottom w:w="0" w:type="dxa"/>
              <w:right w:w="120" w:type="dxa"/>
            </w:tcMar>
          </w:tcPr>
          <w:p w14:paraId="7F3524C2" w14:textId="77777777" w:rsidR="00807A9D" w:rsidRDefault="00807A9D"/>
        </w:tc>
      </w:tr>
      <w:tr w:rsidR="005B4569" w14:paraId="35CF9832" w14:textId="77777777">
        <w:trPr>
          <w:trHeight w:val="475"/>
        </w:trPr>
        <w:tc>
          <w:tcPr>
            <w:tcW w:w="10080" w:type="dxa"/>
            <w:tcBorders>
              <w:bottom w:val="single" w:sz="4" w:space="0" w:color="C9D3DD"/>
            </w:tcBorders>
            <w:tcMar>
              <w:top w:w="0" w:type="dxa"/>
              <w:left w:w="120" w:type="dxa"/>
              <w:bottom w:w="0" w:type="dxa"/>
              <w:right w:w="120" w:type="dxa"/>
            </w:tcMar>
          </w:tcPr>
          <w:p w14:paraId="2FED1872" w14:textId="77777777" w:rsidR="005B4569" w:rsidRDefault="005B4569"/>
        </w:tc>
      </w:tr>
      <w:tr w:rsidR="005B4569" w14:paraId="5D8FB7E2" w14:textId="77777777">
        <w:trPr>
          <w:trHeight w:val="475"/>
        </w:trPr>
        <w:tc>
          <w:tcPr>
            <w:tcW w:w="10080" w:type="dxa"/>
            <w:tcBorders>
              <w:bottom w:val="single" w:sz="4" w:space="0" w:color="C9D3DD"/>
            </w:tcBorders>
            <w:tcMar>
              <w:top w:w="0" w:type="dxa"/>
              <w:left w:w="120" w:type="dxa"/>
              <w:bottom w:w="0" w:type="dxa"/>
              <w:right w:w="120" w:type="dxa"/>
            </w:tcMar>
          </w:tcPr>
          <w:p w14:paraId="780E7447" w14:textId="77777777" w:rsidR="005B4569" w:rsidRDefault="005B4569"/>
        </w:tc>
      </w:tr>
      <w:tr w:rsidR="005B4569" w14:paraId="077DE89A" w14:textId="77777777">
        <w:trPr>
          <w:trHeight w:val="475"/>
        </w:trPr>
        <w:tc>
          <w:tcPr>
            <w:tcW w:w="10080" w:type="dxa"/>
            <w:tcBorders>
              <w:bottom w:val="single" w:sz="4" w:space="0" w:color="C9D3DD"/>
            </w:tcBorders>
            <w:tcMar>
              <w:top w:w="0" w:type="dxa"/>
              <w:left w:w="120" w:type="dxa"/>
              <w:bottom w:w="0" w:type="dxa"/>
              <w:right w:w="120" w:type="dxa"/>
            </w:tcMar>
          </w:tcPr>
          <w:p w14:paraId="6D8E4F1C" w14:textId="77777777" w:rsidR="005B4569" w:rsidRDefault="005B4569"/>
        </w:tc>
      </w:tr>
      <w:tr w:rsidR="005B4569" w14:paraId="32794E8C" w14:textId="77777777">
        <w:trPr>
          <w:trHeight w:val="475"/>
        </w:trPr>
        <w:tc>
          <w:tcPr>
            <w:tcW w:w="10080" w:type="dxa"/>
            <w:tcBorders>
              <w:bottom w:val="single" w:sz="4" w:space="0" w:color="C9D3DD"/>
            </w:tcBorders>
            <w:tcMar>
              <w:top w:w="0" w:type="dxa"/>
              <w:left w:w="120" w:type="dxa"/>
              <w:bottom w:w="0" w:type="dxa"/>
              <w:right w:w="120" w:type="dxa"/>
            </w:tcMar>
          </w:tcPr>
          <w:p w14:paraId="0450FFFD" w14:textId="77777777" w:rsidR="005B4569" w:rsidRDefault="005B4569"/>
        </w:tc>
      </w:tr>
      <w:tr w:rsidR="005B4569" w14:paraId="5E6A5EF0" w14:textId="77777777">
        <w:trPr>
          <w:trHeight w:val="475"/>
        </w:trPr>
        <w:tc>
          <w:tcPr>
            <w:tcW w:w="10080" w:type="dxa"/>
            <w:tcBorders>
              <w:bottom w:val="single" w:sz="4" w:space="0" w:color="C9D3DD"/>
            </w:tcBorders>
            <w:tcMar>
              <w:top w:w="0" w:type="dxa"/>
              <w:left w:w="120" w:type="dxa"/>
              <w:bottom w:w="0" w:type="dxa"/>
              <w:right w:w="120" w:type="dxa"/>
            </w:tcMar>
          </w:tcPr>
          <w:p w14:paraId="72C72F31" w14:textId="77777777" w:rsidR="005B4569" w:rsidRDefault="005B4569"/>
        </w:tc>
      </w:tr>
      <w:tr w:rsidR="005B4569" w14:paraId="08D8B544" w14:textId="77777777">
        <w:trPr>
          <w:trHeight w:val="475"/>
        </w:trPr>
        <w:tc>
          <w:tcPr>
            <w:tcW w:w="10080" w:type="dxa"/>
            <w:tcBorders>
              <w:bottom w:val="single" w:sz="4" w:space="0" w:color="C9D3DD"/>
            </w:tcBorders>
            <w:tcMar>
              <w:top w:w="0" w:type="dxa"/>
              <w:left w:w="120" w:type="dxa"/>
              <w:bottom w:w="0" w:type="dxa"/>
              <w:right w:w="120" w:type="dxa"/>
            </w:tcMar>
          </w:tcPr>
          <w:p w14:paraId="31C90BDC" w14:textId="77777777" w:rsidR="005B4569" w:rsidRDefault="005B4569"/>
        </w:tc>
      </w:tr>
      <w:tr w:rsidR="00807A9D" w14:paraId="53BB9F1B" w14:textId="77777777">
        <w:trPr>
          <w:trHeight w:val="475"/>
        </w:trPr>
        <w:tc>
          <w:tcPr>
            <w:tcW w:w="10080" w:type="dxa"/>
            <w:tcBorders>
              <w:bottom w:val="single" w:sz="4" w:space="0" w:color="C9D3DD"/>
            </w:tcBorders>
            <w:tcMar>
              <w:top w:w="0" w:type="dxa"/>
              <w:left w:w="120" w:type="dxa"/>
              <w:bottom w:w="0" w:type="dxa"/>
              <w:right w:w="120" w:type="dxa"/>
            </w:tcMar>
          </w:tcPr>
          <w:p w14:paraId="7CAEA9F9" w14:textId="77777777" w:rsidR="00807A9D" w:rsidRDefault="00807A9D"/>
        </w:tc>
      </w:tr>
      <w:tr w:rsidR="00807A9D" w14:paraId="56A07279" w14:textId="77777777">
        <w:trPr>
          <w:trHeight w:val="475"/>
        </w:trPr>
        <w:tc>
          <w:tcPr>
            <w:tcW w:w="10080" w:type="dxa"/>
            <w:tcBorders>
              <w:bottom w:val="single" w:sz="4" w:space="0" w:color="C9D3DD"/>
            </w:tcBorders>
            <w:tcMar>
              <w:top w:w="0" w:type="dxa"/>
              <w:left w:w="120" w:type="dxa"/>
              <w:bottom w:w="0" w:type="dxa"/>
              <w:right w:w="120" w:type="dxa"/>
            </w:tcMar>
          </w:tcPr>
          <w:p w14:paraId="5FD3ACFE" w14:textId="77777777" w:rsidR="00807A9D" w:rsidRDefault="00807A9D"/>
        </w:tc>
      </w:tr>
      <w:tr w:rsidR="00807A9D" w14:paraId="192D629B" w14:textId="77777777">
        <w:trPr>
          <w:trHeight w:val="475"/>
        </w:trPr>
        <w:tc>
          <w:tcPr>
            <w:tcW w:w="10080" w:type="dxa"/>
            <w:tcBorders>
              <w:bottom w:val="single" w:sz="4" w:space="0" w:color="C9D3DD"/>
            </w:tcBorders>
            <w:tcMar>
              <w:top w:w="0" w:type="dxa"/>
              <w:left w:w="120" w:type="dxa"/>
              <w:bottom w:w="0" w:type="dxa"/>
              <w:right w:w="120" w:type="dxa"/>
            </w:tcMar>
          </w:tcPr>
          <w:p w14:paraId="645482DE" w14:textId="77777777" w:rsidR="00807A9D" w:rsidRDefault="00807A9D"/>
        </w:tc>
      </w:tr>
      <w:tr w:rsidR="005B4569" w14:paraId="32282742" w14:textId="77777777">
        <w:trPr>
          <w:trHeight w:val="475"/>
        </w:trPr>
        <w:tc>
          <w:tcPr>
            <w:tcW w:w="10080" w:type="dxa"/>
            <w:tcMar>
              <w:top w:w="0" w:type="dxa"/>
              <w:left w:w="120" w:type="dxa"/>
              <w:bottom w:w="0" w:type="dxa"/>
              <w:right w:w="120" w:type="dxa"/>
            </w:tcMar>
          </w:tcPr>
          <w:p w14:paraId="7D2C939F" w14:textId="77777777" w:rsidR="005B4569" w:rsidRDefault="005B4569"/>
        </w:tc>
      </w:tr>
    </w:tbl>
    <w:p w14:paraId="4976E96A"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807A9D" w14:paraId="41BE1326" w14:textId="77777777">
        <w:tc>
          <w:tcPr>
            <w:tcW w:w="7632" w:type="dxa"/>
            <w:shd w:val="clear" w:color="auto" w:fill="1F3A5F"/>
            <w:tcMar>
              <w:top w:w="90" w:type="dxa"/>
              <w:left w:w="140" w:type="dxa"/>
              <w:bottom w:w="90" w:type="dxa"/>
              <w:right w:w="140" w:type="dxa"/>
            </w:tcMar>
            <w:vAlign w:val="center"/>
          </w:tcPr>
          <w:p w14:paraId="71E56A8F" w14:textId="77777777" w:rsidR="00807A9D" w:rsidRDefault="00B57BF7">
            <w:r>
              <w:rPr>
                <w:rFonts w:ascii="Calibri" w:eastAsia="Calibri" w:hAnsi="Calibri" w:cs="Calibri"/>
                <w:b/>
                <w:color w:val="C8D6E5"/>
                <w:sz w:val="18"/>
              </w:rPr>
              <w:t>RELATE  ·  STEP 18</w:t>
            </w:r>
          </w:p>
          <w:p w14:paraId="0935F51A" w14:textId="77777777" w:rsidR="00807A9D" w:rsidRDefault="00B57BF7">
            <w:r>
              <w:rPr>
                <w:rFonts w:ascii="Calibri" w:eastAsia="Calibri" w:hAnsi="Calibri" w:cs="Calibri"/>
                <w:b/>
                <w:color w:val="FFFFFF"/>
                <w:sz w:val="40"/>
              </w:rPr>
              <w:t>Favorite Quotes, Part 1</w:t>
            </w:r>
          </w:p>
        </w:tc>
        <w:tc>
          <w:tcPr>
            <w:tcW w:w="2448" w:type="dxa"/>
            <w:shd w:val="clear" w:color="auto" w:fill="1F3A5F"/>
            <w:tcMar>
              <w:top w:w="90" w:type="dxa"/>
              <w:left w:w="140" w:type="dxa"/>
              <w:bottom w:w="90" w:type="dxa"/>
              <w:right w:w="140" w:type="dxa"/>
            </w:tcMar>
            <w:vAlign w:val="center"/>
          </w:tcPr>
          <w:p w14:paraId="76089160" w14:textId="77777777" w:rsidR="00807A9D" w:rsidRDefault="00B57BF7">
            <w:pPr>
              <w:jc w:val="right"/>
            </w:pPr>
            <w:r>
              <w:rPr>
                <w:rFonts w:ascii="Calibri" w:eastAsia="Calibri" w:hAnsi="Calibri" w:cs="Calibri"/>
                <w:color w:val="C8D6E5"/>
                <w:sz w:val="18"/>
              </w:rPr>
              <w:t>About 20–30 minutes</w:t>
            </w:r>
          </w:p>
        </w:tc>
      </w:tr>
    </w:tbl>
    <w:p w14:paraId="33F17BA3" w14:textId="77777777" w:rsidR="00807A9D" w:rsidRDefault="00807A9D">
      <w:pPr>
        <w:spacing w:line="264" w:lineRule="auto"/>
      </w:pPr>
    </w:p>
    <w:p w14:paraId="5220E618" w14:textId="77777777" w:rsidR="00807A9D" w:rsidRDefault="00B57BF7">
      <w:pPr>
        <w:spacing w:after="120" w:line="264" w:lineRule="auto"/>
      </w:pPr>
      <w:r>
        <w:rPr>
          <w:rFonts w:ascii="Calibri" w:eastAsia="Calibri" w:hAnsi="Calibri" w:cs="Calibri"/>
          <w:b/>
          <w:color w:val="1F3A5F"/>
        </w:rPr>
        <w:t xml:space="preserve">Goal: </w:t>
      </w:r>
      <w:r>
        <w:rPr>
          <w:rFonts w:eastAsia="Georgia" w:cs="Georgia"/>
          <w:color w:val="222222"/>
        </w:rPr>
        <w:t>Find words from or about your hero that speak to you.</w:t>
      </w:r>
    </w:p>
    <w:p w14:paraId="5328044E" w14:textId="77777777" w:rsidR="00807A9D" w:rsidRDefault="00807A9D">
      <w:pPr>
        <w:spacing w:line="264" w:lineRule="auto"/>
      </w:pPr>
    </w:p>
    <w:p w14:paraId="4139F928" w14:textId="77777777" w:rsidR="00807A9D"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807A9D" w14:paraId="29005CE5" w14:textId="77777777">
        <w:tc>
          <w:tcPr>
            <w:tcW w:w="504" w:type="dxa"/>
            <w:tcMar>
              <w:top w:w="20" w:type="dxa"/>
              <w:left w:w="20" w:type="dxa"/>
              <w:bottom w:w="20" w:type="dxa"/>
              <w:right w:w="20" w:type="dxa"/>
            </w:tcMar>
          </w:tcPr>
          <w:p w14:paraId="68183EAF" w14:textId="77777777" w:rsidR="00807A9D"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0529A089" w14:textId="77777777" w:rsidR="00807A9D" w:rsidRDefault="00B57BF7">
            <w:r>
              <w:rPr>
                <w:rFonts w:eastAsia="Georgia" w:cs="Georgia"/>
                <w:color w:val="222222"/>
                <w:sz w:val="21"/>
              </w:rPr>
              <w:t>Look through your Hero Notes and sources for quotes by or about your hero.</w:t>
            </w:r>
          </w:p>
        </w:tc>
      </w:tr>
      <w:tr w:rsidR="00807A9D" w14:paraId="5BF4204A" w14:textId="77777777">
        <w:tc>
          <w:tcPr>
            <w:tcW w:w="504" w:type="dxa"/>
            <w:tcMar>
              <w:top w:w="20" w:type="dxa"/>
              <w:left w:w="20" w:type="dxa"/>
              <w:bottom w:w="20" w:type="dxa"/>
              <w:right w:w="20" w:type="dxa"/>
            </w:tcMar>
          </w:tcPr>
          <w:p w14:paraId="0DF88EB7" w14:textId="77777777" w:rsidR="00807A9D"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1387CDF0" w14:textId="77777777" w:rsidR="00807A9D" w:rsidRDefault="00B57BF7">
            <w:r>
              <w:rPr>
                <w:rFonts w:eastAsia="Georgia" w:cs="Georgia"/>
                <w:color w:val="222222"/>
                <w:sz w:val="21"/>
              </w:rPr>
              <w:t xml:space="preserve">Choose </w:t>
            </w:r>
            <w:r w:rsidR="005B4569">
              <w:rPr>
                <w:rFonts w:eastAsia="Georgia" w:cs="Georgia"/>
                <w:color w:val="222222"/>
                <w:sz w:val="21"/>
              </w:rPr>
              <w:t>two</w:t>
            </w:r>
            <w:r>
              <w:rPr>
                <w:rFonts w:eastAsia="Georgia" w:cs="Georgia"/>
                <w:color w:val="222222"/>
                <w:sz w:val="21"/>
              </w:rPr>
              <w:t xml:space="preserve"> quotes that inspire you. Record each quote, who said it, and the source.</w:t>
            </w:r>
          </w:p>
        </w:tc>
      </w:tr>
    </w:tbl>
    <w:p w14:paraId="3F87A840" w14:textId="77777777" w:rsidR="00807A9D" w:rsidRDefault="00807A9D">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807A9D" w14:paraId="2682A4CC" w14:textId="77777777">
        <w:tc>
          <w:tcPr>
            <w:tcW w:w="10080" w:type="dxa"/>
            <w:shd w:val="clear" w:color="auto" w:fill="FBF6EC"/>
            <w:tcMar>
              <w:top w:w="70" w:type="dxa"/>
              <w:left w:w="140" w:type="dxa"/>
              <w:bottom w:w="70" w:type="dxa"/>
              <w:right w:w="140" w:type="dxa"/>
            </w:tcMar>
          </w:tcPr>
          <w:p w14:paraId="524E7245" w14:textId="77777777" w:rsidR="00807A9D" w:rsidRDefault="00B57BF7">
            <w:r>
              <w:rPr>
                <w:rFonts w:ascii="Calibri" w:eastAsia="Calibri" w:hAnsi="Calibri" w:cs="Calibri"/>
                <w:b/>
                <w:color w:val="7A551C"/>
                <w:sz w:val="20"/>
              </w:rPr>
              <w:t xml:space="preserve">TIP: </w:t>
            </w:r>
            <w:r>
              <w:rPr>
                <w:rFonts w:ascii="Calibri" w:eastAsia="Calibri" w:hAnsi="Calibri" w:cs="Calibri"/>
                <w:color w:val="3A2E1A"/>
                <w:sz w:val="20"/>
              </w:rPr>
              <w:t>Choose quotes that touch your heart or teach a truth. Your favorite may become your memorization in Step 24.</w:t>
            </w:r>
          </w:p>
        </w:tc>
      </w:tr>
    </w:tbl>
    <w:p w14:paraId="7CF8F6E1" w14:textId="77777777" w:rsidR="00807A9D" w:rsidRDefault="00807A9D">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584"/>
        <w:gridCol w:w="3456"/>
        <w:gridCol w:w="1584"/>
        <w:gridCol w:w="3456"/>
      </w:tblGrid>
      <w:tr w:rsidR="00807A9D" w14:paraId="6050DCF8" w14:textId="77777777">
        <w:tc>
          <w:tcPr>
            <w:tcW w:w="10080" w:type="dxa"/>
            <w:gridSpan w:val="4"/>
            <w:shd w:val="clear" w:color="auto" w:fill="E8EEF5"/>
            <w:tcMar>
              <w:top w:w="50" w:type="dxa"/>
              <w:left w:w="120" w:type="dxa"/>
              <w:bottom w:w="50" w:type="dxa"/>
              <w:right w:w="120" w:type="dxa"/>
            </w:tcMar>
          </w:tcPr>
          <w:p w14:paraId="76240E98" w14:textId="77777777" w:rsidR="00807A9D" w:rsidRDefault="00B57BF7">
            <w:r>
              <w:rPr>
                <w:rFonts w:ascii="Calibri" w:eastAsia="Calibri" w:hAnsi="Calibri" w:cs="Calibri"/>
                <w:b/>
                <w:color w:val="1F3A5F"/>
                <w:sz w:val="23"/>
              </w:rPr>
              <w:t>My Three Favorite Quotes</w:t>
            </w:r>
          </w:p>
        </w:tc>
      </w:tr>
      <w:tr w:rsidR="00807A9D" w14:paraId="4F3E7762" w14:textId="77777777" w:rsidTr="005B4569">
        <w:trPr>
          <w:trHeight w:val="2257"/>
        </w:trPr>
        <w:tc>
          <w:tcPr>
            <w:tcW w:w="1584" w:type="dxa"/>
            <w:shd w:val="clear" w:color="auto" w:fill="F4F7FA"/>
            <w:tcMar>
              <w:top w:w="50" w:type="dxa"/>
              <w:left w:w="100" w:type="dxa"/>
              <w:bottom w:w="50" w:type="dxa"/>
              <w:right w:w="80" w:type="dxa"/>
            </w:tcMar>
          </w:tcPr>
          <w:p w14:paraId="193A0AC3" w14:textId="77777777" w:rsidR="00807A9D" w:rsidRDefault="00B57BF7">
            <w:r>
              <w:rPr>
                <w:rFonts w:ascii="Calibri" w:eastAsia="Calibri" w:hAnsi="Calibri" w:cs="Calibri"/>
                <w:b/>
                <w:color w:val="1F3A5F"/>
                <w:sz w:val="20"/>
              </w:rPr>
              <w:t>Quote 1:</w:t>
            </w:r>
          </w:p>
        </w:tc>
        <w:tc>
          <w:tcPr>
            <w:tcW w:w="8496" w:type="dxa"/>
            <w:gridSpan w:val="3"/>
            <w:tcMar>
              <w:top w:w="50" w:type="dxa"/>
              <w:left w:w="100" w:type="dxa"/>
              <w:bottom w:w="50" w:type="dxa"/>
              <w:right w:w="100" w:type="dxa"/>
            </w:tcMar>
          </w:tcPr>
          <w:p w14:paraId="62BB8732" w14:textId="77777777" w:rsidR="00807A9D" w:rsidRDefault="00807A9D"/>
        </w:tc>
      </w:tr>
      <w:tr w:rsidR="00807A9D" w14:paraId="03276F7D" w14:textId="77777777">
        <w:trPr>
          <w:trHeight w:val="518"/>
        </w:trPr>
        <w:tc>
          <w:tcPr>
            <w:tcW w:w="1584" w:type="dxa"/>
            <w:shd w:val="clear" w:color="auto" w:fill="F4F7FA"/>
            <w:tcMar>
              <w:top w:w="50" w:type="dxa"/>
              <w:left w:w="100" w:type="dxa"/>
              <w:bottom w:w="50" w:type="dxa"/>
              <w:right w:w="80" w:type="dxa"/>
            </w:tcMar>
          </w:tcPr>
          <w:p w14:paraId="2A76CBDC" w14:textId="77777777" w:rsidR="00807A9D" w:rsidRDefault="00B57BF7">
            <w:r>
              <w:rPr>
                <w:rFonts w:ascii="Calibri" w:eastAsia="Calibri" w:hAnsi="Calibri" w:cs="Calibri"/>
                <w:b/>
                <w:color w:val="1F3A5F"/>
                <w:sz w:val="20"/>
              </w:rPr>
              <w:t>Said by:</w:t>
            </w:r>
          </w:p>
        </w:tc>
        <w:tc>
          <w:tcPr>
            <w:tcW w:w="3456" w:type="dxa"/>
            <w:tcMar>
              <w:top w:w="50" w:type="dxa"/>
              <w:left w:w="100" w:type="dxa"/>
              <w:bottom w:w="50" w:type="dxa"/>
              <w:right w:w="100" w:type="dxa"/>
            </w:tcMar>
          </w:tcPr>
          <w:p w14:paraId="2A7787EC" w14:textId="77777777" w:rsidR="00807A9D" w:rsidRDefault="00807A9D"/>
        </w:tc>
        <w:tc>
          <w:tcPr>
            <w:tcW w:w="1584" w:type="dxa"/>
            <w:shd w:val="clear" w:color="auto" w:fill="F4F7FA"/>
            <w:tcMar>
              <w:top w:w="50" w:type="dxa"/>
              <w:left w:w="100" w:type="dxa"/>
              <w:bottom w:w="50" w:type="dxa"/>
              <w:right w:w="80" w:type="dxa"/>
            </w:tcMar>
          </w:tcPr>
          <w:p w14:paraId="46A629C6" w14:textId="77777777" w:rsidR="00807A9D" w:rsidRDefault="00B57BF7">
            <w:r>
              <w:rPr>
                <w:rFonts w:ascii="Calibri" w:eastAsia="Calibri" w:hAnsi="Calibri" w:cs="Calibri"/>
                <w:b/>
                <w:color w:val="1F3A5F"/>
                <w:sz w:val="20"/>
              </w:rPr>
              <w:t>Source:</w:t>
            </w:r>
          </w:p>
        </w:tc>
        <w:tc>
          <w:tcPr>
            <w:tcW w:w="3456" w:type="dxa"/>
            <w:tcMar>
              <w:top w:w="50" w:type="dxa"/>
              <w:left w:w="100" w:type="dxa"/>
              <w:bottom w:w="50" w:type="dxa"/>
              <w:right w:w="100" w:type="dxa"/>
            </w:tcMar>
          </w:tcPr>
          <w:p w14:paraId="6F9D5DE1" w14:textId="77777777" w:rsidR="00807A9D" w:rsidRDefault="00807A9D"/>
        </w:tc>
      </w:tr>
      <w:tr w:rsidR="00807A9D" w14:paraId="54DD2011" w14:textId="77777777" w:rsidTr="005B4569">
        <w:trPr>
          <w:trHeight w:val="2140"/>
        </w:trPr>
        <w:tc>
          <w:tcPr>
            <w:tcW w:w="1584" w:type="dxa"/>
            <w:shd w:val="clear" w:color="auto" w:fill="F4F7FA"/>
            <w:tcMar>
              <w:top w:w="50" w:type="dxa"/>
              <w:left w:w="100" w:type="dxa"/>
              <w:bottom w:w="50" w:type="dxa"/>
              <w:right w:w="80" w:type="dxa"/>
            </w:tcMar>
          </w:tcPr>
          <w:p w14:paraId="1AECAD5C" w14:textId="77777777" w:rsidR="00807A9D" w:rsidRDefault="00B57BF7">
            <w:r>
              <w:rPr>
                <w:rFonts w:ascii="Calibri" w:eastAsia="Calibri" w:hAnsi="Calibri" w:cs="Calibri"/>
                <w:b/>
                <w:color w:val="1F3A5F"/>
                <w:sz w:val="20"/>
              </w:rPr>
              <w:t>Quote 2:</w:t>
            </w:r>
          </w:p>
        </w:tc>
        <w:tc>
          <w:tcPr>
            <w:tcW w:w="8496" w:type="dxa"/>
            <w:gridSpan w:val="3"/>
            <w:tcMar>
              <w:top w:w="50" w:type="dxa"/>
              <w:left w:w="100" w:type="dxa"/>
              <w:bottom w:w="50" w:type="dxa"/>
              <w:right w:w="100" w:type="dxa"/>
            </w:tcMar>
          </w:tcPr>
          <w:p w14:paraId="04C35694" w14:textId="77777777" w:rsidR="00807A9D" w:rsidRDefault="00807A9D"/>
        </w:tc>
      </w:tr>
      <w:tr w:rsidR="00807A9D" w14:paraId="678F293E" w14:textId="77777777">
        <w:trPr>
          <w:trHeight w:val="518"/>
        </w:trPr>
        <w:tc>
          <w:tcPr>
            <w:tcW w:w="1584" w:type="dxa"/>
            <w:shd w:val="clear" w:color="auto" w:fill="F4F7FA"/>
            <w:tcMar>
              <w:top w:w="50" w:type="dxa"/>
              <w:left w:w="100" w:type="dxa"/>
              <w:bottom w:w="50" w:type="dxa"/>
              <w:right w:w="80" w:type="dxa"/>
            </w:tcMar>
          </w:tcPr>
          <w:p w14:paraId="4223FDC6" w14:textId="77777777" w:rsidR="00807A9D" w:rsidRDefault="00B57BF7">
            <w:r>
              <w:rPr>
                <w:rFonts w:ascii="Calibri" w:eastAsia="Calibri" w:hAnsi="Calibri" w:cs="Calibri"/>
                <w:b/>
                <w:color w:val="1F3A5F"/>
                <w:sz w:val="20"/>
              </w:rPr>
              <w:t>Said by:</w:t>
            </w:r>
          </w:p>
        </w:tc>
        <w:tc>
          <w:tcPr>
            <w:tcW w:w="3456" w:type="dxa"/>
            <w:tcMar>
              <w:top w:w="50" w:type="dxa"/>
              <w:left w:w="100" w:type="dxa"/>
              <w:bottom w:w="50" w:type="dxa"/>
              <w:right w:w="100" w:type="dxa"/>
            </w:tcMar>
          </w:tcPr>
          <w:p w14:paraId="79CB6759" w14:textId="77777777" w:rsidR="00807A9D" w:rsidRDefault="00807A9D"/>
        </w:tc>
        <w:tc>
          <w:tcPr>
            <w:tcW w:w="1584" w:type="dxa"/>
            <w:shd w:val="clear" w:color="auto" w:fill="F4F7FA"/>
            <w:tcMar>
              <w:top w:w="50" w:type="dxa"/>
              <w:left w:w="100" w:type="dxa"/>
              <w:bottom w:w="50" w:type="dxa"/>
              <w:right w:w="80" w:type="dxa"/>
            </w:tcMar>
          </w:tcPr>
          <w:p w14:paraId="0B48BA0C" w14:textId="77777777" w:rsidR="00807A9D" w:rsidRDefault="00B57BF7">
            <w:r>
              <w:rPr>
                <w:rFonts w:ascii="Calibri" w:eastAsia="Calibri" w:hAnsi="Calibri" w:cs="Calibri"/>
                <w:b/>
                <w:color w:val="1F3A5F"/>
                <w:sz w:val="20"/>
              </w:rPr>
              <w:t>Source:</w:t>
            </w:r>
          </w:p>
        </w:tc>
        <w:tc>
          <w:tcPr>
            <w:tcW w:w="3456" w:type="dxa"/>
            <w:tcMar>
              <w:top w:w="50" w:type="dxa"/>
              <w:left w:w="100" w:type="dxa"/>
              <w:bottom w:w="50" w:type="dxa"/>
              <w:right w:w="100" w:type="dxa"/>
            </w:tcMar>
          </w:tcPr>
          <w:p w14:paraId="00160374" w14:textId="77777777" w:rsidR="00807A9D" w:rsidRDefault="00807A9D"/>
        </w:tc>
      </w:tr>
    </w:tbl>
    <w:p w14:paraId="7A2E20E3"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807A9D" w14:paraId="71578D64" w14:textId="77777777">
        <w:tc>
          <w:tcPr>
            <w:tcW w:w="7632" w:type="dxa"/>
            <w:shd w:val="clear" w:color="auto" w:fill="1F3A5F"/>
            <w:tcMar>
              <w:top w:w="90" w:type="dxa"/>
              <w:left w:w="140" w:type="dxa"/>
              <w:bottom w:w="90" w:type="dxa"/>
              <w:right w:w="140" w:type="dxa"/>
            </w:tcMar>
            <w:vAlign w:val="center"/>
          </w:tcPr>
          <w:p w14:paraId="56B0AB7C" w14:textId="77777777" w:rsidR="00807A9D" w:rsidRDefault="00B57BF7">
            <w:r>
              <w:rPr>
                <w:rFonts w:ascii="Calibri" w:eastAsia="Calibri" w:hAnsi="Calibri" w:cs="Calibri"/>
                <w:b/>
                <w:color w:val="C8D6E5"/>
                <w:sz w:val="18"/>
              </w:rPr>
              <w:t>RELATE  ·  STEP 19</w:t>
            </w:r>
          </w:p>
          <w:p w14:paraId="52AF9A06" w14:textId="77777777" w:rsidR="00807A9D" w:rsidRDefault="00B57BF7">
            <w:r>
              <w:rPr>
                <w:rFonts w:ascii="Calibri" w:eastAsia="Calibri" w:hAnsi="Calibri" w:cs="Calibri"/>
                <w:b/>
                <w:color w:val="FFFFFF"/>
                <w:sz w:val="40"/>
              </w:rPr>
              <w:t>Favorite Quotes, Part 2</w:t>
            </w:r>
          </w:p>
        </w:tc>
        <w:tc>
          <w:tcPr>
            <w:tcW w:w="2448" w:type="dxa"/>
            <w:shd w:val="clear" w:color="auto" w:fill="1F3A5F"/>
            <w:tcMar>
              <w:top w:w="90" w:type="dxa"/>
              <w:left w:w="140" w:type="dxa"/>
              <w:bottom w:w="90" w:type="dxa"/>
              <w:right w:w="140" w:type="dxa"/>
            </w:tcMar>
            <w:vAlign w:val="center"/>
          </w:tcPr>
          <w:p w14:paraId="35B4BA30" w14:textId="77777777" w:rsidR="00807A9D" w:rsidRDefault="00B57BF7">
            <w:pPr>
              <w:jc w:val="right"/>
            </w:pPr>
            <w:r>
              <w:rPr>
                <w:rFonts w:ascii="Calibri" w:eastAsia="Calibri" w:hAnsi="Calibri" w:cs="Calibri"/>
                <w:color w:val="C8D6E5"/>
                <w:sz w:val="18"/>
              </w:rPr>
              <w:t>About 20–30 minutes</w:t>
            </w:r>
          </w:p>
        </w:tc>
      </w:tr>
    </w:tbl>
    <w:p w14:paraId="46D819E2" w14:textId="77777777" w:rsidR="00807A9D" w:rsidRDefault="00807A9D">
      <w:pPr>
        <w:spacing w:line="264" w:lineRule="auto"/>
      </w:pPr>
    </w:p>
    <w:p w14:paraId="6B65C3CC" w14:textId="77777777" w:rsidR="00807A9D" w:rsidRDefault="00B57BF7">
      <w:pPr>
        <w:spacing w:after="120" w:line="264" w:lineRule="auto"/>
      </w:pPr>
      <w:r>
        <w:rPr>
          <w:rFonts w:ascii="Calibri" w:eastAsia="Calibri" w:hAnsi="Calibri" w:cs="Calibri"/>
          <w:b/>
          <w:color w:val="1F3A5F"/>
        </w:rPr>
        <w:t xml:space="preserve">Goal: </w:t>
      </w:r>
      <w:r>
        <w:rPr>
          <w:rFonts w:eastAsia="Georgia" w:cs="Georgia"/>
          <w:color w:val="222222"/>
        </w:rPr>
        <w:t>Finish reflecting on your favorite quotes.</w:t>
      </w:r>
    </w:p>
    <w:p w14:paraId="3A155B00" w14:textId="77777777" w:rsidR="00807A9D" w:rsidRDefault="00807A9D">
      <w:pPr>
        <w:spacing w:line="264" w:lineRule="auto"/>
      </w:pPr>
    </w:p>
    <w:p w14:paraId="6050EC6F" w14:textId="77777777" w:rsidR="00807A9D"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807A9D" w14:paraId="092DC989" w14:textId="77777777">
        <w:tc>
          <w:tcPr>
            <w:tcW w:w="504" w:type="dxa"/>
            <w:tcMar>
              <w:top w:w="20" w:type="dxa"/>
              <w:left w:w="20" w:type="dxa"/>
              <w:bottom w:w="20" w:type="dxa"/>
              <w:right w:w="20" w:type="dxa"/>
            </w:tcMar>
          </w:tcPr>
          <w:p w14:paraId="1B8B4B92" w14:textId="77777777" w:rsidR="00807A9D"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49DEF36F" w14:textId="77777777" w:rsidR="00807A9D" w:rsidRDefault="00B57BF7">
            <w:r>
              <w:rPr>
                <w:rFonts w:eastAsia="Georgia" w:cs="Georgia"/>
                <w:color w:val="222222"/>
                <w:sz w:val="21"/>
              </w:rPr>
              <w:t xml:space="preserve">Copy Quote </w:t>
            </w:r>
            <w:r w:rsidR="005B4569">
              <w:rPr>
                <w:rFonts w:eastAsia="Georgia" w:cs="Georgia"/>
                <w:color w:val="222222"/>
                <w:sz w:val="21"/>
              </w:rPr>
              <w:t>1</w:t>
            </w:r>
            <w:r>
              <w:rPr>
                <w:rFonts w:eastAsia="Georgia" w:cs="Georgia"/>
                <w:color w:val="222222"/>
                <w:sz w:val="21"/>
              </w:rPr>
              <w:t xml:space="preserve"> and Quote </w:t>
            </w:r>
            <w:r w:rsidR="005B4569">
              <w:rPr>
                <w:rFonts w:eastAsia="Georgia" w:cs="Georgia"/>
                <w:color w:val="222222"/>
                <w:sz w:val="21"/>
              </w:rPr>
              <w:t>2</w:t>
            </w:r>
            <w:r>
              <w:rPr>
                <w:rFonts w:eastAsia="Georgia" w:cs="Georgia"/>
                <w:color w:val="222222"/>
                <w:sz w:val="21"/>
              </w:rPr>
              <w:t xml:space="preserve"> from your Step 18 page into the boxes below.</w:t>
            </w:r>
          </w:p>
        </w:tc>
      </w:tr>
      <w:tr w:rsidR="00807A9D" w14:paraId="307F7CA8" w14:textId="77777777">
        <w:tc>
          <w:tcPr>
            <w:tcW w:w="504" w:type="dxa"/>
            <w:tcMar>
              <w:top w:w="20" w:type="dxa"/>
              <w:left w:w="20" w:type="dxa"/>
              <w:bottom w:w="20" w:type="dxa"/>
              <w:right w:w="20" w:type="dxa"/>
            </w:tcMar>
          </w:tcPr>
          <w:p w14:paraId="3C9948F0" w14:textId="77777777" w:rsidR="00807A9D"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5F8FF38E" w14:textId="77777777" w:rsidR="00807A9D" w:rsidRDefault="00B57BF7">
            <w:r>
              <w:rPr>
                <w:rFonts w:eastAsia="Georgia" w:cs="Georgia"/>
                <w:color w:val="222222"/>
                <w:sz w:val="21"/>
              </w:rPr>
              <w:t xml:space="preserve">For each quote, write a </w:t>
            </w:r>
            <w:r w:rsidR="005B4569">
              <w:rPr>
                <w:rFonts w:eastAsia="Georgia" w:cs="Georgia"/>
                <w:color w:val="222222"/>
                <w:sz w:val="21"/>
              </w:rPr>
              <w:t>few sentences</w:t>
            </w:r>
            <w:r>
              <w:rPr>
                <w:rFonts w:eastAsia="Georgia" w:cs="Georgia"/>
                <w:color w:val="222222"/>
                <w:sz w:val="21"/>
              </w:rPr>
              <w:t xml:space="preserve"> explaining why it is meaningful to you.</w:t>
            </w:r>
          </w:p>
        </w:tc>
      </w:tr>
    </w:tbl>
    <w:p w14:paraId="25DE0C5A" w14:textId="77777777" w:rsidR="00807A9D" w:rsidRDefault="00807A9D">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807A9D" w14:paraId="59A3548A" w14:textId="77777777">
        <w:tc>
          <w:tcPr>
            <w:tcW w:w="10080" w:type="dxa"/>
            <w:shd w:val="clear" w:color="auto" w:fill="FBF6EC"/>
            <w:tcMar>
              <w:top w:w="70" w:type="dxa"/>
              <w:left w:w="140" w:type="dxa"/>
              <w:bottom w:w="70" w:type="dxa"/>
              <w:right w:w="140" w:type="dxa"/>
            </w:tcMar>
          </w:tcPr>
          <w:p w14:paraId="528CB1EF" w14:textId="77777777" w:rsidR="00807A9D" w:rsidRDefault="00B57BF7">
            <w:r>
              <w:rPr>
                <w:rFonts w:ascii="Calibri" w:eastAsia="Calibri" w:hAnsi="Calibri" w:cs="Calibri"/>
                <w:b/>
                <w:color w:val="7A551C"/>
                <w:sz w:val="20"/>
              </w:rPr>
              <w:t>Sentence starters</w:t>
            </w:r>
          </w:p>
          <w:p w14:paraId="7A930479" w14:textId="77777777" w:rsidR="00807A9D" w:rsidRDefault="00B57BF7">
            <w:pPr>
              <w:spacing w:after="20"/>
              <w:ind w:left="216"/>
            </w:pPr>
            <w:r>
              <w:rPr>
                <w:rFonts w:ascii="Calibri" w:eastAsia="Calibri" w:hAnsi="Calibri" w:cs="Calibri"/>
                <w:color w:val="3A2E1A"/>
                <w:sz w:val="20"/>
              </w:rPr>
              <w:t>•  This quote is meaningful to me because…</w:t>
            </w:r>
          </w:p>
          <w:p w14:paraId="751F9050" w14:textId="77777777" w:rsidR="00807A9D" w:rsidRDefault="00B57BF7">
            <w:pPr>
              <w:spacing w:after="20"/>
              <w:ind w:left="216"/>
            </w:pPr>
            <w:r>
              <w:rPr>
                <w:rFonts w:ascii="Calibri" w:eastAsia="Calibri" w:hAnsi="Calibri" w:cs="Calibri"/>
                <w:color w:val="3A2E1A"/>
                <w:sz w:val="20"/>
              </w:rPr>
              <w:t>•  It reminds me that…</w:t>
            </w:r>
          </w:p>
          <w:p w14:paraId="56F03EBA" w14:textId="77777777" w:rsidR="00807A9D" w:rsidRDefault="00B57BF7">
            <w:pPr>
              <w:spacing w:after="20"/>
              <w:ind w:left="216"/>
            </w:pPr>
            <w:r>
              <w:rPr>
                <w:rFonts w:ascii="Calibri" w:eastAsia="Calibri" w:hAnsi="Calibri" w:cs="Calibri"/>
                <w:color w:val="3A2E1A"/>
                <w:sz w:val="20"/>
              </w:rPr>
              <w:t>•  Because of this quote, I want to…</w:t>
            </w:r>
          </w:p>
        </w:tc>
      </w:tr>
    </w:tbl>
    <w:p w14:paraId="69EF0C58" w14:textId="77777777" w:rsidR="00807A9D" w:rsidRDefault="00807A9D">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584"/>
        <w:gridCol w:w="8496"/>
      </w:tblGrid>
      <w:tr w:rsidR="00807A9D" w14:paraId="43EB907A" w14:textId="77777777">
        <w:trPr>
          <w:trHeight w:val="893"/>
        </w:trPr>
        <w:tc>
          <w:tcPr>
            <w:tcW w:w="1584" w:type="dxa"/>
            <w:shd w:val="clear" w:color="auto" w:fill="E8EEF5"/>
            <w:tcMar>
              <w:top w:w="50" w:type="dxa"/>
              <w:left w:w="100" w:type="dxa"/>
              <w:bottom w:w="50" w:type="dxa"/>
              <w:right w:w="80" w:type="dxa"/>
            </w:tcMar>
            <w:vAlign w:val="center"/>
          </w:tcPr>
          <w:p w14:paraId="12B9807C" w14:textId="77777777" w:rsidR="00807A9D" w:rsidRDefault="00B57BF7">
            <w:r>
              <w:rPr>
                <w:rFonts w:ascii="Calibri" w:eastAsia="Calibri" w:hAnsi="Calibri" w:cs="Calibri"/>
                <w:b/>
                <w:color w:val="1F3A5F"/>
                <w:sz w:val="23"/>
              </w:rPr>
              <w:t xml:space="preserve">Quote </w:t>
            </w:r>
            <w:r w:rsidR="005B4569">
              <w:rPr>
                <w:rFonts w:ascii="Calibri" w:eastAsia="Calibri" w:hAnsi="Calibri" w:cs="Calibri"/>
                <w:b/>
                <w:color w:val="1F3A5F"/>
                <w:sz w:val="23"/>
              </w:rPr>
              <w:t>1</w:t>
            </w:r>
            <w:r>
              <w:rPr>
                <w:rFonts w:ascii="Calibri" w:eastAsia="Calibri" w:hAnsi="Calibri" w:cs="Calibri"/>
                <w:b/>
                <w:color w:val="1F3A5F"/>
                <w:sz w:val="23"/>
              </w:rPr>
              <w:t>:</w:t>
            </w:r>
          </w:p>
        </w:tc>
        <w:tc>
          <w:tcPr>
            <w:tcW w:w="8496" w:type="dxa"/>
            <w:tcMar>
              <w:top w:w="50" w:type="dxa"/>
              <w:left w:w="100" w:type="dxa"/>
              <w:bottom w:w="50" w:type="dxa"/>
              <w:right w:w="100" w:type="dxa"/>
            </w:tcMar>
          </w:tcPr>
          <w:p w14:paraId="7182D9D4" w14:textId="77777777" w:rsidR="00807A9D" w:rsidRDefault="00807A9D"/>
        </w:tc>
      </w:tr>
    </w:tbl>
    <w:p w14:paraId="3F1278E7" w14:textId="77777777" w:rsidR="00807A9D" w:rsidRDefault="00807A9D">
      <w:pPr>
        <w:spacing w:after="6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807A9D" w14:paraId="37F0AE3A" w14:textId="77777777">
        <w:tc>
          <w:tcPr>
            <w:tcW w:w="10080" w:type="dxa"/>
            <w:shd w:val="clear" w:color="auto" w:fill="E8EEF5"/>
            <w:tcMar>
              <w:top w:w="50" w:type="dxa"/>
              <w:left w:w="120" w:type="dxa"/>
              <w:bottom w:w="50" w:type="dxa"/>
              <w:right w:w="120" w:type="dxa"/>
            </w:tcMar>
          </w:tcPr>
          <w:p w14:paraId="42B514ED" w14:textId="77777777" w:rsidR="00807A9D" w:rsidRDefault="00B57BF7">
            <w:r>
              <w:rPr>
                <w:rFonts w:ascii="Calibri" w:eastAsia="Calibri" w:hAnsi="Calibri" w:cs="Calibri"/>
                <w:b/>
                <w:color w:val="1F3A5F"/>
                <w:sz w:val="23"/>
              </w:rPr>
              <w:t>Why Quote 2 Is Meaningful to Me</w:t>
            </w:r>
          </w:p>
        </w:tc>
      </w:tr>
      <w:tr w:rsidR="00807A9D" w14:paraId="107DB862" w14:textId="77777777">
        <w:trPr>
          <w:trHeight w:val="446"/>
        </w:trPr>
        <w:tc>
          <w:tcPr>
            <w:tcW w:w="10080" w:type="dxa"/>
            <w:tcBorders>
              <w:bottom w:val="single" w:sz="4" w:space="0" w:color="C9D3DD"/>
            </w:tcBorders>
            <w:tcMar>
              <w:top w:w="0" w:type="dxa"/>
              <w:left w:w="120" w:type="dxa"/>
              <w:bottom w:w="0" w:type="dxa"/>
              <w:right w:w="120" w:type="dxa"/>
            </w:tcMar>
          </w:tcPr>
          <w:p w14:paraId="2758B0A7" w14:textId="77777777" w:rsidR="00807A9D" w:rsidRDefault="00807A9D"/>
        </w:tc>
      </w:tr>
      <w:tr w:rsidR="00807A9D" w14:paraId="11FA0C27" w14:textId="77777777">
        <w:trPr>
          <w:trHeight w:val="446"/>
        </w:trPr>
        <w:tc>
          <w:tcPr>
            <w:tcW w:w="10080" w:type="dxa"/>
            <w:tcBorders>
              <w:bottom w:val="single" w:sz="4" w:space="0" w:color="C9D3DD"/>
            </w:tcBorders>
            <w:tcMar>
              <w:top w:w="0" w:type="dxa"/>
              <w:left w:w="120" w:type="dxa"/>
              <w:bottom w:w="0" w:type="dxa"/>
              <w:right w:w="120" w:type="dxa"/>
            </w:tcMar>
          </w:tcPr>
          <w:p w14:paraId="4217468B" w14:textId="77777777" w:rsidR="00807A9D" w:rsidRDefault="00807A9D"/>
        </w:tc>
      </w:tr>
      <w:tr w:rsidR="00807A9D" w14:paraId="60E0F203" w14:textId="77777777">
        <w:trPr>
          <w:trHeight w:val="446"/>
        </w:trPr>
        <w:tc>
          <w:tcPr>
            <w:tcW w:w="10080" w:type="dxa"/>
            <w:tcBorders>
              <w:bottom w:val="single" w:sz="4" w:space="0" w:color="C9D3DD"/>
            </w:tcBorders>
            <w:tcMar>
              <w:top w:w="0" w:type="dxa"/>
              <w:left w:w="120" w:type="dxa"/>
              <w:bottom w:w="0" w:type="dxa"/>
              <w:right w:w="120" w:type="dxa"/>
            </w:tcMar>
          </w:tcPr>
          <w:p w14:paraId="40B0FCD9" w14:textId="77777777" w:rsidR="00807A9D" w:rsidRDefault="00807A9D"/>
        </w:tc>
      </w:tr>
      <w:tr w:rsidR="00807A9D" w14:paraId="1CF65335" w14:textId="77777777">
        <w:trPr>
          <w:trHeight w:val="446"/>
        </w:trPr>
        <w:tc>
          <w:tcPr>
            <w:tcW w:w="10080" w:type="dxa"/>
            <w:tcBorders>
              <w:bottom w:val="single" w:sz="4" w:space="0" w:color="C9D3DD"/>
            </w:tcBorders>
            <w:tcMar>
              <w:top w:w="0" w:type="dxa"/>
              <w:left w:w="120" w:type="dxa"/>
              <w:bottom w:w="0" w:type="dxa"/>
              <w:right w:w="120" w:type="dxa"/>
            </w:tcMar>
          </w:tcPr>
          <w:p w14:paraId="30B14D7C" w14:textId="77777777" w:rsidR="00807A9D" w:rsidRDefault="00807A9D"/>
        </w:tc>
      </w:tr>
      <w:tr w:rsidR="00807A9D" w14:paraId="0B718B49" w14:textId="77777777">
        <w:trPr>
          <w:trHeight w:val="446"/>
        </w:trPr>
        <w:tc>
          <w:tcPr>
            <w:tcW w:w="10080" w:type="dxa"/>
            <w:tcMar>
              <w:top w:w="0" w:type="dxa"/>
              <w:left w:w="120" w:type="dxa"/>
              <w:bottom w:w="0" w:type="dxa"/>
              <w:right w:w="120" w:type="dxa"/>
            </w:tcMar>
          </w:tcPr>
          <w:p w14:paraId="30E2E4D5" w14:textId="77777777" w:rsidR="00807A9D" w:rsidRDefault="00807A9D"/>
        </w:tc>
      </w:tr>
    </w:tbl>
    <w:p w14:paraId="1DF92313" w14:textId="77777777" w:rsidR="00807A9D" w:rsidRDefault="00807A9D">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584"/>
        <w:gridCol w:w="8496"/>
      </w:tblGrid>
      <w:tr w:rsidR="00807A9D" w14:paraId="5EDB72C8" w14:textId="77777777">
        <w:trPr>
          <w:trHeight w:val="893"/>
        </w:trPr>
        <w:tc>
          <w:tcPr>
            <w:tcW w:w="1584" w:type="dxa"/>
            <w:shd w:val="clear" w:color="auto" w:fill="E8EEF5"/>
            <w:tcMar>
              <w:top w:w="50" w:type="dxa"/>
              <w:left w:w="100" w:type="dxa"/>
              <w:bottom w:w="50" w:type="dxa"/>
              <w:right w:w="80" w:type="dxa"/>
            </w:tcMar>
            <w:vAlign w:val="center"/>
          </w:tcPr>
          <w:p w14:paraId="79C3422D" w14:textId="77777777" w:rsidR="00807A9D" w:rsidRDefault="00B57BF7">
            <w:r>
              <w:rPr>
                <w:rFonts w:ascii="Calibri" w:eastAsia="Calibri" w:hAnsi="Calibri" w:cs="Calibri"/>
                <w:b/>
                <w:color w:val="1F3A5F"/>
                <w:sz w:val="23"/>
              </w:rPr>
              <w:t>Quote 3:</w:t>
            </w:r>
          </w:p>
        </w:tc>
        <w:tc>
          <w:tcPr>
            <w:tcW w:w="8496" w:type="dxa"/>
            <w:tcMar>
              <w:top w:w="50" w:type="dxa"/>
              <w:left w:w="100" w:type="dxa"/>
              <w:bottom w:w="50" w:type="dxa"/>
              <w:right w:w="100" w:type="dxa"/>
            </w:tcMar>
          </w:tcPr>
          <w:p w14:paraId="52CEB3FA" w14:textId="77777777" w:rsidR="00807A9D" w:rsidRDefault="00807A9D"/>
        </w:tc>
      </w:tr>
    </w:tbl>
    <w:p w14:paraId="23CF5141" w14:textId="77777777" w:rsidR="00807A9D" w:rsidRDefault="00807A9D">
      <w:pPr>
        <w:spacing w:after="6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807A9D" w14:paraId="6326634D" w14:textId="77777777">
        <w:tc>
          <w:tcPr>
            <w:tcW w:w="10080" w:type="dxa"/>
            <w:shd w:val="clear" w:color="auto" w:fill="E8EEF5"/>
            <w:tcMar>
              <w:top w:w="50" w:type="dxa"/>
              <w:left w:w="120" w:type="dxa"/>
              <w:bottom w:w="50" w:type="dxa"/>
              <w:right w:w="120" w:type="dxa"/>
            </w:tcMar>
          </w:tcPr>
          <w:p w14:paraId="636CE1FC" w14:textId="77777777" w:rsidR="00807A9D" w:rsidRDefault="00B57BF7">
            <w:r>
              <w:rPr>
                <w:rFonts w:ascii="Calibri" w:eastAsia="Calibri" w:hAnsi="Calibri" w:cs="Calibri"/>
                <w:b/>
                <w:color w:val="1F3A5F"/>
                <w:sz w:val="23"/>
              </w:rPr>
              <w:t>Why Quote 3 Is Meaningful to Me</w:t>
            </w:r>
          </w:p>
        </w:tc>
      </w:tr>
      <w:tr w:rsidR="00807A9D" w14:paraId="2144D498" w14:textId="77777777">
        <w:trPr>
          <w:trHeight w:val="446"/>
        </w:trPr>
        <w:tc>
          <w:tcPr>
            <w:tcW w:w="10080" w:type="dxa"/>
            <w:tcBorders>
              <w:bottom w:val="single" w:sz="4" w:space="0" w:color="C9D3DD"/>
            </w:tcBorders>
            <w:tcMar>
              <w:top w:w="0" w:type="dxa"/>
              <w:left w:w="120" w:type="dxa"/>
              <w:bottom w:w="0" w:type="dxa"/>
              <w:right w:w="120" w:type="dxa"/>
            </w:tcMar>
          </w:tcPr>
          <w:p w14:paraId="52BC6A3F" w14:textId="77777777" w:rsidR="00807A9D" w:rsidRDefault="00807A9D"/>
        </w:tc>
      </w:tr>
      <w:tr w:rsidR="00807A9D" w14:paraId="5BA60B6E" w14:textId="77777777">
        <w:trPr>
          <w:trHeight w:val="446"/>
        </w:trPr>
        <w:tc>
          <w:tcPr>
            <w:tcW w:w="10080" w:type="dxa"/>
            <w:tcBorders>
              <w:bottom w:val="single" w:sz="4" w:space="0" w:color="C9D3DD"/>
            </w:tcBorders>
            <w:tcMar>
              <w:top w:w="0" w:type="dxa"/>
              <w:left w:w="120" w:type="dxa"/>
              <w:bottom w:w="0" w:type="dxa"/>
              <w:right w:w="120" w:type="dxa"/>
            </w:tcMar>
          </w:tcPr>
          <w:p w14:paraId="689C9FA9" w14:textId="77777777" w:rsidR="00807A9D" w:rsidRDefault="00807A9D"/>
        </w:tc>
      </w:tr>
      <w:tr w:rsidR="00807A9D" w14:paraId="14169E4C" w14:textId="77777777">
        <w:trPr>
          <w:trHeight w:val="446"/>
        </w:trPr>
        <w:tc>
          <w:tcPr>
            <w:tcW w:w="10080" w:type="dxa"/>
            <w:tcBorders>
              <w:bottom w:val="single" w:sz="4" w:space="0" w:color="C9D3DD"/>
            </w:tcBorders>
            <w:tcMar>
              <w:top w:w="0" w:type="dxa"/>
              <w:left w:w="120" w:type="dxa"/>
              <w:bottom w:w="0" w:type="dxa"/>
              <w:right w:w="120" w:type="dxa"/>
            </w:tcMar>
          </w:tcPr>
          <w:p w14:paraId="0C117087" w14:textId="77777777" w:rsidR="00807A9D" w:rsidRDefault="00807A9D"/>
        </w:tc>
      </w:tr>
      <w:tr w:rsidR="00807A9D" w14:paraId="6206F6A0" w14:textId="77777777">
        <w:trPr>
          <w:trHeight w:val="446"/>
        </w:trPr>
        <w:tc>
          <w:tcPr>
            <w:tcW w:w="10080" w:type="dxa"/>
            <w:tcBorders>
              <w:bottom w:val="single" w:sz="4" w:space="0" w:color="C9D3DD"/>
            </w:tcBorders>
            <w:tcMar>
              <w:top w:w="0" w:type="dxa"/>
              <w:left w:w="120" w:type="dxa"/>
              <w:bottom w:w="0" w:type="dxa"/>
              <w:right w:w="120" w:type="dxa"/>
            </w:tcMar>
          </w:tcPr>
          <w:p w14:paraId="42C38660" w14:textId="77777777" w:rsidR="00807A9D" w:rsidRDefault="00807A9D"/>
        </w:tc>
      </w:tr>
      <w:tr w:rsidR="00807A9D" w14:paraId="17D0B62D" w14:textId="77777777">
        <w:trPr>
          <w:trHeight w:val="446"/>
        </w:trPr>
        <w:tc>
          <w:tcPr>
            <w:tcW w:w="10080" w:type="dxa"/>
            <w:tcMar>
              <w:top w:w="0" w:type="dxa"/>
              <w:left w:w="120" w:type="dxa"/>
              <w:bottom w:w="0" w:type="dxa"/>
              <w:right w:w="120" w:type="dxa"/>
            </w:tcMar>
          </w:tcPr>
          <w:p w14:paraId="40304B97" w14:textId="77777777" w:rsidR="00807A9D" w:rsidRDefault="00807A9D"/>
        </w:tc>
      </w:tr>
    </w:tbl>
    <w:p w14:paraId="3CE9996A"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807A9D" w14:paraId="502C4E31" w14:textId="77777777">
        <w:tc>
          <w:tcPr>
            <w:tcW w:w="7632" w:type="dxa"/>
            <w:shd w:val="clear" w:color="auto" w:fill="1F3A5F"/>
            <w:tcMar>
              <w:top w:w="90" w:type="dxa"/>
              <w:left w:w="140" w:type="dxa"/>
              <w:bottom w:w="90" w:type="dxa"/>
              <w:right w:w="140" w:type="dxa"/>
            </w:tcMar>
            <w:vAlign w:val="center"/>
          </w:tcPr>
          <w:p w14:paraId="68AF52C5" w14:textId="77777777" w:rsidR="00807A9D" w:rsidRDefault="00B57BF7">
            <w:r>
              <w:rPr>
                <w:rFonts w:ascii="Calibri" w:eastAsia="Calibri" w:hAnsi="Calibri" w:cs="Calibri"/>
                <w:b/>
                <w:color w:val="C8D6E5"/>
                <w:sz w:val="18"/>
              </w:rPr>
              <w:t>RELATE  ·  STEP 20</w:t>
            </w:r>
          </w:p>
          <w:p w14:paraId="2907328C" w14:textId="77777777" w:rsidR="00807A9D" w:rsidRDefault="00B57BF7">
            <w:r>
              <w:rPr>
                <w:rFonts w:ascii="Calibri" w:eastAsia="Calibri" w:hAnsi="Calibri" w:cs="Calibri"/>
                <w:b/>
                <w:color w:val="FFFFFF"/>
                <w:sz w:val="40"/>
              </w:rPr>
              <w:t>An Attribute I Will Develop</w:t>
            </w:r>
          </w:p>
        </w:tc>
        <w:tc>
          <w:tcPr>
            <w:tcW w:w="2448" w:type="dxa"/>
            <w:shd w:val="clear" w:color="auto" w:fill="1F3A5F"/>
            <w:tcMar>
              <w:top w:w="90" w:type="dxa"/>
              <w:left w:w="140" w:type="dxa"/>
              <w:bottom w:w="90" w:type="dxa"/>
              <w:right w:w="140" w:type="dxa"/>
            </w:tcMar>
            <w:vAlign w:val="center"/>
          </w:tcPr>
          <w:p w14:paraId="142AFCAE" w14:textId="77777777" w:rsidR="00807A9D" w:rsidRDefault="00B57BF7">
            <w:pPr>
              <w:jc w:val="right"/>
            </w:pPr>
            <w:r>
              <w:rPr>
                <w:rFonts w:ascii="Calibri" w:eastAsia="Calibri" w:hAnsi="Calibri" w:cs="Calibri"/>
                <w:color w:val="C8D6E5"/>
                <w:sz w:val="18"/>
              </w:rPr>
              <w:t>About 20–30 minutes</w:t>
            </w:r>
          </w:p>
        </w:tc>
      </w:tr>
    </w:tbl>
    <w:p w14:paraId="4EC0835E" w14:textId="77777777" w:rsidR="00807A9D" w:rsidRDefault="00807A9D">
      <w:pPr>
        <w:spacing w:line="264" w:lineRule="auto"/>
      </w:pPr>
    </w:p>
    <w:p w14:paraId="4A7C979F" w14:textId="77777777" w:rsidR="00807A9D" w:rsidRDefault="00B57BF7">
      <w:pPr>
        <w:spacing w:after="120" w:line="264" w:lineRule="auto"/>
      </w:pPr>
      <w:r>
        <w:rPr>
          <w:rFonts w:ascii="Calibri" w:eastAsia="Calibri" w:hAnsi="Calibri" w:cs="Calibri"/>
          <w:b/>
          <w:color w:val="1F3A5F"/>
        </w:rPr>
        <w:t xml:space="preserve">Goal: </w:t>
      </w:r>
      <w:r>
        <w:rPr>
          <w:rFonts w:eastAsia="Georgia" w:cs="Georgia"/>
          <w:color w:val="222222"/>
        </w:rPr>
        <w:t>Begin following your hero's example.</w:t>
      </w:r>
    </w:p>
    <w:p w14:paraId="28D18CE0" w14:textId="77777777" w:rsidR="00807A9D" w:rsidRDefault="00807A9D">
      <w:pPr>
        <w:spacing w:line="264" w:lineRule="auto"/>
      </w:pPr>
    </w:p>
    <w:p w14:paraId="0A162640" w14:textId="77777777" w:rsidR="00807A9D"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807A9D" w14:paraId="0B6ABE76" w14:textId="77777777">
        <w:tc>
          <w:tcPr>
            <w:tcW w:w="504" w:type="dxa"/>
            <w:tcMar>
              <w:top w:w="20" w:type="dxa"/>
              <w:left w:w="20" w:type="dxa"/>
              <w:bottom w:w="20" w:type="dxa"/>
              <w:right w:w="20" w:type="dxa"/>
            </w:tcMar>
          </w:tcPr>
          <w:p w14:paraId="0EC6138F" w14:textId="77777777" w:rsidR="00807A9D"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5FE9122A" w14:textId="77777777" w:rsidR="00807A9D" w:rsidRDefault="00B57BF7">
            <w:r>
              <w:rPr>
                <w:rFonts w:eastAsia="Georgia" w:cs="Georgia"/>
                <w:color w:val="222222"/>
                <w:sz w:val="21"/>
              </w:rPr>
              <w:t>Choose one of your hero's Christlike attributes that you would like to develop in your own life.</w:t>
            </w:r>
          </w:p>
        </w:tc>
      </w:tr>
      <w:tr w:rsidR="00807A9D" w14:paraId="09C568A9" w14:textId="77777777">
        <w:tc>
          <w:tcPr>
            <w:tcW w:w="504" w:type="dxa"/>
            <w:tcMar>
              <w:top w:w="20" w:type="dxa"/>
              <w:left w:w="20" w:type="dxa"/>
              <w:bottom w:w="20" w:type="dxa"/>
              <w:right w:w="20" w:type="dxa"/>
            </w:tcMar>
          </w:tcPr>
          <w:p w14:paraId="1919693F" w14:textId="77777777" w:rsidR="00807A9D"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7EE74816" w14:textId="77777777" w:rsidR="00807A9D" w:rsidRDefault="00B57BF7">
            <w:r>
              <w:rPr>
                <w:rFonts w:eastAsia="Georgia" w:cs="Georgia"/>
                <w:color w:val="222222"/>
                <w:sz w:val="21"/>
              </w:rPr>
              <w:t>Write a goal to practice it for the next 12 weeks, through the end of your Master Project.</w:t>
            </w:r>
          </w:p>
        </w:tc>
      </w:tr>
      <w:tr w:rsidR="00807A9D" w14:paraId="5963BB3D" w14:textId="77777777">
        <w:tc>
          <w:tcPr>
            <w:tcW w:w="504" w:type="dxa"/>
            <w:tcMar>
              <w:top w:w="20" w:type="dxa"/>
              <w:left w:w="20" w:type="dxa"/>
              <w:bottom w:w="20" w:type="dxa"/>
              <w:right w:w="20" w:type="dxa"/>
            </w:tcMar>
          </w:tcPr>
          <w:p w14:paraId="754CC7D3" w14:textId="77777777" w:rsidR="00807A9D" w:rsidRDefault="00B57BF7">
            <w:r>
              <w:rPr>
                <w:rFonts w:ascii="Calibri" w:eastAsia="Calibri" w:hAnsi="Calibri" w:cs="Calibri"/>
                <w:b/>
                <w:color w:val="1F3A5F"/>
                <w:sz w:val="21"/>
              </w:rPr>
              <w:t>3.</w:t>
            </w:r>
          </w:p>
        </w:tc>
        <w:tc>
          <w:tcPr>
            <w:tcW w:w="9576" w:type="dxa"/>
            <w:tcMar>
              <w:top w:w="20" w:type="dxa"/>
              <w:left w:w="40" w:type="dxa"/>
              <w:bottom w:w="20" w:type="dxa"/>
              <w:right w:w="40" w:type="dxa"/>
            </w:tcMar>
          </w:tcPr>
          <w:p w14:paraId="1D9ADED8" w14:textId="77777777" w:rsidR="00807A9D" w:rsidRDefault="00B57BF7">
            <w:r>
              <w:rPr>
                <w:rFonts w:eastAsia="Georgia" w:cs="Georgia"/>
                <w:color w:val="222222"/>
                <w:sz w:val="21"/>
              </w:rPr>
              <w:t>Check off each week you work on your goal. You will reflect on your progress in Step 29.</w:t>
            </w:r>
          </w:p>
        </w:tc>
      </w:tr>
    </w:tbl>
    <w:p w14:paraId="62130AE5" w14:textId="77777777" w:rsidR="00807A9D" w:rsidRDefault="00807A9D">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807A9D" w14:paraId="0268AC41" w14:textId="77777777">
        <w:tc>
          <w:tcPr>
            <w:tcW w:w="10080" w:type="dxa"/>
            <w:shd w:val="clear" w:color="auto" w:fill="FBF6EC"/>
            <w:tcMar>
              <w:top w:w="70" w:type="dxa"/>
              <w:left w:w="140" w:type="dxa"/>
              <w:bottom w:w="70" w:type="dxa"/>
              <w:right w:w="140" w:type="dxa"/>
            </w:tcMar>
          </w:tcPr>
          <w:p w14:paraId="0F95D713" w14:textId="77777777" w:rsidR="00807A9D" w:rsidRDefault="00B57BF7">
            <w:r>
              <w:rPr>
                <w:rFonts w:ascii="Calibri" w:eastAsia="Calibri" w:hAnsi="Calibri" w:cs="Calibri"/>
                <w:b/>
                <w:color w:val="7A551C"/>
                <w:sz w:val="20"/>
              </w:rPr>
              <w:t xml:space="preserve">A GOOD GOAL IS SPECIFIC: </w:t>
            </w:r>
            <w:r>
              <w:rPr>
                <w:rFonts w:ascii="Calibri" w:eastAsia="Calibri" w:hAnsi="Calibri" w:cs="Calibri"/>
                <w:color w:val="3A2E1A"/>
                <w:sz w:val="20"/>
              </w:rPr>
              <w:t>Instead of "I will be kinder," try "I will write one kind note to a family member every Sunday."</w:t>
            </w:r>
          </w:p>
        </w:tc>
      </w:tr>
    </w:tbl>
    <w:p w14:paraId="04A4DD82" w14:textId="77777777" w:rsidR="00807A9D" w:rsidRDefault="00807A9D">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20"/>
        <w:gridCol w:w="7560"/>
      </w:tblGrid>
      <w:tr w:rsidR="00807A9D" w14:paraId="7C4FBCAB" w14:textId="77777777">
        <w:tc>
          <w:tcPr>
            <w:tcW w:w="10080" w:type="dxa"/>
            <w:gridSpan w:val="2"/>
            <w:shd w:val="clear" w:color="auto" w:fill="E8EEF5"/>
            <w:tcMar>
              <w:top w:w="50" w:type="dxa"/>
              <w:left w:w="120" w:type="dxa"/>
              <w:bottom w:w="50" w:type="dxa"/>
              <w:right w:w="120" w:type="dxa"/>
            </w:tcMar>
          </w:tcPr>
          <w:p w14:paraId="43D277EE" w14:textId="77777777" w:rsidR="00807A9D" w:rsidRDefault="00B57BF7">
            <w:r>
              <w:rPr>
                <w:rFonts w:ascii="Calibri" w:eastAsia="Calibri" w:hAnsi="Calibri" w:cs="Calibri"/>
                <w:b/>
                <w:color w:val="1F3A5F"/>
                <w:sz w:val="23"/>
              </w:rPr>
              <w:t>The Attribute I Will Develop</w:t>
            </w:r>
          </w:p>
        </w:tc>
      </w:tr>
      <w:tr w:rsidR="00807A9D" w14:paraId="69591002" w14:textId="77777777">
        <w:trPr>
          <w:trHeight w:val="576"/>
        </w:trPr>
        <w:tc>
          <w:tcPr>
            <w:tcW w:w="2520" w:type="dxa"/>
            <w:shd w:val="clear" w:color="auto" w:fill="F4F7FA"/>
            <w:tcMar>
              <w:top w:w="50" w:type="dxa"/>
              <w:left w:w="100" w:type="dxa"/>
              <w:bottom w:w="50" w:type="dxa"/>
              <w:right w:w="80" w:type="dxa"/>
            </w:tcMar>
          </w:tcPr>
          <w:p w14:paraId="1A05F52B" w14:textId="77777777" w:rsidR="00807A9D" w:rsidRDefault="00B57BF7">
            <w:r>
              <w:rPr>
                <w:rFonts w:ascii="Calibri" w:eastAsia="Calibri" w:hAnsi="Calibri" w:cs="Calibri"/>
                <w:b/>
                <w:color w:val="1F3A5F"/>
                <w:sz w:val="20"/>
              </w:rPr>
              <w:t>Attribute:</w:t>
            </w:r>
          </w:p>
        </w:tc>
        <w:tc>
          <w:tcPr>
            <w:tcW w:w="7560" w:type="dxa"/>
            <w:tcMar>
              <w:top w:w="50" w:type="dxa"/>
              <w:left w:w="100" w:type="dxa"/>
              <w:bottom w:w="50" w:type="dxa"/>
              <w:right w:w="100" w:type="dxa"/>
            </w:tcMar>
          </w:tcPr>
          <w:p w14:paraId="719B2EA3" w14:textId="77777777" w:rsidR="00807A9D" w:rsidRDefault="00807A9D"/>
        </w:tc>
      </w:tr>
      <w:tr w:rsidR="00807A9D" w14:paraId="6792602C" w14:textId="77777777">
        <w:trPr>
          <w:trHeight w:val="893"/>
        </w:trPr>
        <w:tc>
          <w:tcPr>
            <w:tcW w:w="2520" w:type="dxa"/>
            <w:shd w:val="clear" w:color="auto" w:fill="F4F7FA"/>
            <w:tcMar>
              <w:top w:w="50" w:type="dxa"/>
              <w:left w:w="100" w:type="dxa"/>
              <w:bottom w:w="50" w:type="dxa"/>
              <w:right w:w="80" w:type="dxa"/>
            </w:tcMar>
          </w:tcPr>
          <w:p w14:paraId="18C8130B" w14:textId="77777777" w:rsidR="00807A9D" w:rsidRDefault="00B57BF7">
            <w:r>
              <w:rPr>
                <w:rFonts w:ascii="Calibri" w:eastAsia="Calibri" w:hAnsi="Calibri" w:cs="Calibri"/>
                <w:b/>
                <w:color w:val="1F3A5F"/>
                <w:sz w:val="20"/>
              </w:rPr>
              <w:t>Why I want to develop it:</w:t>
            </w:r>
          </w:p>
        </w:tc>
        <w:tc>
          <w:tcPr>
            <w:tcW w:w="7560" w:type="dxa"/>
            <w:tcMar>
              <w:top w:w="50" w:type="dxa"/>
              <w:left w:w="100" w:type="dxa"/>
              <w:bottom w:w="50" w:type="dxa"/>
              <w:right w:w="100" w:type="dxa"/>
            </w:tcMar>
          </w:tcPr>
          <w:p w14:paraId="4E8F3934" w14:textId="77777777" w:rsidR="00807A9D" w:rsidRDefault="00807A9D"/>
        </w:tc>
      </w:tr>
    </w:tbl>
    <w:p w14:paraId="7580617B" w14:textId="77777777" w:rsidR="00807A9D" w:rsidRDefault="00807A9D">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20"/>
        <w:gridCol w:w="7560"/>
      </w:tblGrid>
      <w:tr w:rsidR="00807A9D" w14:paraId="06E705C5" w14:textId="77777777">
        <w:tc>
          <w:tcPr>
            <w:tcW w:w="10080" w:type="dxa"/>
            <w:gridSpan w:val="2"/>
            <w:shd w:val="clear" w:color="auto" w:fill="E8EEF5"/>
            <w:tcMar>
              <w:top w:w="50" w:type="dxa"/>
              <w:left w:w="120" w:type="dxa"/>
              <w:bottom w:w="50" w:type="dxa"/>
              <w:right w:w="120" w:type="dxa"/>
            </w:tcMar>
          </w:tcPr>
          <w:p w14:paraId="5928A24B" w14:textId="77777777" w:rsidR="00807A9D" w:rsidRDefault="00B57BF7">
            <w:r>
              <w:rPr>
                <w:rFonts w:ascii="Calibri" w:eastAsia="Calibri" w:hAnsi="Calibri" w:cs="Calibri"/>
                <w:b/>
                <w:color w:val="1F3A5F"/>
                <w:sz w:val="23"/>
              </w:rPr>
              <w:t>My 12-Week Goal</w:t>
            </w:r>
          </w:p>
        </w:tc>
      </w:tr>
      <w:tr w:rsidR="00807A9D" w14:paraId="307198FF" w14:textId="77777777">
        <w:trPr>
          <w:trHeight w:val="893"/>
        </w:trPr>
        <w:tc>
          <w:tcPr>
            <w:tcW w:w="2520" w:type="dxa"/>
            <w:shd w:val="clear" w:color="auto" w:fill="F4F7FA"/>
            <w:tcMar>
              <w:top w:w="50" w:type="dxa"/>
              <w:left w:w="100" w:type="dxa"/>
              <w:bottom w:w="50" w:type="dxa"/>
              <w:right w:w="80" w:type="dxa"/>
            </w:tcMar>
          </w:tcPr>
          <w:p w14:paraId="67D506F8" w14:textId="77777777" w:rsidR="00807A9D" w:rsidRDefault="00B57BF7">
            <w:r>
              <w:rPr>
                <w:rFonts w:ascii="Calibri" w:eastAsia="Calibri" w:hAnsi="Calibri" w:cs="Calibri"/>
                <w:b/>
                <w:color w:val="1F3A5F"/>
                <w:sz w:val="20"/>
              </w:rPr>
              <w:t>What I will do:</w:t>
            </w:r>
          </w:p>
        </w:tc>
        <w:tc>
          <w:tcPr>
            <w:tcW w:w="7560" w:type="dxa"/>
            <w:tcMar>
              <w:top w:w="50" w:type="dxa"/>
              <w:left w:w="100" w:type="dxa"/>
              <w:bottom w:w="50" w:type="dxa"/>
              <w:right w:w="100" w:type="dxa"/>
            </w:tcMar>
          </w:tcPr>
          <w:p w14:paraId="72793EF8" w14:textId="77777777" w:rsidR="00807A9D" w:rsidRDefault="00807A9D"/>
        </w:tc>
      </w:tr>
      <w:tr w:rsidR="00807A9D" w14:paraId="770F9E05" w14:textId="77777777">
        <w:trPr>
          <w:trHeight w:val="605"/>
        </w:trPr>
        <w:tc>
          <w:tcPr>
            <w:tcW w:w="2520" w:type="dxa"/>
            <w:shd w:val="clear" w:color="auto" w:fill="F4F7FA"/>
            <w:tcMar>
              <w:top w:w="50" w:type="dxa"/>
              <w:left w:w="100" w:type="dxa"/>
              <w:bottom w:w="50" w:type="dxa"/>
              <w:right w:w="80" w:type="dxa"/>
            </w:tcMar>
          </w:tcPr>
          <w:p w14:paraId="11072D81" w14:textId="77777777" w:rsidR="00807A9D" w:rsidRDefault="00B57BF7">
            <w:r>
              <w:rPr>
                <w:rFonts w:ascii="Calibri" w:eastAsia="Calibri" w:hAnsi="Calibri" w:cs="Calibri"/>
                <w:b/>
                <w:color w:val="1F3A5F"/>
                <w:sz w:val="20"/>
              </w:rPr>
              <w:t>When I will do it:</w:t>
            </w:r>
          </w:p>
        </w:tc>
        <w:tc>
          <w:tcPr>
            <w:tcW w:w="7560" w:type="dxa"/>
            <w:tcMar>
              <w:top w:w="50" w:type="dxa"/>
              <w:left w:w="100" w:type="dxa"/>
              <w:bottom w:w="50" w:type="dxa"/>
              <w:right w:w="100" w:type="dxa"/>
            </w:tcMar>
          </w:tcPr>
          <w:p w14:paraId="5B69708C" w14:textId="77777777" w:rsidR="00807A9D" w:rsidRDefault="00807A9D"/>
        </w:tc>
      </w:tr>
      <w:tr w:rsidR="00807A9D" w14:paraId="67718FA1" w14:textId="77777777">
        <w:trPr>
          <w:trHeight w:val="605"/>
        </w:trPr>
        <w:tc>
          <w:tcPr>
            <w:tcW w:w="2520" w:type="dxa"/>
            <w:shd w:val="clear" w:color="auto" w:fill="F4F7FA"/>
            <w:tcMar>
              <w:top w:w="50" w:type="dxa"/>
              <w:left w:w="100" w:type="dxa"/>
              <w:bottom w:w="50" w:type="dxa"/>
              <w:right w:w="80" w:type="dxa"/>
            </w:tcMar>
          </w:tcPr>
          <w:p w14:paraId="2D2E2CFD" w14:textId="77777777" w:rsidR="00807A9D" w:rsidRDefault="00B57BF7">
            <w:r>
              <w:rPr>
                <w:rFonts w:ascii="Calibri" w:eastAsia="Calibri" w:hAnsi="Calibri" w:cs="Calibri"/>
                <w:b/>
                <w:color w:val="1F3A5F"/>
                <w:sz w:val="20"/>
              </w:rPr>
              <w:t>How I will keep track:</w:t>
            </w:r>
          </w:p>
        </w:tc>
        <w:tc>
          <w:tcPr>
            <w:tcW w:w="7560" w:type="dxa"/>
            <w:tcMar>
              <w:top w:w="50" w:type="dxa"/>
              <w:left w:w="100" w:type="dxa"/>
              <w:bottom w:w="50" w:type="dxa"/>
              <w:right w:w="100" w:type="dxa"/>
            </w:tcMar>
          </w:tcPr>
          <w:p w14:paraId="5F80B376" w14:textId="77777777" w:rsidR="00807A9D" w:rsidRDefault="00807A9D"/>
        </w:tc>
      </w:tr>
      <w:tr w:rsidR="00807A9D" w14:paraId="7E8D21EE" w14:textId="77777777">
        <w:trPr>
          <w:trHeight w:val="605"/>
        </w:trPr>
        <w:tc>
          <w:tcPr>
            <w:tcW w:w="2520" w:type="dxa"/>
            <w:shd w:val="clear" w:color="auto" w:fill="F4F7FA"/>
            <w:tcMar>
              <w:top w:w="50" w:type="dxa"/>
              <w:left w:w="100" w:type="dxa"/>
              <w:bottom w:w="50" w:type="dxa"/>
              <w:right w:w="80" w:type="dxa"/>
            </w:tcMar>
          </w:tcPr>
          <w:p w14:paraId="0AA0048F" w14:textId="77777777" w:rsidR="00807A9D" w:rsidRDefault="00B57BF7">
            <w:r>
              <w:rPr>
                <w:rFonts w:ascii="Calibri" w:eastAsia="Calibri" w:hAnsi="Calibri" w:cs="Calibri"/>
                <w:b/>
                <w:color w:val="1F3A5F"/>
                <w:sz w:val="20"/>
              </w:rPr>
              <w:t>Who can help me:</w:t>
            </w:r>
          </w:p>
        </w:tc>
        <w:tc>
          <w:tcPr>
            <w:tcW w:w="7560" w:type="dxa"/>
            <w:tcMar>
              <w:top w:w="50" w:type="dxa"/>
              <w:left w:w="100" w:type="dxa"/>
              <w:bottom w:w="50" w:type="dxa"/>
              <w:right w:w="100" w:type="dxa"/>
            </w:tcMar>
          </w:tcPr>
          <w:p w14:paraId="37DB9919" w14:textId="77777777" w:rsidR="00807A9D" w:rsidRDefault="00807A9D"/>
        </w:tc>
      </w:tr>
    </w:tbl>
    <w:p w14:paraId="075B9D1A" w14:textId="77777777" w:rsidR="00807A9D" w:rsidRDefault="00807A9D">
      <w:pPr>
        <w:spacing w:after="120" w:line="264" w:lineRule="auto"/>
      </w:pPr>
    </w:p>
    <w:tbl>
      <w:tblPr>
        <w:tblW w:w="10079"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839"/>
        <w:gridCol w:w="840"/>
        <w:gridCol w:w="840"/>
        <w:gridCol w:w="840"/>
        <w:gridCol w:w="840"/>
        <w:gridCol w:w="840"/>
        <w:gridCol w:w="840"/>
        <w:gridCol w:w="840"/>
        <w:gridCol w:w="840"/>
        <w:gridCol w:w="840"/>
        <w:gridCol w:w="840"/>
        <w:gridCol w:w="840"/>
      </w:tblGrid>
      <w:tr w:rsidR="00807A9D" w14:paraId="74A160C4" w14:textId="77777777">
        <w:tc>
          <w:tcPr>
            <w:tcW w:w="10080" w:type="dxa"/>
            <w:gridSpan w:val="12"/>
            <w:shd w:val="clear" w:color="auto" w:fill="E8EEF5"/>
            <w:tcMar>
              <w:top w:w="50" w:type="dxa"/>
              <w:left w:w="120" w:type="dxa"/>
              <w:bottom w:w="50" w:type="dxa"/>
              <w:right w:w="120" w:type="dxa"/>
            </w:tcMar>
          </w:tcPr>
          <w:p w14:paraId="60A6A8AA" w14:textId="77777777" w:rsidR="00807A9D" w:rsidRDefault="00B57BF7">
            <w:r>
              <w:rPr>
                <w:rFonts w:ascii="Calibri" w:eastAsia="Calibri" w:hAnsi="Calibri" w:cs="Calibri"/>
                <w:b/>
                <w:color w:val="1F3A5F"/>
                <w:sz w:val="23"/>
              </w:rPr>
              <w:t>Weekly Tracker</w:t>
            </w:r>
            <w:r>
              <w:rPr>
                <w:rFonts w:ascii="Calibri" w:eastAsia="Calibri" w:hAnsi="Calibri" w:cs="Calibri"/>
                <w:i/>
                <w:color w:val="595959"/>
                <w:sz w:val="19"/>
              </w:rPr>
              <w:t xml:space="preserve">   Check off each week you work on your goal.</w:t>
            </w:r>
          </w:p>
        </w:tc>
      </w:tr>
      <w:tr w:rsidR="00807A9D" w14:paraId="0706D56D" w14:textId="77777777">
        <w:tc>
          <w:tcPr>
            <w:tcW w:w="840" w:type="dxa"/>
            <w:shd w:val="clear" w:color="auto" w:fill="F4F7FA"/>
            <w:tcMar>
              <w:top w:w="30" w:type="dxa"/>
              <w:left w:w="20" w:type="dxa"/>
              <w:bottom w:w="30" w:type="dxa"/>
              <w:right w:w="20" w:type="dxa"/>
            </w:tcMar>
          </w:tcPr>
          <w:p w14:paraId="6E0A2554" w14:textId="77777777" w:rsidR="00807A9D" w:rsidRDefault="00B57BF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1</w:t>
            </w:r>
          </w:p>
        </w:tc>
        <w:tc>
          <w:tcPr>
            <w:tcW w:w="840" w:type="dxa"/>
            <w:shd w:val="clear" w:color="auto" w:fill="F4F7FA"/>
            <w:tcMar>
              <w:top w:w="30" w:type="dxa"/>
              <w:left w:w="20" w:type="dxa"/>
              <w:bottom w:w="30" w:type="dxa"/>
              <w:right w:w="20" w:type="dxa"/>
            </w:tcMar>
          </w:tcPr>
          <w:p w14:paraId="1646F789" w14:textId="77777777" w:rsidR="00807A9D" w:rsidRDefault="00B57BF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2</w:t>
            </w:r>
          </w:p>
        </w:tc>
        <w:tc>
          <w:tcPr>
            <w:tcW w:w="840" w:type="dxa"/>
            <w:shd w:val="clear" w:color="auto" w:fill="F4F7FA"/>
            <w:tcMar>
              <w:top w:w="30" w:type="dxa"/>
              <w:left w:w="20" w:type="dxa"/>
              <w:bottom w:w="30" w:type="dxa"/>
              <w:right w:w="20" w:type="dxa"/>
            </w:tcMar>
          </w:tcPr>
          <w:p w14:paraId="3B930B87" w14:textId="77777777" w:rsidR="00807A9D" w:rsidRDefault="00B57BF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3</w:t>
            </w:r>
          </w:p>
        </w:tc>
        <w:tc>
          <w:tcPr>
            <w:tcW w:w="840" w:type="dxa"/>
            <w:shd w:val="clear" w:color="auto" w:fill="F4F7FA"/>
            <w:tcMar>
              <w:top w:w="30" w:type="dxa"/>
              <w:left w:w="20" w:type="dxa"/>
              <w:bottom w:w="30" w:type="dxa"/>
              <w:right w:w="20" w:type="dxa"/>
            </w:tcMar>
          </w:tcPr>
          <w:p w14:paraId="132DFBD5" w14:textId="77777777" w:rsidR="00807A9D" w:rsidRDefault="00B57BF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4</w:t>
            </w:r>
          </w:p>
        </w:tc>
        <w:tc>
          <w:tcPr>
            <w:tcW w:w="840" w:type="dxa"/>
            <w:shd w:val="clear" w:color="auto" w:fill="F4F7FA"/>
            <w:tcMar>
              <w:top w:w="30" w:type="dxa"/>
              <w:left w:w="20" w:type="dxa"/>
              <w:bottom w:w="30" w:type="dxa"/>
              <w:right w:w="20" w:type="dxa"/>
            </w:tcMar>
          </w:tcPr>
          <w:p w14:paraId="6622E049" w14:textId="77777777" w:rsidR="00807A9D" w:rsidRDefault="00B57BF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5</w:t>
            </w:r>
          </w:p>
        </w:tc>
        <w:tc>
          <w:tcPr>
            <w:tcW w:w="840" w:type="dxa"/>
            <w:shd w:val="clear" w:color="auto" w:fill="F4F7FA"/>
            <w:tcMar>
              <w:top w:w="30" w:type="dxa"/>
              <w:left w:w="20" w:type="dxa"/>
              <w:bottom w:w="30" w:type="dxa"/>
              <w:right w:w="20" w:type="dxa"/>
            </w:tcMar>
          </w:tcPr>
          <w:p w14:paraId="63033C6A" w14:textId="77777777" w:rsidR="00807A9D" w:rsidRDefault="00B57BF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6</w:t>
            </w:r>
          </w:p>
        </w:tc>
        <w:tc>
          <w:tcPr>
            <w:tcW w:w="840" w:type="dxa"/>
            <w:shd w:val="clear" w:color="auto" w:fill="F4F7FA"/>
            <w:tcMar>
              <w:top w:w="30" w:type="dxa"/>
              <w:left w:w="20" w:type="dxa"/>
              <w:bottom w:w="30" w:type="dxa"/>
              <w:right w:w="20" w:type="dxa"/>
            </w:tcMar>
          </w:tcPr>
          <w:p w14:paraId="0E319DEE" w14:textId="77777777" w:rsidR="00807A9D" w:rsidRDefault="00B57BF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7</w:t>
            </w:r>
          </w:p>
        </w:tc>
        <w:tc>
          <w:tcPr>
            <w:tcW w:w="840" w:type="dxa"/>
            <w:shd w:val="clear" w:color="auto" w:fill="F4F7FA"/>
            <w:tcMar>
              <w:top w:w="30" w:type="dxa"/>
              <w:left w:w="20" w:type="dxa"/>
              <w:bottom w:w="30" w:type="dxa"/>
              <w:right w:w="20" w:type="dxa"/>
            </w:tcMar>
          </w:tcPr>
          <w:p w14:paraId="20846AC3" w14:textId="77777777" w:rsidR="00807A9D" w:rsidRDefault="00B57BF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8</w:t>
            </w:r>
          </w:p>
        </w:tc>
        <w:tc>
          <w:tcPr>
            <w:tcW w:w="840" w:type="dxa"/>
            <w:shd w:val="clear" w:color="auto" w:fill="F4F7FA"/>
            <w:tcMar>
              <w:top w:w="30" w:type="dxa"/>
              <w:left w:w="20" w:type="dxa"/>
              <w:bottom w:w="30" w:type="dxa"/>
              <w:right w:w="20" w:type="dxa"/>
            </w:tcMar>
          </w:tcPr>
          <w:p w14:paraId="13007044" w14:textId="77777777" w:rsidR="00807A9D" w:rsidRDefault="00B57BF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9</w:t>
            </w:r>
          </w:p>
        </w:tc>
        <w:tc>
          <w:tcPr>
            <w:tcW w:w="840" w:type="dxa"/>
            <w:shd w:val="clear" w:color="auto" w:fill="F4F7FA"/>
            <w:tcMar>
              <w:top w:w="30" w:type="dxa"/>
              <w:left w:w="20" w:type="dxa"/>
              <w:bottom w:w="30" w:type="dxa"/>
              <w:right w:w="20" w:type="dxa"/>
            </w:tcMar>
          </w:tcPr>
          <w:p w14:paraId="12DFA7BD" w14:textId="77777777" w:rsidR="00807A9D" w:rsidRDefault="00B57BF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10</w:t>
            </w:r>
          </w:p>
        </w:tc>
        <w:tc>
          <w:tcPr>
            <w:tcW w:w="840" w:type="dxa"/>
            <w:shd w:val="clear" w:color="auto" w:fill="F4F7FA"/>
            <w:tcMar>
              <w:top w:w="30" w:type="dxa"/>
              <w:left w:w="20" w:type="dxa"/>
              <w:bottom w:w="30" w:type="dxa"/>
              <w:right w:w="20" w:type="dxa"/>
            </w:tcMar>
          </w:tcPr>
          <w:p w14:paraId="2932B8A1" w14:textId="77777777" w:rsidR="00807A9D" w:rsidRDefault="00B57BF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11</w:t>
            </w:r>
          </w:p>
        </w:tc>
        <w:tc>
          <w:tcPr>
            <w:tcW w:w="840" w:type="dxa"/>
            <w:shd w:val="clear" w:color="auto" w:fill="F4F7FA"/>
            <w:tcMar>
              <w:top w:w="30" w:type="dxa"/>
              <w:left w:w="20" w:type="dxa"/>
              <w:bottom w:w="30" w:type="dxa"/>
              <w:right w:w="20" w:type="dxa"/>
            </w:tcMar>
          </w:tcPr>
          <w:p w14:paraId="19E1D075" w14:textId="77777777" w:rsidR="00807A9D" w:rsidRDefault="00B57BF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12</w:t>
            </w:r>
          </w:p>
        </w:tc>
      </w:tr>
      <w:tr w:rsidR="00807A9D" w14:paraId="14A5BA0C" w14:textId="77777777">
        <w:trPr>
          <w:trHeight w:val="720"/>
        </w:trPr>
        <w:tc>
          <w:tcPr>
            <w:tcW w:w="840" w:type="dxa"/>
          </w:tcPr>
          <w:p w14:paraId="2C365D90" w14:textId="77777777" w:rsidR="00807A9D" w:rsidRDefault="00807A9D"/>
        </w:tc>
        <w:tc>
          <w:tcPr>
            <w:tcW w:w="840" w:type="dxa"/>
          </w:tcPr>
          <w:p w14:paraId="3CB0222C" w14:textId="77777777" w:rsidR="00807A9D" w:rsidRDefault="00807A9D"/>
        </w:tc>
        <w:tc>
          <w:tcPr>
            <w:tcW w:w="840" w:type="dxa"/>
          </w:tcPr>
          <w:p w14:paraId="4C1BC90D" w14:textId="77777777" w:rsidR="00807A9D" w:rsidRDefault="00807A9D"/>
        </w:tc>
        <w:tc>
          <w:tcPr>
            <w:tcW w:w="840" w:type="dxa"/>
          </w:tcPr>
          <w:p w14:paraId="60FCD41C" w14:textId="77777777" w:rsidR="00807A9D" w:rsidRDefault="00807A9D"/>
        </w:tc>
        <w:tc>
          <w:tcPr>
            <w:tcW w:w="840" w:type="dxa"/>
          </w:tcPr>
          <w:p w14:paraId="5E620E96" w14:textId="77777777" w:rsidR="00807A9D" w:rsidRDefault="00807A9D"/>
        </w:tc>
        <w:tc>
          <w:tcPr>
            <w:tcW w:w="840" w:type="dxa"/>
          </w:tcPr>
          <w:p w14:paraId="72D67737" w14:textId="77777777" w:rsidR="00807A9D" w:rsidRDefault="00807A9D"/>
        </w:tc>
        <w:tc>
          <w:tcPr>
            <w:tcW w:w="840" w:type="dxa"/>
          </w:tcPr>
          <w:p w14:paraId="28A87A4F" w14:textId="77777777" w:rsidR="00807A9D" w:rsidRDefault="00807A9D"/>
        </w:tc>
        <w:tc>
          <w:tcPr>
            <w:tcW w:w="840" w:type="dxa"/>
          </w:tcPr>
          <w:p w14:paraId="6268EFCE" w14:textId="77777777" w:rsidR="00807A9D" w:rsidRDefault="00807A9D"/>
        </w:tc>
        <w:tc>
          <w:tcPr>
            <w:tcW w:w="840" w:type="dxa"/>
          </w:tcPr>
          <w:p w14:paraId="6EC49A22" w14:textId="77777777" w:rsidR="00807A9D" w:rsidRDefault="00807A9D"/>
        </w:tc>
        <w:tc>
          <w:tcPr>
            <w:tcW w:w="840" w:type="dxa"/>
          </w:tcPr>
          <w:p w14:paraId="075A0490" w14:textId="77777777" w:rsidR="00807A9D" w:rsidRDefault="00807A9D"/>
        </w:tc>
        <w:tc>
          <w:tcPr>
            <w:tcW w:w="840" w:type="dxa"/>
          </w:tcPr>
          <w:p w14:paraId="236DC5AE" w14:textId="77777777" w:rsidR="00807A9D" w:rsidRDefault="00807A9D"/>
        </w:tc>
        <w:tc>
          <w:tcPr>
            <w:tcW w:w="840" w:type="dxa"/>
          </w:tcPr>
          <w:p w14:paraId="454574FC" w14:textId="77777777" w:rsidR="00807A9D" w:rsidRDefault="00807A9D"/>
        </w:tc>
      </w:tr>
    </w:tbl>
    <w:p w14:paraId="34DF1150"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11F914D5" w14:textId="77777777">
        <w:tc>
          <w:tcPr>
            <w:tcW w:w="7632" w:type="dxa"/>
            <w:shd w:val="clear" w:color="auto" w:fill="1F3A5F"/>
            <w:tcMar>
              <w:top w:w="90" w:type="dxa"/>
              <w:left w:w="140" w:type="dxa"/>
              <w:bottom w:w="90" w:type="dxa"/>
              <w:right w:w="140" w:type="dxa"/>
            </w:tcMar>
            <w:vAlign w:val="center"/>
          </w:tcPr>
          <w:p w14:paraId="6CA7F151" w14:textId="77777777" w:rsidR="002321DE" w:rsidRDefault="00B57BF7">
            <w:r>
              <w:rPr>
                <w:rFonts w:ascii="Calibri" w:eastAsia="Calibri" w:hAnsi="Calibri" w:cs="Calibri"/>
                <w:b/>
                <w:color w:val="C8D6E5"/>
                <w:sz w:val="18"/>
              </w:rPr>
              <w:t>RELATE  ·  STEP 21</w:t>
            </w:r>
          </w:p>
          <w:p w14:paraId="01E1A6AB" w14:textId="77777777" w:rsidR="002321DE" w:rsidRDefault="00B57BF7">
            <w:r>
              <w:rPr>
                <w:rFonts w:ascii="Calibri" w:eastAsia="Calibri" w:hAnsi="Calibri" w:cs="Calibri"/>
                <w:b/>
                <w:color w:val="FFFFFF"/>
                <w:sz w:val="40"/>
              </w:rPr>
              <w:t>Plan a Christlike Act of Service</w:t>
            </w:r>
          </w:p>
        </w:tc>
        <w:tc>
          <w:tcPr>
            <w:tcW w:w="2448" w:type="dxa"/>
            <w:shd w:val="clear" w:color="auto" w:fill="1F3A5F"/>
            <w:tcMar>
              <w:top w:w="90" w:type="dxa"/>
              <w:left w:w="140" w:type="dxa"/>
              <w:bottom w:w="90" w:type="dxa"/>
              <w:right w:w="140" w:type="dxa"/>
            </w:tcMar>
            <w:vAlign w:val="center"/>
          </w:tcPr>
          <w:p w14:paraId="48C3935C" w14:textId="77777777" w:rsidR="002321DE" w:rsidRDefault="00B57BF7">
            <w:pPr>
              <w:jc w:val="right"/>
            </w:pPr>
            <w:r>
              <w:rPr>
                <w:rFonts w:ascii="Calibri" w:eastAsia="Calibri" w:hAnsi="Calibri" w:cs="Calibri"/>
                <w:color w:val="C8D6E5"/>
                <w:sz w:val="18"/>
              </w:rPr>
              <w:t>About 20–30 minutes</w:t>
            </w:r>
          </w:p>
        </w:tc>
      </w:tr>
    </w:tbl>
    <w:p w14:paraId="1BA0E2C8" w14:textId="77777777" w:rsidR="002321DE" w:rsidRDefault="002321DE">
      <w:pPr>
        <w:spacing w:line="264" w:lineRule="auto"/>
      </w:pPr>
    </w:p>
    <w:p w14:paraId="0628DD5D"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Plan a way to serve others the way your hero did.</w:t>
      </w:r>
    </w:p>
    <w:p w14:paraId="68C0EFEE" w14:textId="77777777" w:rsidR="002321DE" w:rsidRDefault="002321DE">
      <w:pPr>
        <w:spacing w:line="264" w:lineRule="auto"/>
      </w:pPr>
    </w:p>
    <w:p w14:paraId="4CC171AD"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7B8D5F79" w14:textId="77777777">
        <w:tc>
          <w:tcPr>
            <w:tcW w:w="504" w:type="dxa"/>
            <w:tcMar>
              <w:top w:w="20" w:type="dxa"/>
              <w:left w:w="20" w:type="dxa"/>
              <w:bottom w:w="20" w:type="dxa"/>
              <w:right w:w="20" w:type="dxa"/>
            </w:tcMar>
          </w:tcPr>
          <w:p w14:paraId="3432C91F"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1B5A8AD9" w14:textId="77777777" w:rsidR="002321DE" w:rsidRDefault="00B57BF7">
            <w:r>
              <w:rPr>
                <w:rFonts w:eastAsia="Georgia" w:cs="Georgia"/>
                <w:color w:val="222222"/>
                <w:sz w:val="21"/>
              </w:rPr>
              <w:t>Think about how your hero served others. Look at the ideas below for inspiration.</w:t>
            </w:r>
          </w:p>
        </w:tc>
      </w:tr>
      <w:tr w:rsidR="0075185D" w14:paraId="352F3515" w14:textId="77777777">
        <w:tc>
          <w:tcPr>
            <w:tcW w:w="504" w:type="dxa"/>
            <w:tcMar>
              <w:top w:w="20" w:type="dxa"/>
              <w:left w:w="20" w:type="dxa"/>
              <w:bottom w:w="20" w:type="dxa"/>
              <w:right w:w="20" w:type="dxa"/>
            </w:tcMar>
          </w:tcPr>
          <w:p w14:paraId="7994B172"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5868526E" w14:textId="77777777" w:rsidR="002321DE" w:rsidRDefault="00B57BF7">
            <w:r>
              <w:rPr>
                <w:rFonts w:eastAsia="Georgia" w:cs="Georgia"/>
                <w:color w:val="222222"/>
                <w:sz w:val="21"/>
              </w:rPr>
              <w:t>Plan about one hour of service connected to your hero's work or one of their Christlike attributes.</w:t>
            </w:r>
          </w:p>
        </w:tc>
      </w:tr>
      <w:tr w:rsidR="0075185D" w14:paraId="2B90FC44" w14:textId="77777777">
        <w:tc>
          <w:tcPr>
            <w:tcW w:w="504" w:type="dxa"/>
            <w:tcMar>
              <w:top w:w="20" w:type="dxa"/>
              <w:left w:w="20" w:type="dxa"/>
              <w:bottom w:w="20" w:type="dxa"/>
              <w:right w:w="20" w:type="dxa"/>
            </w:tcMar>
          </w:tcPr>
          <w:p w14:paraId="6F14286A" w14:textId="77777777" w:rsidR="002321DE" w:rsidRDefault="00B57BF7">
            <w:r>
              <w:rPr>
                <w:rFonts w:ascii="Calibri" w:eastAsia="Calibri" w:hAnsi="Calibri" w:cs="Calibri"/>
                <w:b/>
                <w:color w:val="1F3A5F"/>
                <w:sz w:val="21"/>
              </w:rPr>
              <w:t>3.</w:t>
            </w:r>
          </w:p>
        </w:tc>
        <w:tc>
          <w:tcPr>
            <w:tcW w:w="9576" w:type="dxa"/>
            <w:tcMar>
              <w:top w:w="20" w:type="dxa"/>
              <w:left w:w="40" w:type="dxa"/>
              <w:bottom w:w="20" w:type="dxa"/>
              <w:right w:w="40" w:type="dxa"/>
            </w:tcMar>
          </w:tcPr>
          <w:p w14:paraId="735F56C7" w14:textId="77777777" w:rsidR="002321DE" w:rsidRDefault="00B57BF7">
            <w:r>
              <w:rPr>
                <w:rFonts w:eastAsia="Georgia" w:cs="Georgia"/>
                <w:color w:val="222222"/>
                <w:sz w:val="21"/>
              </w:rPr>
              <w:t>Share your plan with a parent for approval. You will complete your service in Step 22.</w:t>
            </w:r>
          </w:p>
        </w:tc>
      </w:tr>
    </w:tbl>
    <w:p w14:paraId="742A8CCC" w14:textId="77777777" w:rsidR="002321DE" w:rsidRDefault="002321DE">
      <w:pPr>
        <w:spacing w:after="120" w:line="264" w:lineRule="auto"/>
      </w:pPr>
    </w:p>
    <w:tbl>
      <w:tblPr>
        <w:tblW w:w="10080" w:type="dxa"/>
        <w:tblBorders>
          <w:top w:val="single" w:sz="6" w:space="0" w:color="C8963E"/>
          <w:left w:val="single" w:sz="6" w:space="0" w:color="C8963E"/>
          <w:bottom w:val="single" w:sz="6" w:space="0" w:color="C8963E"/>
          <w:right w:val="single" w:sz="6" w:space="0" w:color="C8963E"/>
          <w:insideH w:val="single" w:sz="6" w:space="0" w:color="C8963E"/>
          <w:insideV w:val="single" w:sz="6" w:space="0" w:color="C8963E"/>
        </w:tblBorders>
        <w:tblLayout w:type="fixed"/>
        <w:tblLook w:val="04A0" w:firstRow="1" w:lastRow="0" w:firstColumn="1" w:lastColumn="0" w:noHBand="0" w:noVBand="1"/>
      </w:tblPr>
      <w:tblGrid>
        <w:gridCol w:w="3744"/>
        <w:gridCol w:w="6336"/>
      </w:tblGrid>
      <w:tr w:rsidR="0075185D" w14:paraId="4C6F09F4" w14:textId="77777777">
        <w:tc>
          <w:tcPr>
            <w:tcW w:w="3744" w:type="dxa"/>
            <w:shd w:val="clear" w:color="auto" w:fill="F6EBD5"/>
            <w:tcMar>
              <w:top w:w="50" w:type="dxa"/>
              <w:left w:w="120" w:type="dxa"/>
              <w:bottom w:w="50" w:type="dxa"/>
              <w:right w:w="120" w:type="dxa"/>
            </w:tcMar>
          </w:tcPr>
          <w:p w14:paraId="1F6874FC" w14:textId="77777777" w:rsidR="002321DE" w:rsidRDefault="00B57BF7">
            <w:r>
              <w:rPr>
                <w:rFonts w:ascii="Calibri" w:eastAsia="Calibri" w:hAnsi="Calibri" w:cs="Calibri"/>
                <w:b/>
                <w:color w:val="7A551C"/>
                <w:sz w:val="20"/>
              </w:rPr>
              <w:t>If your hero…</w:t>
            </w:r>
          </w:p>
        </w:tc>
        <w:tc>
          <w:tcPr>
            <w:tcW w:w="6336" w:type="dxa"/>
            <w:shd w:val="clear" w:color="auto" w:fill="F6EBD5"/>
            <w:tcMar>
              <w:top w:w="50" w:type="dxa"/>
              <w:left w:w="120" w:type="dxa"/>
              <w:bottom w:w="50" w:type="dxa"/>
              <w:right w:w="120" w:type="dxa"/>
            </w:tcMar>
          </w:tcPr>
          <w:p w14:paraId="055C993A" w14:textId="77777777" w:rsidR="002321DE" w:rsidRDefault="00B57BF7">
            <w:r>
              <w:rPr>
                <w:rFonts w:ascii="Calibri" w:eastAsia="Calibri" w:hAnsi="Calibri" w:cs="Calibri"/>
                <w:b/>
                <w:color w:val="7A551C"/>
                <w:sz w:val="20"/>
              </w:rPr>
              <w:t>You could…</w:t>
            </w:r>
          </w:p>
        </w:tc>
      </w:tr>
      <w:tr w:rsidR="0075185D" w14:paraId="5DBB1BF9" w14:textId="77777777">
        <w:tc>
          <w:tcPr>
            <w:tcW w:w="3744" w:type="dxa"/>
            <w:shd w:val="clear" w:color="auto" w:fill="FBF6EC"/>
            <w:tcMar>
              <w:top w:w="40" w:type="dxa"/>
              <w:left w:w="120" w:type="dxa"/>
              <w:bottom w:w="50" w:type="dxa"/>
              <w:right w:w="120" w:type="dxa"/>
            </w:tcMar>
          </w:tcPr>
          <w:p w14:paraId="5ADDC535" w14:textId="77777777" w:rsidR="002321DE" w:rsidRDefault="00B57BF7">
            <w:r>
              <w:rPr>
                <w:rFonts w:ascii="Calibri" w:eastAsia="Calibri" w:hAnsi="Calibri" w:cs="Calibri"/>
                <w:color w:val="3A2E1A"/>
                <w:sz w:val="19"/>
              </w:rPr>
              <w:t>•  Helped the poor or sick</w:t>
            </w:r>
          </w:p>
          <w:p w14:paraId="08E36DDB" w14:textId="77777777" w:rsidR="002321DE" w:rsidRDefault="00B57BF7">
            <w:r>
              <w:rPr>
                <w:rFonts w:ascii="Calibri" w:eastAsia="Calibri" w:hAnsi="Calibri" w:cs="Calibri"/>
                <w:color w:val="3A2E1A"/>
                <w:sz w:val="19"/>
              </w:rPr>
              <w:t>•  Shared the gospel</w:t>
            </w:r>
          </w:p>
          <w:p w14:paraId="17FA17BE" w14:textId="77777777" w:rsidR="002321DE" w:rsidRDefault="00B57BF7">
            <w:r>
              <w:rPr>
                <w:rFonts w:ascii="Calibri" w:eastAsia="Calibri" w:hAnsi="Calibri" w:cs="Calibri"/>
                <w:color w:val="3A2E1A"/>
                <w:sz w:val="19"/>
              </w:rPr>
              <w:t>•  Protected or rescued others</w:t>
            </w:r>
          </w:p>
          <w:p w14:paraId="706D9BCD" w14:textId="77777777" w:rsidR="002321DE" w:rsidRDefault="00B57BF7">
            <w:r>
              <w:rPr>
                <w:rFonts w:ascii="Calibri" w:eastAsia="Calibri" w:hAnsi="Calibri" w:cs="Calibri"/>
                <w:color w:val="3A2E1A"/>
                <w:sz w:val="19"/>
              </w:rPr>
              <w:t>•  Taught or encouraged others</w:t>
            </w:r>
          </w:p>
          <w:p w14:paraId="37FF0820" w14:textId="77777777" w:rsidR="002321DE" w:rsidRDefault="00B57BF7">
            <w:r>
              <w:rPr>
                <w:rFonts w:ascii="Calibri" w:eastAsia="Calibri" w:hAnsi="Calibri" w:cs="Calibri"/>
                <w:color w:val="3A2E1A"/>
                <w:sz w:val="19"/>
              </w:rPr>
              <w:t>•  Served their country</w:t>
            </w:r>
          </w:p>
        </w:tc>
        <w:tc>
          <w:tcPr>
            <w:tcW w:w="6336" w:type="dxa"/>
            <w:shd w:val="clear" w:color="auto" w:fill="FBF6EC"/>
            <w:tcMar>
              <w:top w:w="40" w:type="dxa"/>
              <w:left w:w="120" w:type="dxa"/>
              <w:bottom w:w="50" w:type="dxa"/>
              <w:right w:w="120" w:type="dxa"/>
            </w:tcMar>
          </w:tcPr>
          <w:p w14:paraId="4DE788D1" w14:textId="77777777" w:rsidR="002321DE" w:rsidRDefault="00B57BF7">
            <w:r>
              <w:rPr>
                <w:rFonts w:ascii="Calibri" w:eastAsia="Calibri" w:hAnsi="Calibri" w:cs="Calibri"/>
                <w:color w:val="3A2E1A"/>
                <w:sz w:val="19"/>
              </w:rPr>
              <w:t>•  Collect food, clothing, or hygiene kits</w:t>
            </w:r>
          </w:p>
          <w:p w14:paraId="4678A7EC" w14:textId="77777777" w:rsidR="002321DE" w:rsidRDefault="00B57BF7">
            <w:r>
              <w:rPr>
                <w:rFonts w:ascii="Calibri" w:eastAsia="Calibri" w:hAnsi="Calibri" w:cs="Calibri"/>
                <w:color w:val="3A2E1A"/>
                <w:sz w:val="19"/>
              </w:rPr>
              <w:t>•  Share an uplifting message or talk with a friend</w:t>
            </w:r>
          </w:p>
          <w:p w14:paraId="1DCED517" w14:textId="77777777" w:rsidR="002321DE" w:rsidRDefault="00B57BF7">
            <w:r>
              <w:rPr>
                <w:rFonts w:ascii="Calibri" w:eastAsia="Calibri" w:hAnsi="Calibri" w:cs="Calibri"/>
                <w:color w:val="3A2E1A"/>
                <w:sz w:val="19"/>
              </w:rPr>
              <w:t>•  Help a neighbor, sibling, or someone who is left out</w:t>
            </w:r>
          </w:p>
          <w:p w14:paraId="22D18A5B" w14:textId="77777777" w:rsidR="002321DE" w:rsidRDefault="00B57BF7">
            <w:r>
              <w:rPr>
                <w:rFonts w:ascii="Calibri" w:eastAsia="Calibri" w:hAnsi="Calibri" w:cs="Calibri"/>
                <w:color w:val="3A2E1A"/>
                <w:sz w:val="19"/>
              </w:rPr>
              <w:t>•  Tutor or read with a younger child</w:t>
            </w:r>
          </w:p>
          <w:p w14:paraId="5BB584F9" w14:textId="77777777" w:rsidR="002321DE" w:rsidRDefault="00B57BF7">
            <w:r>
              <w:rPr>
                <w:rFonts w:ascii="Calibri" w:eastAsia="Calibri" w:hAnsi="Calibri" w:cs="Calibri"/>
                <w:color w:val="3A2E1A"/>
                <w:sz w:val="19"/>
              </w:rPr>
              <w:t>•  Write thank-you notes to veterans or first responders</w:t>
            </w:r>
          </w:p>
        </w:tc>
      </w:tr>
    </w:tbl>
    <w:p w14:paraId="6E2CFF4A" w14:textId="77777777" w:rsidR="002321DE" w:rsidRDefault="002321DE">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20"/>
        <w:gridCol w:w="2520"/>
        <w:gridCol w:w="2520"/>
        <w:gridCol w:w="2520"/>
      </w:tblGrid>
      <w:tr w:rsidR="0075185D" w14:paraId="7CE67CCC" w14:textId="77777777">
        <w:tc>
          <w:tcPr>
            <w:tcW w:w="10080" w:type="dxa"/>
            <w:gridSpan w:val="4"/>
            <w:shd w:val="clear" w:color="auto" w:fill="E8EEF5"/>
            <w:tcMar>
              <w:top w:w="50" w:type="dxa"/>
              <w:left w:w="120" w:type="dxa"/>
              <w:bottom w:w="50" w:type="dxa"/>
              <w:right w:w="120" w:type="dxa"/>
            </w:tcMar>
          </w:tcPr>
          <w:p w14:paraId="4F4A9FEF" w14:textId="77777777" w:rsidR="002321DE" w:rsidRDefault="00B57BF7">
            <w:r>
              <w:rPr>
                <w:rFonts w:ascii="Calibri" w:eastAsia="Calibri" w:hAnsi="Calibri" w:cs="Calibri"/>
                <w:b/>
                <w:color w:val="1F3A5F"/>
                <w:sz w:val="23"/>
              </w:rPr>
              <w:t>My Service Plan</w:t>
            </w:r>
          </w:p>
        </w:tc>
      </w:tr>
      <w:tr w:rsidR="0075185D" w14:paraId="41AF78E1" w14:textId="77777777">
        <w:trPr>
          <w:trHeight w:val="893"/>
        </w:trPr>
        <w:tc>
          <w:tcPr>
            <w:tcW w:w="2520" w:type="dxa"/>
            <w:shd w:val="clear" w:color="auto" w:fill="F4F7FA"/>
            <w:tcMar>
              <w:top w:w="50" w:type="dxa"/>
              <w:left w:w="100" w:type="dxa"/>
              <w:bottom w:w="50" w:type="dxa"/>
              <w:right w:w="80" w:type="dxa"/>
            </w:tcMar>
          </w:tcPr>
          <w:p w14:paraId="314E8A4F" w14:textId="77777777" w:rsidR="002321DE" w:rsidRDefault="00B57BF7">
            <w:r>
              <w:rPr>
                <w:rFonts w:ascii="Calibri" w:eastAsia="Calibri" w:hAnsi="Calibri" w:cs="Calibri"/>
                <w:b/>
                <w:color w:val="1F3A5F"/>
                <w:sz w:val="20"/>
              </w:rPr>
              <w:t>What I will do:</w:t>
            </w:r>
          </w:p>
        </w:tc>
        <w:tc>
          <w:tcPr>
            <w:tcW w:w="7560" w:type="dxa"/>
            <w:gridSpan w:val="3"/>
            <w:tcMar>
              <w:top w:w="50" w:type="dxa"/>
              <w:left w:w="100" w:type="dxa"/>
              <w:bottom w:w="50" w:type="dxa"/>
              <w:right w:w="100" w:type="dxa"/>
            </w:tcMar>
          </w:tcPr>
          <w:p w14:paraId="2D1CB744" w14:textId="77777777" w:rsidR="002321DE" w:rsidRDefault="002321DE"/>
        </w:tc>
      </w:tr>
      <w:tr w:rsidR="0075185D" w14:paraId="271F7D0D" w14:textId="77777777">
        <w:trPr>
          <w:trHeight w:val="605"/>
        </w:trPr>
        <w:tc>
          <w:tcPr>
            <w:tcW w:w="2520" w:type="dxa"/>
            <w:shd w:val="clear" w:color="auto" w:fill="F4F7FA"/>
            <w:tcMar>
              <w:top w:w="50" w:type="dxa"/>
              <w:left w:w="100" w:type="dxa"/>
              <w:bottom w:w="50" w:type="dxa"/>
              <w:right w:w="80" w:type="dxa"/>
            </w:tcMar>
          </w:tcPr>
          <w:p w14:paraId="03BD2D07" w14:textId="77777777" w:rsidR="002321DE" w:rsidRDefault="00B57BF7">
            <w:r>
              <w:rPr>
                <w:rFonts w:ascii="Calibri" w:eastAsia="Calibri" w:hAnsi="Calibri" w:cs="Calibri"/>
                <w:b/>
                <w:color w:val="1F3A5F"/>
                <w:sz w:val="20"/>
              </w:rPr>
              <w:t>Who I will serve:</w:t>
            </w:r>
          </w:p>
        </w:tc>
        <w:tc>
          <w:tcPr>
            <w:tcW w:w="7560" w:type="dxa"/>
            <w:gridSpan w:val="3"/>
            <w:tcMar>
              <w:top w:w="50" w:type="dxa"/>
              <w:left w:w="100" w:type="dxa"/>
              <w:bottom w:w="50" w:type="dxa"/>
              <w:right w:w="100" w:type="dxa"/>
            </w:tcMar>
          </w:tcPr>
          <w:p w14:paraId="0B751E7E" w14:textId="77777777" w:rsidR="002321DE" w:rsidRDefault="002321DE"/>
        </w:tc>
      </w:tr>
      <w:tr w:rsidR="0075185D" w14:paraId="16FC28CB" w14:textId="77777777">
        <w:trPr>
          <w:trHeight w:val="893"/>
        </w:trPr>
        <w:tc>
          <w:tcPr>
            <w:tcW w:w="2520" w:type="dxa"/>
            <w:shd w:val="clear" w:color="auto" w:fill="F4F7FA"/>
            <w:tcMar>
              <w:top w:w="50" w:type="dxa"/>
              <w:left w:w="100" w:type="dxa"/>
              <w:bottom w:w="50" w:type="dxa"/>
              <w:right w:w="80" w:type="dxa"/>
            </w:tcMar>
          </w:tcPr>
          <w:p w14:paraId="7E0D14D1" w14:textId="77777777" w:rsidR="002321DE" w:rsidRDefault="00B57BF7">
            <w:r>
              <w:rPr>
                <w:rFonts w:ascii="Calibri" w:eastAsia="Calibri" w:hAnsi="Calibri" w:cs="Calibri"/>
                <w:b/>
                <w:color w:val="1F3A5F"/>
                <w:sz w:val="20"/>
              </w:rPr>
              <w:t xml:space="preserve">How </w:t>
            </w:r>
            <w:r w:rsidR="0076770D">
              <w:rPr>
                <w:rFonts w:ascii="Calibri" w:eastAsia="Calibri" w:hAnsi="Calibri" w:cs="Calibri"/>
                <w:b/>
                <w:color w:val="1F3A5F"/>
                <w:sz w:val="20"/>
              </w:rPr>
              <w:t xml:space="preserve">is it like </w:t>
            </w:r>
            <w:r>
              <w:rPr>
                <w:rFonts w:ascii="Calibri" w:eastAsia="Calibri" w:hAnsi="Calibri" w:cs="Calibri"/>
                <w:b/>
                <w:color w:val="1F3A5F"/>
                <w:sz w:val="20"/>
              </w:rPr>
              <w:t>my hero</w:t>
            </w:r>
            <w:r w:rsidR="0076770D">
              <w:rPr>
                <w:rFonts w:ascii="Calibri" w:eastAsia="Calibri" w:hAnsi="Calibri" w:cs="Calibri"/>
                <w:b/>
                <w:color w:val="1F3A5F"/>
                <w:sz w:val="20"/>
              </w:rPr>
              <w:t>?</w:t>
            </w:r>
          </w:p>
        </w:tc>
        <w:tc>
          <w:tcPr>
            <w:tcW w:w="7560" w:type="dxa"/>
            <w:gridSpan w:val="3"/>
            <w:tcMar>
              <w:top w:w="50" w:type="dxa"/>
              <w:left w:w="100" w:type="dxa"/>
              <w:bottom w:w="50" w:type="dxa"/>
              <w:right w:w="100" w:type="dxa"/>
            </w:tcMar>
          </w:tcPr>
          <w:p w14:paraId="56E47F80" w14:textId="77777777" w:rsidR="002321DE" w:rsidRDefault="002321DE"/>
        </w:tc>
      </w:tr>
      <w:tr w:rsidR="0075185D" w14:paraId="433115BB" w14:textId="77777777">
        <w:trPr>
          <w:trHeight w:val="518"/>
        </w:trPr>
        <w:tc>
          <w:tcPr>
            <w:tcW w:w="2520" w:type="dxa"/>
            <w:shd w:val="clear" w:color="auto" w:fill="F4F7FA"/>
            <w:tcMar>
              <w:top w:w="50" w:type="dxa"/>
              <w:left w:w="100" w:type="dxa"/>
              <w:bottom w:w="50" w:type="dxa"/>
              <w:right w:w="80" w:type="dxa"/>
            </w:tcMar>
          </w:tcPr>
          <w:p w14:paraId="62B5BEAC" w14:textId="77777777" w:rsidR="002321DE" w:rsidRDefault="00B57BF7">
            <w:r>
              <w:rPr>
                <w:rFonts w:ascii="Calibri" w:eastAsia="Calibri" w:hAnsi="Calibri" w:cs="Calibri"/>
                <w:b/>
                <w:color w:val="1F3A5F"/>
                <w:sz w:val="20"/>
              </w:rPr>
              <w:t>When:</w:t>
            </w:r>
          </w:p>
        </w:tc>
        <w:tc>
          <w:tcPr>
            <w:tcW w:w="2520" w:type="dxa"/>
            <w:tcMar>
              <w:top w:w="50" w:type="dxa"/>
              <w:left w:w="100" w:type="dxa"/>
              <w:bottom w:w="50" w:type="dxa"/>
              <w:right w:w="100" w:type="dxa"/>
            </w:tcMar>
          </w:tcPr>
          <w:p w14:paraId="7160BEE6" w14:textId="77777777" w:rsidR="002321DE" w:rsidRDefault="002321DE"/>
        </w:tc>
        <w:tc>
          <w:tcPr>
            <w:tcW w:w="2520" w:type="dxa"/>
            <w:shd w:val="clear" w:color="auto" w:fill="F4F7FA"/>
            <w:tcMar>
              <w:top w:w="50" w:type="dxa"/>
              <w:left w:w="100" w:type="dxa"/>
              <w:bottom w:w="50" w:type="dxa"/>
              <w:right w:w="80" w:type="dxa"/>
            </w:tcMar>
          </w:tcPr>
          <w:p w14:paraId="27886568" w14:textId="77777777" w:rsidR="002321DE" w:rsidRDefault="00B57BF7">
            <w:r>
              <w:rPr>
                <w:rFonts w:ascii="Calibri" w:eastAsia="Calibri" w:hAnsi="Calibri" w:cs="Calibri"/>
                <w:b/>
                <w:color w:val="1F3A5F"/>
                <w:sz w:val="20"/>
              </w:rPr>
              <w:t>How long:</w:t>
            </w:r>
          </w:p>
        </w:tc>
        <w:tc>
          <w:tcPr>
            <w:tcW w:w="2520" w:type="dxa"/>
            <w:tcMar>
              <w:top w:w="50" w:type="dxa"/>
              <w:left w:w="100" w:type="dxa"/>
              <w:bottom w:w="50" w:type="dxa"/>
              <w:right w:w="100" w:type="dxa"/>
            </w:tcMar>
          </w:tcPr>
          <w:p w14:paraId="36A7172E" w14:textId="77777777" w:rsidR="002321DE" w:rsidRDefault="002321DE"/>
        </w:tc>
      </w:tr>
      <w:tr w:rsidR="0075185D" w14:paraId="051BE904" w14:textId="77777777">
        <w:trPr>
          <w:trHeight w:val="605"/>
        </w:trPr>
        <w:tc>
          <w:tcPr>
            <w:tcW w:w="2520" w:type="dxa"/>
            <w:shd w:val="clear" w:color="auto" w:fill="F4F7FA"/>
            <w:tcMar>
              <w:top w:w="50" w:type="dxa"/>
              <w:left w:w="100" w:type="dxa"/>
              <w:bottom w:w="50" w:type="dxa"/>
              <w:right w:w="80" w:type="dxa"/>
            </w:tcMar>
          </w:tcPr>
          <w:p w14:paraId="4D1B6E7D" w14:textId="77777777" w:rsidR="002321DE" w:rsidRDefault="00B57BF7">
            <w:r>
              <w:rPr>
                <w:rFonts w:ascii="Calibri" w:eastAsia="Calibri" w:hAnsi="Calibri" w:cs="Calibri"/>
                <w:b/>
                <w:color w:val="1F3A5F"/>
                <w:sz w:val="20"/>
              </w:rPr>
              <w:t>What I need:</w:t>
            </w:r>
          </w:p>
        </w:tc>
        <w:tc>
          <w:tcPr>
            <w:tcW w:w="7560" w:type="dxa"/>
            <w:gridSpan w:val="3"/>
            <w:tcMar>
              <w:top w:w="50" w:type="dxa"/>
              <w:left w:w="100" w:type="dxa"/>
              <w:bottom w:w="50" w:type="dxa"/>
              <w:right w:w="100" w:type="dxa"/>
            </w:tcMar>
          </w:tcPr>
          <w:p w14:paraId="306A9D29" w14:textId="77777777" w:rsidR="002321DE" w:rsidRDefault="002321DE"/>
        </w:tc>
      </w:tr>
    </w:tbl>
    <w:p w14:paraId="1AC6FDFF" w14:textId="77777777" w:rsidR="002321DE" w:rsidRDefault="002321DE">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872"/>
        <w:gridCol w:w="3168"/>
        <w:gridCol w:w="1872"/>
        <w:gridCol w:w="3168"/>
      </w:tblGrid>
      <w:tr w:rsidR="0075185D" w14:paraId="3D7FCF23" w14:textId="77777777">
        <w:tc>
          <w:tcPr>
            <w:tcW w:w="10080" w:type="dxa"/>
            <w:gridSpan w:val="4"/>
            <w:shd w:val="clear" w:color="auto" w:fill="E8EEF5"/>
            <w:tcMar>
              <w:top w:w="50" w:type="dxa"/>
              <w:left w:w="120" w:type="dxa"/>
              <w:bottom w:w="50" w:type="dxa"/>
              <w:right w:w="120" w:type="dxa"/>
            </w:tcMar>
          </w:tcPr>
          <w:p w14:paraId="5F0AD44F" w14:textId="77777777" w:rsidR="002321DE" w:rsidRDefault="00B57BF7">
            <w:r>
              <w:rPr>
                <w:rFonts w:ascii="Calibri" w:eastAsia="Calibri" w:hAnsi="Calibri" w:cs="Calibri"/>
                <w:b/>
                <w:color w:val="1F3A5F"/>
                <w:sz w:val="23"/>
              </w:rPr>
              <w:t>Parent Approval</w:t>
            </w:r>
          </w:p>
        </w:tc>
      </w:tr>
      <w:tr w:rsidR="0075185D" w14:paraId="3AC6388D" w14:textId="77777777">
        <w:trPr>
          <w:trHeight w:val="518"/>
        </w:trPr>
        <w:tc>
          <w:tcPr>
            <w:tcW w:w="1872" w:type="dxa"/>
            <w:shd w:val="clear" w:color="auto" w:fill="F4F7FA"/>
            <w:tcMar>
              <w:top w:w="50" w:type="dxa"/>
              <w:left w:w="100" w:type="dxa"/>
              <w:bottom w:w="50" w:type="dxa"/>
              <w:right w:w="80" w:type="dxa"/>
            </w:tcMar>
          </w:tcPr>
          <w:p w14:paraId="6B3A55E4" w14:textId="77777777" w:rsidR="002321DE" w:rsidRDefault="00B57BF7">
            <w:r>
              <w:rPr>
                <w:rFonts w:ascii="Calibri" w:eastAsia="Calibri" w:hAnsi="Calibri" w:cs="Calibri"/>
                <w:b/>
                <w:color w:val="1F3A5F"/>
                <w:sz w:val="20"/>
              </w:rPr>
              <w:t>Parent name:</w:t>
            </w:r>
          </w:p>
        </w:tc>
        <w:tc>
          <w:tcPr>
            <w:tcW w:w="3168" w:type="dxa"/>
            <w:tcMar>
              <w:top w:w="50" w:type="dxa"/>
              <w:left w:w="100" w:type="dxa"/>
              <w:bottom w:w="50" w:type="dxa"/>
              <w:right w:w="100" w:type="dxa"/>
            </w:tcMar>
          </w:tcPr>
          <w:p w14:paraId="37FE0669" w14:textId="77777777" w:rsidR="002321DE" w:rsidRDefault="002321DE"/>
        </w:tc>
        <w:tc>
          <w:tcPr>
            <w:tcW w:w="1872" w:type="dxa"/>
            <w:shd w:val="clear" w:color="auto" w:fill="F4F7FA"/>
            <w:tcMar>
              <w:top w:w="50" w:type="dxa"/>
              <w:left w:w="100" w:type="dxa"/>
              <w:bottom w:w="50" w:type="dxa"/>
              <w:right w:w="80" w:type="dxa"/>
            </w:tcMar>
          </w:tcPr>
          <w:p w14:paraId="2748CA48" w14:textId="77777777" w:rsidR="002321DE" w:rsidRDefault="00B57BF7">
            <w:r>
              <w:rPr>
                <w:rFonts w:ascii="Calibri" w:eastAsia="Calibri" w:hAnsi="Calibri" w:cs="Calibri"/>
                <w:b/>
                <w:color w:val="1F3A5F"/>
                <w:sz w:val="20"/>
              </w:rPr>
              <w:t>Signature:</w:t>
            </w:r>
          </w:p>
        </w:tc>
        <w:tc>
          <w:tcPr>
            <w:tcW w:w="3168" w:type="dxa"/>
            <w:tcMar>
              <w:top w:w="50" w:type="dxa"/>
              <w:left w:w="100" w:type="dxa"/>
              <w:bottom w:w="50" w:type="dxa"/>
              <w:right w:w="100" w:type="dxa"/>
            </w:tcMar>
          </w:tcPr>
          <w:p w14:paraId="2E84E15B" w14:textId="77777777" w:rsidR="002321DE" w:rsidRDefault="002321DE"/>
        </w:tc>
      </w:tr>
    </w:tbl>
    <w:p w14:paraId="6174408D"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0287C29F" w14:textId="77777777">
        <w:tc>
          <w:tcPr>
            <w:tcW w:w="7632" w:type="dxa"/>
            <w:shd w:val="clear" w:color="auto" w:fill="1F3A5F"/>
            <w:tcMar>
              <w:top w:w="90" w:type="dxa"/>
              <w:left w:w="140" w:type="dxa"/>
              <w:bottom w:w="90" w:type="dxa"/>
              <w:right w:w="140" w:type="dxa"/>
            </w:tcMar>
            <w:vAlign w:val="center"/>
          </w:tcPr>
          <w:p w14:paraId="43DD5E6E" w14:textId="77777777" w:rsidR="002321DE" w:rsidRDefault="00B57BF7">
            <w:r>
              <w:rPr>
                <w:rFonts w:ascii="Calibri" w:eastAsia="Calibri" w:hAnsi="Calibri" w:cs="Calibri"/>
                <w:b/>
                <w:color w:val="C8D6E5"/>
                <w:sz w:val="18"/>
              </w:rPr>
              <w:t>RELATE  ·  STEP 22</w:t>
            </w:r>
          </w:p>
          <w:p w14:paraId="1E7C6972" w14:textId="77777777" w:rsidR="002321DE" w:rsidRDefault="00B57BF7">
            <w:r>
              <w:rPr>
                <w:rFonts w:ascii="Calibri" w:eastAsia="Calibri" w:hAnsi="Calibri" w:cs="Calibri"/>
                <w:b/>
                <w:color w:val="FFFFFF"/>
                <w:sz w:val="40"/>
              </w:rPr>
              <w:t>Complete My Christlike Act of Service</w:t>
            </w:r>
          </w:p>
        </w:tc>
        <w:tc>
          <w:tcPr>
            <w:tcW w:w="2448" w:type="dxa"/>
            <w:shd w:val="clear" w:color="auto" w:fill="1F3A5F"/>
            <w:tcMar>
              <w:top w:w="90" w:type="dxa"/>
              <w:left w:w="140" w:type="dxa"/>
              <w:bottom w:w="90" w:type="dxa"/>
              <w:right w:w="140" w:type="dxa"/>
            </w:tcMar>
            <w:vAlign w:val="center"/>
          </w:tcPr>
          <w:p w14:paraId="25E5F8D5" w14:textId="77777777" w:rsidR="002321DE" w:rsidRDefault="00B57BF7">
            <w:pPr>
              <w:jc w:val="right"/>
            </w:pPr>
            <w:r>
              <w:rPr>
                <w:rFonts w:ascii="Calibri" w:eastAsia="Calibri" w:hAnsi="Calibri" w:cs="Calibri"/>
                <w:color w:val="C8D6E5"/>
                <w:sz w:val="18"/>
              </w:rPr>
              <w:t>About 60 minutes</w:t>
            </w:r>
          </w:p>
        </w:tc>
      </w:tr>
    </w:tbl>
    <w:p w14:paraId="2D420CEE" w14:textId="77777777" w:rsidR="002321DE" w:rsidRDefault="002321DE">
      <w:pPr>
        <w:spacing w:line="264" w:lineRule="auto"/>
      </w:pPr>
    </w:p>
    <w:p w14:paraId="59F6BEA9"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Serve others the way your hero did.</w:t>
      </w:r>
    </w:p>
    <w:p w14:paraId="69FD2CB6" w14:textId="77777777" w:rsidR="002321DE" w:rsidRDefault="002321DE">
      <w:pPr>
        <w:spacing w:line="264" w:lineRule="auto"/>
      </w:pPr>
    </w:p>
    <w:p w14:paraId="30A941B9"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6C7F1594" w14:textId="77777777">
        <w:tc>
          <w:tcPr>
            <w:tcW w:w="504" w:type="dxa"/>
            <w:tcMar>
              <w:top w:w="20" w:type="dxa"/>
              <w:left w:w="20" w:type="dxa"/>
              <w:bottom w:w="20" w:type="dxa"/>
              <w:right w:w="20" w:type="dxa"/>
            </w:tcMar>
          </w:tcPr>
          <w:p w14:paraId="684B167E"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23AADA22" w14:textId="77777777" w:rsidR="002321DE" w:rsidRDefault="00B57BF7">
            <w:r>
              <w:rPr>
                <w:rFonts w:eastAsia="Georgia" w:cs="Georgia"/>
                <w:color w:val="222222"/>
                <w:sz w:val="21"/>
              </w:rPr>
              <w:t>Carry out the service you planned in Step 21 (about 1 hour). It may take place outside this step.</w:t>
            </w:r>
          </w:p>
        </w:tc>
      </w:tr>
      <w:tr w:rsidR="0075185D" w14:paraId="663400E3" w14:textId="77777777">
        <w:tc>
          <w:tcPr>
            <w:tcW w:w="504" w:type="dxa"/>
            <w:tcMar>
              <w:top w:w="20" w:type="dxa"/>
              <w:left w:w="20" w:type="dxa"/>
              <w:bottom w:w="20" w:type="dxa"/>
              <w:right w:w="20" w:type="dxa"/>
            </w:tcMar>
          </w:tcPr>
          <w:p w14:paraId="626BB6B0"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594C7BBE" w14:textId="77777777" w:rsidR="002321DE" w:rsidRDefault="00B57BF7">
            <w:r>
              <w:rPr>
                <w:rFonts w:eastAsia="Georgia" w:cs="Georgia"/>
                <w:color w:val="222222"/>
                <w:sz w:val="21"/>
              </w:rPr>
              <w:t>Take 1–2 photos of your service, if you can.</w:t>
            </w:r>
          </w:p>
        </w:tc>
      </w:tr>
      <w:tr w:rsidR="0075185D" w14:paraId="30ECDA48" w14:textId="77777777">
        <w:tc>
          <w:tcPr>
            <w:tcW w:w="504" w:type="dxa"/>
            <w:tcMar>
              <w:top w:w="20" w:type="dxa"/>
              <w:left w:w="20" w:type="dxa"/>
              <w:bottom w:w="20" w:type="dxa"/>
              <w:right w:w="20" w:type="dxa"/>
            </w:tcMar>
          </w:tcPr>
          <w:p w14:paraId="7412EEA3" w14:textId="77777777" w:rsidR="002321DE" w:rsidRDefault="00B57BF7">
            <w:r>
              <w:rPr>
                <w:rFonts w:ascii="Calibri" w:eastAsia="Calibri" w:hAnsi="Calibri" w:cs="Calibri"/>
                <w:b/>
                <w:color w:val="1F3A5F"/>
                <w:sz w:val="21"/>
              </w:rPr>
              <w:t>3.</w:t>
            </w:r>
          </w:p>
        </w:tc>
        <w:tc>
          <w:tcPr>
            <w:tcW w:w="9576" w:type="dxa"/>
            <w:tcMar>
              <w:top w:w="20" w:type="dxa"/>
              <w:left w:w="40" w:type="dxa"/>
              <w:bottom w:w="20" w:type="dxa"/>
              <w:right w:w="40" w:type="dxa"/>
            </w:tcMar>
          </w:tcPr>
          <w:p w14:paraId="1559CBD1" w14:textId="77777777" w:rsidR="002321DE" w:rsidRDefault="00B57BF7">
            <w:r>
              <w:rPr>
                <w:rFonts w:eastAsia="Georgia" w:cs="Georgia"/>
                <w:color w:val="222222"/>
                <w:sz w:val="21"/>
              </w:rPr>
              <w:t>Right after you serve, fill in this log while it is fresh. You will use it to write your Service Report in Step 23.</w:t>
            </w:r>
          </w:p>
        </w:tc>
      </w:tr>
    </w:tbl>
    <w:p w14:paraId="097ECF55" w14:textId="77777777" w:rsidR="002321DE" w:rsidRDefault="002321DE">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75185D" w14:paraId="3C2E04D2" w14:textId="77777777">
        <w:tc>
          <w:tcPr>
            <w:tcW w:w="10080" w:type="dxa"/>
            <w:shd w:val="clear" w:color="auto" w:fill="FBF6EC"/>
            <w:tcMar>
              <w:top w:w="70" w:type="dxa"/>
              <w:left w:w="140" w:type="dxa"/>
              <w:bottom w:w="70" w:type="dxa"/>
              <w:right w:w="140" w:type="dxa"/>
            </w:tcMar>
          </w:tcPr>
          <w:p w14:paraId="60E494D1" w14:textId="77777777" w:rsidR="002321DE" w:rsidRDefault="00B57BF7">
            <w:r>
              <w:rPr>
                <w:rFonts w:ascii="Calibri" w:eastAsia="Calibri" w:hAnsi="Calibri" w:cs="Calibri"/>
                <w:b/>
                <w:color w:val="7A551C"/>
                <w:sz w:val="20"/>
              </w:rPr>
              <w:t xml:space="preserve">REMEMBER: </w:t>
            </w:r>
            <w:r>
              <w:rPr>
                <w:rFonts w:ascii="Calibri" w:eastAsia="Calibri" w:hAnsi="Calibri" w:cs="Calibri"/>
                <w:color w:val="3A2E1A"/>
                <w:sz w:val="20"/>
              </w:rPr>
              <w:t>"When ye are in the service of your fellow beings ye are only in the service of your God" (Mosiah 2:17).</w:t>
            </w:r>
          </w:p>
        </w:tc>
      </w:tr>
    </w:tbl>
    <w:p w14:paraId="4C7BBF89"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20"/>
        <w:gridCol w:w="2520"/>
        <w:gridCol w:w="2520"/>
        <w:gridCol w:w="2520"/>
      </w:tblGrid>
      <w:tr w:rsidR="0075185D" w14:paraId="53B41368" w14:textId="77777777">
        <w:tc>
          <w:tcPr>
            <w:tcW w:w="10080" w:type="dxa"/>
            <w:gridSpan w:val="4"/>
            <w:shd w:val="clear" w:color="auto" w:fill="E8EEF5"/>
            <w:tcMar>
              <w:top w:w="50" w:type="dxa"/>
              <w:left w:w="120" w:type="dxa"/>
              <w:bottom w:w="50" w:type="dxa"/>
              <w:right w:w="120" w:type="dxa"/>
            </w:tcMar>
          </w:tcPr>
          <w:p w14:paraId="426FBD0A" w14:textId="77777777" w:rsidR="002321DE" w:rsidRDefault="00B57BF7">
            <w:r>
              <w:rPr>
                <w:rFonts w:ascii="Calibri" w:eastAsia="Calibri" w:hAnsi="Calibri" w:cs="Calibri"/>
                <w:b/>
                <w:color w:val="1F3A5F"/>
                <w:sz w:val="23"/>
              </w:rPr>
              <w:t>Service Log</w:t>
            </w:r>
          </w:p>
        </w:tc>
      </w:tr>
      <w:tr w:rsidR="0075185D" w14:paraId="5E582BE1" w14:textId="77777777">
        <w:trPr>
          <w:trHeight w:val="518"/>
        </w:trPr>
        <w:tc>
          <w:tcPr>
            <w:tcW w:w="2520" w:type="dxa"/>
            <w:shd w:val="clear" w:color="auto" w:fill="F4F7FA"/>
            <w:tcMar>
              <w:top w:w="50" w:type="dxa"/>
              <w:left w:w="100" w:type="dxa"/>
              <w:bottom w:w="50" w:type="dxa"/>
              <w:right w:w="80" w:type="dxa"/>
            </w:tcMar>
          </w:tcPr>
          <w:p w14:paraId="3E595067" w14:textId="77777777" w:rsidR="002321DE" w:rsidRDefault="00B57BF7">
            <w:r>
              <w:rPr>
                <w:rFonts w:ascii="Calibri" w:eastAsia="Calibri" w:hAnsi="Calibri" w:cs="Calibri"/>
                <w:b/>
                <w:color w:val="1F3A5F"/>
                <w:sz w:val="20"/>
              </w:rPr>
              <w:t>Date:</w:t>
            </w:r>
          </w:p>
        </w:tc>
        <w:tc>
          <w:tcPr>
            <w:tcW w:w="2520" w:type="dxa"/>
            <w:tcMar>
              <w:top w:w="50" w:type="dxa"/>
              <w:left w:w="100" w:type="dxa"/>
              <w:bottom w:w="50" w:type="dxa"/>
              <w:right w:w="100" w:type="dxa"/>
            </w:tcMar>
          </w:tcPr>
          <w:p w14:paraId="036E4E2C" w14:textId="77777777" w:rsidR="002321DE" w:rsidRDefault="002321DE"/>
        </w:tc>
        <w:tc>
          <w:tcPr>
            <w:tcW w:w="2520" w:type="dxa"/>
            <w:shd w:val="clear" w:color="auto" w:fill="F4F7FA"/>
            <w:tcMar>
              <w:top w:w="50" w:type="dxa"/>
              <w:left w:w="100" w:type="dxa"/>
              <w:bottom w:w="50" w:type="dxa"/>
              <w:right w:w="80" w:type="dxa"/>
            </w:tcMar>
          </w:tcPr>
          <w:p w14:paraId="39B99DCA" w14:textId="77777777" w:rsidR="002321DE" w:rsidRDefault="00B57BF7">
            <w:r>
              <w:rPr>
                <w:rFonts w:ascii="Calibri" w:eastAsia="Calibri" w:hAnsi="Calibri" w:cs="Calibri"/>
                <w:b/>
                <w:color w:val="1F3A5F"/>
                <w:sz w:val="20"/>
              </w:rPr>
              <w:t>Time spent:</w:t>
            </w:r>
          </w:p>
        </w:tc>
        <w:tc>
          <w:tcPr>
            <w:tcW w:w="2520" w:type="dxa"/>
            <w:tcMar>
              <w:top w:w="50" w:type="dxa"/>
              <w:left w:w="100" w:type="dxa"/>
              <w:bottom w:w="50" w:type="dxa"/>
              <w:right w:w="100" w:type="dxa"/>
            </w:tcMar>
          </w:tcPr>
          <w:p w14:paraId="20E723E1" w14:textId="77777777" w:rsidR="002321DE" w:rsidRDefault="002321DE"/>
        </w:tc>
      </w:tr>
      <w:tr w:rsidR="0075185D" w14:paraId="796A48D4" w14:textId="77777777">
        <w:trPr>
          <w:trHeight w:val="605"/>
        </w:trPr>
        <w:tc>
          <w:tcPr>
            <w:tcW w:w="2520" w:type="dxa"/>
            <w:shd w:val="clear" w:color="auto" w:fill="F4F7FA"/>
            <w:tcMar>
              <w:top w:w="50" w:type="dxa"/>
              <w:left w:w="100" w:type="dxa"/>
              <w:bottom w:w="50" w:type="dxa"/>
              <w:right w:w="80" w:type="dxa"/>
            </w:tcMar>
          </w:tcPr>
          <w:p w14:paraId="779838F7" w14:textId="77777777" w:rsidR="002321DE" w:rsidRDefault="00B57BF7">
            <w:r>
              <w:rPr>
                <w:rFonts w:ascii="Calibri" w:eastAsia="Calibri" w:hAnsi="Calibri" w:cs="Calibri"/>
                <w:b/>
                <w:color w:val="1F3A5F"/>
                <w:sz w:val="20"/>
              </w:rPr>
              <w:t>Who I served:</w:t>
            </w:r>
          </w:p>
        </w:tc>
        <w:tc>
          <w:tcPr>
            <w:tcW w:w="7560" w:type="dxa"/>
            <w:gridSpan w:val="3"/>
            <w:tcMar>
              <w:top w:w="50" w:type="dxa"/>
              <w:left w:w="100" w:type="dxa"/>
              <w:bottom w:w="50" w:type="dxa"/>
              <w:right w:w="100" w:type="dxa"/>
            </w:tcMar>
          </w:tcPr>
          <w:p w14:paraId="25CE60F4" w14:textId="77777777" w:rsidR="002321DE" w:rsidRDefault="002321DE"/>
        </w:tc>
      </w:tr>
      <w:tr w:rsidR="0075185D" w14:paraId="1E42E39E" w14:textId="77777777">
        <w:trPr>
          <w:trHeight w:val="605"/>
        </w:trPr>
        <w:tc>
          <w:tcPr>
            <w:tcW w:w="2520" w:type="dxa"/>
            <w:shd w:val="clear" w:color="auto" w:fill="F4F7FA"/>
            <w:tcMar>
              <w:top w:w="50" w:type="dxa"/>
              <w:left w:w="100" w:type="dxa"/>
              <w:bottom w:w="50" w:type="dxa"/>
              <w:right w:w="80" w:type="dxa"/>
            </w:tcMar>
          </w:tcPr>
          <w:p w14:paraId="7D78E532" w14:textId="77777777" w:rsidR="002321DE" w:rsidRDefault="00B57BF7">
            <w:r>
              <w:rPr>
                <w:rFonts w:ascii="Calibri" w:eastAsia="Calibri" w:hAnsi="Calibri" w:cs="Calibri"/>
                <w:b/>
                <w:color w:val="1F3A5F"/>
                <w:sz w:val="20"/>
              </w:rPr>
              <w:t>Who served with me:</w:t>
            </w:r>
          </w:p>
        </w:tc>
        <w:tc>
          <w:tcPr>
            <w:tcW w:w="7560" w:type="dxa"/>
            <w:gridSpan w:val="3"/>
            <w:tcMar>
              <w:top w:w="50" w:type="dxa"/>
              <w:left w:w="100" w:type="dxa"/>
              <w:bottom w:w="50" w:type="dxa"/>
              <w:right w:w="100" w:type="dxa"/>
            </w:tcMar>
          </w:tcPr>
          <w:p w14:paraId="21FDBCDB" w14:textId="77777777" w:rsidR="002321DE" w:rsidRDefault="002321DE"/>
        </w:tc>
      </w:tr>
      <w:tr w:rsidR="0075185D" w14:paraId="09230B11" w14:textId="77777777">
        <w:trPr>
          <w:trHeight w:val="1296"/>
        </w:trPr>
        <w:tc>
          <w:tcPr>
            <w:tcW w:w="2520" w:type="dxa"/>
            <w:shd w:val="clear" w:color="auto" w:fill="F4F7FA"/>
            <w:tcMar>
              <w:top w:w="50" w:type="dxa"/>
              <w:left w:w="100" w:type="dxa"/>
              <w:bottom w:w="50" w:type="dxa"/>
              <w:right w:w="80" w:type="dxa"/>
            </w:tcMar>
          </w:tcPr>
          <w:p w14:paraId="0722F7DF" w14:textId="77777777" w:rsidR="002321DE" w:rsidRDefault="00B57BF7">
            <w:r>
              <w:rPr>
                <w:rFonts w:ascii="Calibri" w:eastAsia="Calibri" w:hAnsi="Calibri" w:cs="Calibri"/>
                <w:b/>
                <w:color w:val="1F3A5F"/>
                <w:sz w:val="20"/>
              </w:rPr>
              <w:t>What I did:</w:t>
            </w:r>
          </w:p>
        </w:tc>
        <w:tc>
          <w:tcPr>
            <w:tcW w:w="7560" w:type="dxa"/>
            <w:gridSpan w:val="3"/>
            <w:tcMar>
              <w:top w:w="50" w:type="dxa"/>
              <w:left w:w="100" w:type="dxa"/>
              <w:bottom w:w="50" w:type="dxa"/>
              <w:right w:w="100" w:type="dxa"/>
            </w:tcMar>
          </w:tcPr>
          <w:p w14:paraId="638BE6D3" w14:textId="77777777" w:rsidR="002321DE" w:rsidRDefault="002321DE"/>
        </w:tc>
      </w:tr>
      <w:tr w:rsidR="0075185D" w14:paraId="6BF7E86D" w14:textId="77777777">
        <w:trPr>
          <w:trHeight w:val="1008"/>
        </w:trPr>
        <w:tc>
          <w:tcPr>
            <w:tcW w:w="2520" w:type="dxa"/>
            <w:shd w:val="clear" w:color="auto" w:fill="F4F7FA"/>
            <w:tcMar>
              <w:top w:w="50" w:type="dxa"/>
              <w:left w:w="100" w:type="dxa"/>
              <w:bottom w:w="50" w:type="dxa"/>
              <w:right w:w="80" w:type="dxa"/>
            </w:tcMar>
          </w:tcPr>
          <w:p w14:paraId="206C398F" w14:textId="77777777" w:rsidR="002321DE" w:rsidRDefault="00B57BF7">
            <w:r>
              <w:rPr>
                <w:rFonts w:ascii="Calibri" w:eastAsia="Calibri" w:hAnsi="Calibri" w:cs="Calibri"/>
                <w:b/>
                <w:color w:val="1F3A5F"/>
                <w:sz w:val="20"/>
              </w:rPr>
              <w:t>How people responded:</w:t>
            </w:r>
          </w:p>
        </w:tc>
        <w:tc>
          <w:tcPr>
            <w:tcW w:w="7560" w:type="dxa"/>
            <w:gridSpan w:val="3"/>
            <w:tcMar>
              <w:top w:w="50" w:type="dxa"/>
              <w:left w:w="100" w:type="dxa"/>
              <w:bottom w:w="50" w:type="dxa"/>
              <w:right w:w="100" w:type="dxa"/>
            </w:tcMar>
          </w:tcPr>
          <w:p w14:paraId="72E8E722" w14:textId="77777777" w:rsidR="002321DE" w:rsidRDefault="002321DE"/>
        </w:tc>
      </w:tr>
      <w:tr w:rsidR="0075185D" w14:paraId="0F361DBD" w14:textId="77777777">
        <w:trPr>
          <w:trHeight w:val="893"/>
        </w:trPr>
        <w:tc>
          <w:tcPr>
            <w:tcW w:w="2520" w:type="dxa"/>
            <w:shd w:val="clear" w:color="auto" w:fill="F4F7FA"/>
            <w:tcMar>
              <w:top w:w="50" w:type="dxa"/>
              <w:left w:w="100" w:type="dxa"/>
              <w:bottom w:w="50" w:type="dxa"/>
              <w:right w:w="80" w:type="dxa"/>
            </w:tcMar>
          </w:tcPr>
          <w:p w14:paraId="209C9F27" w14:textId="77777777" w:rsidR="002321DE" w:rsidRDefault="00B57BF7">
            <w:r>
              <w:rPr>
                <w:rFonts w:ascii="Calibri" w:eastAsia="Calibri" w:hAnsi="Calibri" w:cs="Calibri"/>
                <w:b/>
                <w:color w:val="1F3A5F"/>
                <w:sz w:val="20"/>
              </w:rPr>
              <w:t>How I felt:</w:t>
            </w:r>
          </w:p>
        </w:tc>
        <w:tc>
          <w:tcPr>
            <w:tcW w:w="7560" w:type="dxa"/>
            <w:gridSpan w:val="3"/>
            <w:tcMar>
              <w:top w:w="50" w:type="dxa"/>
              <w:left w:w="100" w:type="dxa"/>
              <w:bottom w:w="50" w:type="dxa"/>
              <w:right w:w="100" w:type="dxa"/>
            </w:tcMar>
          </w:tcPr>
          <w:p w14:paraId="339250E5" w14:textId="77777777" w:rsidR="002321DE" w:rsidRDefault="002321DE"/>
        </w:tc>
      </w:tr>
      <w:tr w:rsidR="0075185D" w14:paraId="7E642379" w14:textId="77777777">
        <w:trPr>
          <w:trHeight w:val="1008"/>
        </w:trPr>
        <w:tc>
          <w:tcPr>
            <w:tcW w:w="2520" w:type="dxa"/>
            <w:shd w:val="clear" w:color="auto" w:fill="F4F7FA"/>
            <w:tcMar>
              <w:top w:w="50" w:type="dxa"/>
              <w:left w:w="100" w:type="dxa"/>
              <w:bottom w:w="50" w:type="dxa"/>
              <w:right w:w="80" w:type="dxa"/>
            </w:tcMar>
          </w:tcPr>
          <w:p w14:paraId="2A1F8625" w14:textId="77777777" w:rsidR="002321DE" w:rsidRDefault="00B57BF7">
            <w:r>
              <w:rPr>
                <w:rFonts w:ascii="Calibri" w:eastAsia="Calibri" w:hAnsi="Calibri" w:cs="Calibri"/>
                <w:b/>
                <w:color w:val="1F3A5F"/>
                <w:sz w:val="20"/>
              </w:rPr>
              <w:t>How this was like my hero:</w:t>
            </w:r>
          </w:p>
        </w:tc>
        <w:tc>
          <w:tcPr>
            <w:tcW w:w="7560" w:type="dxa"/>
            <w:gridSpan w:val="3"/>
            <w:tcMar>
              <w:top w:w="50" w:type="dxa"/>
              <w:left w:w="100" w:type="dxa"/>
              <w:bottom w:w="50" w:type="dxa"/>
              <w:right w:w="100" w:type="dxa"/>
            </w:tcMar>
          </w:tcPr>
          <w:p w14:paraId="166A12E9" w14:textId="77777777" w:rsidR="002321DE" w:rsidRDefault="002321DE"/>
        </w:tc>
      </w:tr>
    </w:tbl>
    <w:p w14:paraId="62B1C6F3" w14:textId="77777777" w:rsidR="002321DE" w:rsidRDefault="002321DE">
      <w:pPr>
        <w:spacing w:after="160" w:line="264" w:lineRule="auto"/>
      </w:pP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0"/>
        <w:gridCol w:w="5040"/>
      </w:tblGrid>
      <w:tr w:rsidR="0075185D" w14:paraId="7CA96020" w14:textId="77777777">
        <w:tc>
          <w:tcPr>
            <w:tcW w:w="5040" w:type="dxa"/>
            <w:tcMar>
              <w:top w:w="20" w:type="dxa"/>
              <w:left w:w="60" w:type="dxa"/>
              <w:bottom w:w="20" w:type="dxa"/>
              <w:right w:w="40" w:type="dxa"/>
            </w:tcMar>
          </w:tcPr>
          <w:p w14:paraId="592A4AFE" w14:textId="77777777" w:rsidR="002321DE" w:rsidRDefault="00B57BF7">
            <w:r>
              <w:rPr>
                <w:rFonts w:ascii="Segoe UI Symbol" w:eastAsia="Segoe UI Symbol" w:hAnsi="Segoe UI Symbol" w:cs="Segoe UI Symbol"/>
                <w:color w:val="1F3A5F"/>
                <w:sz w:val="24"/>
              </w:rPr>
              <w:t xml:space="preserve">☐  </w:t>
            </w:r>
            <w:r>
              <w:rPr>
                <w:rFonts w:eastAsia="Georgia" w:cs="Georgia"/>
                <w:color w:val="222222"/>
                <w:sz w:val="21"/>
              </w:rPr>
              <w:t>I took 1–2 photos or a video of my service.</w:t>
            </w:r>
          </w:p>
        </w:tc>
        <w:tc>
          <w:tcPr>
            <w:tcW w:w="5040" w:type="dxa"/>
            <w:tcMar>
              <w:top w:w="20" w:type="dxa"/>
              <w:left w:w="60" w:type="dxa"/>
              <w:bottom w:w="20" w:type="dxa"/>
              <w:right w:w="40" w:type="dxa"/>
            </w:tcMar>
          </w:tcPr>
          <w:p w14:paraId="468BCFA2" w14:textId="77777777" w:rsidR="002321DE" w:rsidRDefault="00B57BF7">
            <w:r>
              <w:rPr>
                <w:rFonts w:ascii="Segoe UI Symbol" w:eastAsia="Segoe UI Symbol" w:hAnsi="Segoe UI Symbol" w:cs="Segoe UI Symbol"/>
                <w:color w:val="1F3A5F"/>
                <w:sz w:val="24"/>
              </w:rPr>
              <w:t xml:space="preserve">☐  </w:t>
            </w:r>
            <w:r>
              <w:rPr>
                <w:rFonts w:eastAsia="Georgia" w:cs="Georgia"/>
                <w:color w:val="222222"/>
                <w:sz w:val="21"/>
              </w:rPr>
              <w:t>I thanked those who helped me serve.</w:t>
            </w:r>
          </w:p>
        </w:tc>
      </w:tr>
    </w:tbl>
    <w:p w14:paraId="08D9A982"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6531CE69" w14:textId="77777777">
        <w:tc>
          <w:tcPr>
            <w:tcW w:w="7632" w:type="dxa"/>
            <w:shd w:val="clear" w:color="auto" w:fill="1F3A5F"/>
            <w:tcMar>
              <w:top w:w="90" w:type="dxa"/>
              <w:left w:w="140" w:type="dxa"/>
              <w:bottom w:w="90" w:type="dxa"/>
              <w:right w:w="140" w:type="dxa"/>
            </w:tcMar>
            <w:vAlign w:val="center"/>
          </w:tcPr>
          <w:p w14:paraId="214899B3" w14:textId="77777777" w:rsidR="002321DE" w:rsidRDefault="00B57BF7">
            <w:r>
              <w:rPr>
                <w:rFonts w:ascii="Calibri" w:eastAsia="Calibri" w:hAnsi="Calibri" w:cs="Calibri"/>
                <w:b/>
                <w:color w:val="C8D6E5"/>
                <w:sz w:val="18"/>
              </w:rPr>
              <w:t>RECORD  ·  STEP 23</w:t>
            </w:r>
          </w:p>
          <w:p w14:paraId="793D27B7" w14:textId="77777777" w:rsidR="002321DE" w:rsidRDefault="00B57BF7">
            <w:r>
              <w:rPr>
                <w:rFonts w:ascii="Calibri" w:eastAsia="Calibri" w:hAnsi="Calibri" w:cs="Calibri"/>
                <w:b/>
                <w:color w:val="FFFFFF"/>
                <w:sz w:val="40"/>
              </w:rPr>
              <w:t>Service Report</w:t>
            </w:r>
          </w:p>
        </w:tc>
        <w:tc>
          <w:tcPr>
            <w:tcW w:w="2448" w:type="dxa"/>
            <w:shd w:val="clear" w:color="auto" w:fill="1F3A5F"/>
            <w:tcMar>
              <w:top w:w="90" w:type="dxa"/>
              <w:left w:w="140" w:type="dxa"/>
              <w:bottom w:w="90" w:type="dxa"/>
              <w:right w:w="140" w:type="dxa"/>
            </w:tcMar>
            <w:vAlign w:val="center"/>
          </w:tcPr>
          <w:p w14:paraId="3A298075" w14:textId="77777777" w:rsidR="002321DE" w:rsidRDefault="00B57BF7">
            <w:pPr>
              <w:jc w:val="right"/>
            </w:pPr>
            <w:r>
              <w:rPr>
                <w:rFonts w:ascii="Calibri" w:eastAsia="Calibri" w:hAnsi="Calibri" w:cs="Calibri"/>
                <w:color w:val="C8D6E5"/>
                <w:sz w:val="18"/>
              </w:rPr>
              <w:t>About 20–30 minutes</w:t>
            </w:r>
          </w:p>
        </w:tc>
      </w:tr>
    </w:tbl>
    <w:p w14:paraId="42C87E0B" w14:textId="77777777" w:rsidR="002321DE" w:rsidRDefault="002321DE">
      <w:pPr>
        <w:spacing w:line="264" w:lineRule="auto"/>
      </w:pPr>
    </w:p>
    <w:p w14:paraId="2098350E"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Record what you did and what you learned.</w:t>
      </w:r>
    </w:p>
    <w:p w14:paraId="0A381163" w14:textId="77777777" w:rsidR="002321DE" w:rsidRDefault="002321DE">
      <w:pPr>
        <w:spacing w:line="264" w:lineRule="auto"/>
      </w:pPr>
    </w:p>
    <w:p w14:paraId="23FFB864"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51973914" w14:textId="77777777">
        <w:tc>
          <w:tcPr>
            <w:tcW w:w="504" w:type="dxa"/>
            <w:tcMar>
              <w:top w:w="20" w:type="dxa"/>
              <w:left w:w="20" w:type="dxa"/>
              <w:bottom w:w="20" w:type="dxa"/>
              <w:right w:w="20" w:type="dxa"/>
            </w:tcMar>
          </w:tcPr>
          <w:p w14:paraId="24519B5D"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69C1F9C0" w14:textId="77777777" w:rsidR="002321DE" w:rsidRDefault="00B57BF7">
            <w:r>
              <w:rPr>
                <w:rFonts w:eastAsia="Georgia" w:cs="Georgia"/>
                <w:color w:val="222222"/>
                <w:sz w:val="21"/>
              </w:rPr>
              <w:t>Use your Service Log from Step 22 to write a report about your service.</w:t>
            </w:r>
          </w:p>
        </w:tc>
      </w:tr>
      <w:tr w:rsidR="0075185D" w14:paraId="48D82D4C" w14:textId="77777777">
        <w:tc>
          <w:tcPr>
            <w:tcW w:w="504" w:type="dxa"/>
            <w:tcMar>
              <w:top w:w="20" w:type="dxa"/>
              <w:left w:w="20" w:type="dxa"/>
              <w:bottom w:w="20" w:type="dxa"/>
              <w:right w:w="20" w:type="dxa"/>
            </w:tcMar>
          </w:tcPr>
          <w:p w14:paraId="3175978C"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0743A330" w14:textId="77777777" w:rsidR="002321DE" w:rsidRDefault="00B57BF7">
            <w:r>
              <w:rPr>
                <w:rFonts w:eastAsia="Georgia" w:cs="Georgia"/>
                <w:color w:val="222222"/>
                <w:sz w:val="21"/>
              </w:rPr>
              <w:t>Attach 1–2 photos of your service in the boxes below.</w:t>
            </w:r>
          </w:p>
        </w:tc>
      </w:tr>
      <w:tr w:rsidR="0075185D" w14:paraId="0F3B4637" w14:textId="77777777">
        <w:tc>
          <w:tcPr>
            <w:tcW w:w="504" w:type="dxa"/>
            <w:tcMar>
              <w:top w:w="20" w:type="dxa"/>
              <w:left w:w="20" w:type="dxa"/>
              <w:bottom w:w="20" w:type="dxa"/>
              <w:right w:w="20" w:type="dxa"/>
            </w:tcMar>
          </w:tcPr>
          <w:p w14:paraId="284E93AE" w14:textId="77777777" w:rsidR="002321DE" w:rsidRDefault="00B57BF7">
            <w:r>
              <w:rPr>
                <w:rFonts w:ascii="Calibri" w:eastAsia="Calibri" w:hAnsi="Calibri" w:cs="Calibri"/>
                <w:b/>
                <w:color w:val="1F3A5F"/>
                <w:sz w:val="21"/>
              </w:rPr>
              <w:t>3.</w:t>
            </w:r>
          </w:p>
        </w:tc>
        <w:tc>
          <w:tcPr>
            <w:tcW w:w="9576" w:type="dxa"/>
            <w:tcMar>
              <w:top w:w="20" w:type="dxa"/>
              <w:left w:w="40" w:type="dxa"/>
              <w:bottom w:w="20" w:type="dxa"/>
              <w:right w:w="40" w:type="dxa"/>
            </w:tcMar>
          </w:tcPr>
          <w:p w14:paraId="6984303B" w14:textId="77777777" w:rsidR="002321DE" w:rsidRDefault="00B57BF7">
            <w:r>
              <w:rPr>
                <w:rFonts w:eastAsia="Georgia" w:cs="Georgia"/>
                <w:color w:val="222222"/>
                <w:sz w:val="21"/>
              </w:rPr>
              <w:t>Add a comment from someone who served with you or whom you served (optional).</w:t>
            </w:r>
          </w:p>
        </w:tc>
      </w:tr>
    </w:tbl>
    <w:p w14:paraId="70016C57" w14:textId="77777777" w:rsidR="002321DE" w:rsidRDefault="002321DE">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75185D" w14:paraId="62FC05EE" w14:textId="77777777">
        <w:tc>
          <w:tcPr>
            <w:tcW w:w="10080" w:type="dxa"/>
            <w:shd w:val="clear" w:color="auto" w:fill="FBF6EC"/>
            <w:tcMar>
              <w:top w:w="70" w:type="dxa"/>
              <w:left w:w="140" w:type="dxa"/>
              <w:bottom w:w="70" w:type="dxa"/>
              <w:right w:w="140" w:type="dxa"/>
            </w:tcMar>
          </w:tcPr>
          <w:p w14:paraId="01A646F0" w14:textId="77777777" w:rsidR="002321DE" w:rsidRDefault="00B57BF7">
            <w:r>
              <w:rPr>
                <w:rFonts w:ascii="Calibri" w:eastAsia="Calibri" w:hAnsi="Calibri" w:cs="Calibri"/>
                <w:b/>
                <w:color w:val="7A551C"/>
                <w:sz w:val="20"/>
              </w:rPr>
              <w:t xml:space="preserve">SENTENCE STARTERS: </w:t>
            </w:r>
            <w:r>
              <w:rPr>
                <w:rFonts w:ascii="Calibri" w:eastAsia="Calibri" w:hAnsi="Calibri" w:cs="Calibri"/>
                <w:color w:val="3A2E1A"/>
                <w:sz w:val="20"/>
              </w:rPr>
              <w:t>For my service, I…  •  I chose this because my hero…  •  I learned…</w:t>
            </w:r>
          </w:p>
        </w:tc>
      </w:tr>
    </w:tbl>
    <w:p w14:paraId="797C63C2"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75185D" w14:paraId="4DAE0071" w14:textId="77777777">
        <w:tc>
          <w:tcPr>
            <w:tcW w:w="10080" w:type="dxa"/>
            <w:shd w:val="clear" w:color="auto" w:fill="E8EEF5"/>
            <w:tcMar>
              <w:top w:w="50" w:type="dxa"/>
              <w:left w:w="120" w:type="dxa"/>
              <w:bottom w:w="50" w:type="dxa"/>
              <w:right w:w="120" w:type="dxa"/>
            </w:tcMar>
          </w:tcPr>
          <w:p w14:paraId="340C0F26" w14:textId="77777777" w:rsidR="002321DE" w:rsidRDefault="00B57BF7">
            <w:r>
              <w:rPr>
                <w:rFonts w:ascii="Calibri" w:eastAsia="Calibri" w:hAnsi="Calibri" w:cs="Calibri"/>
                <w:b/>
                <w:color w:val="1F3A5F"/>
                <w:sz w:val="23"/>
              </w:rPr>
              <w:t>My Service Report</w:t>
            </w:r>
          </w:p>
        </w:tc>
      </w:tr>
      <w:tr w:rsidR="0075185D" w14:paraId="55263ACD" w14:textId="77777777">
        <w:trPr>
          <w:trHeight w:val="461"/>
        </w:trPr>
        <w:tc>
          <w:tcPr>
            <w:tcW w:w="10080" w:type="dxa"/>
            <w:tcBorders>
              <w:bottom w:val="single" w:sz="4" w:space="0" w:color="C9D3DD"/>
            </w:tcBorders>
            <w:tcMar>
              <w:top w:w="0" w:type="dxa"/>
              <w:left w:w="120" w:type="dxa"/>
              <w:bottom w:w="0" w:type="dxa"/>
              <w:right w:w="120" w:type="dxa"/>
            </w:tcMar>
          </w:tcPr>
          <w:p w14:paraId="2753CE83" w14:textId="77777777" w:rsidR="002321DE" w:rsidRDefault="002321DE"/>
        </w:tc>
      </w:tr>
      <w:tr w:rsidR="0075185D" w14:paraId="4B09C743" w14:textId="77777777">
        <w:trPr>
          <w:trHeight w:val="461"/>
        </w:trPr>
        <w:tc>
          <w:tcPr>
            <w:tcW w:w="10080" w:type="dxa"/>
            <w:tcBorders>
              <w:bottom w:val="single" w:sz="4" w:space="0" w:color="C9D3DD"/>
            </w:tcBorders>
            <w:tcMar>
              <w:top w:w="0" w:type="dxa"/>
              <w:left w:w="120" w:type="dxa"/>
              <w:bottom w:w="0" w:type="dxa"/>
              <w:right w:w="120" w:type="dxa"/>
            </w:tcMar>
          </w:tcPr>
          <w:p w14:paraId="36AAA1B1" w14:textId="77777777" w:rsidR="002321DE" w:rsidRDefault="002321DE"/>
        </w:tc>
      </w:tr>
      <w:tr w:rsidR="0075185D" w14:paraId="7261FA10" w14:textId="77777777">
        <w:trPr>
          <w:trHeight w:val="461"/>
        </w:trPr>
        <w:tc>
          <w:tcPr>
            <w:tcW w:w="10080" w:type="dxa"/>
            <w:tcBorders>
              <w:bottom w:val="single" w:sz="4" w:space="0" w:color="C9D3DD"/>
            </w:tcBorders>
            <w:tcMar>
              <w:top w:w="0" w:type="dxa"/>
              <w:left w:w="120" w:type="dxa"/>
              <w:bottom w:w="0" w:type="dxa"/>
              <w:right w:w="120" w:type="dxa"/>
            </w:tcMar>
          </w:tcPr>
          <w:p w14:paraId="512E2583" w14:textId="77777777" w:rsidR="002321DE" w:rsidRDefault="002321DE"/>
        </w:tc>
      </w:tr>
      <w:tr w:rsidR="0075185D" w14:paraId="6265AD57" w14:textId="77777777">
        <w:trPr>
          <w:trHeight w:val="461"/>
        </w:trPr>
        <w:tc>
          <w:tcPr>
            <w:tcW w:w="10080" w:type="dxa"/>
            <w:tcBorders>
              <w:bottom w:val="single" w:sz="4" w:space="0" w:color="C9D3DD"/>
            </w:tcBorders>
            <w:tcMar>
              <w:top w:w="0" w:type="dxa"/>
              <w:left w:w="120" w:type="dxa"/>
              <w:bottom w:w="0" w:type="dxa"/>
              <w:right w:w="120" w:type="dxa"/>
            </w:tcMar>
          </w:tcPr>
          <w:p w14:paraId="33C33219" w14:textId="77777777" w:rsidR="002321DE" w:rsidRDefault="002321DE"/>
        </w:tc>
      </w:tr>
      <w:tr w:rsidR="0075185D" w14:paraId="337FB3A9" w14:textId="77777777">
        <w:trPr>
          <w:trHeight w:val="461"/>
        </w:trPr>
        <w:tc>
          <w:tcPr>
            <w:tcW w:w="10080" w:type="dxa"/>
            <w:tcBorders>
              <w:bottom w:val="single" w:sz="4" w:space="0" w:color="C9D3DD"/>
            </w:tcBorders>
            <w:tcMar>
              <w:top w:w="0" w:type="dxa"/>
              <w:left w:w="120" w:type="dxa"/>
              <w:bottom w:w="0" w:type="dxa"/>
              <w:right w:w="120" w:type="dxa"/>
            </w:tcMar>
          </w:tcPr>
          <w:p w14:paraId="71B7CEA6" w14:textId="77777777" w:rsidR="002321DE" w:rsidRDefault="002321DE"/>
        </w:tc>
      </w:tr>
      <w:tr w:rsidR="0075185D" w14:paraId="6565FAF8" w14:textId="77777777">
        <w:trPr>
          <w:trHeight w:val="461"/>
        </w:trPr>
        <w:tc>
          <w:tcPr>
            <w:tcW w:w="10080" w:type="dxa"/>
            <w:tcBorders>
              <w:bottom w:val="single" w:sz="4" w:space="0" w:color="C9D3DD"/>
            </w:tcBorders>
            <w:tcMar>
              <w:top w:w="0" w:type="dxa"/>
              <w:left w:w="120" w:type="dxa"/>
              <w:bottom w:w="0" w:type="dxa"/>
              <w:right w:w="120" w:type="dxa"/>
            </w:tcMar>
          </w:tcPr>
          <w:p w14:paraId="451C2FE3" w14:textId="77777777" w:rsidR="002321DE" w:rsidRDefault="002321DE"/>
        </w:tc>
      </w:tr>
      <w:tr w:rsidR="0075185D" w14:paraId="56B2F503" w14:textId="77777777">
        <w:trPr>
          <w:trHeight w:val="461"/>
        </w:trPr>
        <w:tc>
          <w:tcPr>
            <w:tcW w:w="10080" w:type="dxa"/>
            <w:tcMar>
              <w:top w:w="0" w:type="dxa"/>
              <w:left w:w="120" w:type="dxa"/>
              <w:bottom w:w="0" w:type="dxa"/>
              <w:right w:w="120" w:type="dxa"/>
            </w:tcMar>
          </w:tcPr>
          <w:p w14:paraId="1459DE54" w14:textId="77777777" w:rsidR="002321DE" w:rsidRDefault="002321DE"/>
        </w:tc>
      </w:tr>
    </w:tbl>
    <w:p w14:paraId="2A6E4C48" w14:textId="77777777" w:rsidR="002321DE" w:rsidRDefault="002321DE">
      <w:pPr>
        <w:spacing w:after="120" w:line="264" w:lineRule="auto"/>
      </w:pPr>
    </w:p>
    <w:p w14:paraId="647137FA" w14:textId="77777777" w:rsidR="002321DE" w:rsidRDefault="00B57BF7">
      <w:pPr>
        <w:spacing w:after="40" w:line="264" w:lineRule="auto"/>
      </w:pPr>
      <w:r>
        <w:rPr>
          <w:rFonts w:eastAsia="Georgia" w:cs="Georgia"/>
          <w:i/>
          <w:color w:val="595959"/>
          <w:sz w:val="19"/>
        </w:rPr>
        <w:t>Attach photos of your service here.</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4896"/>
        <w:gridCol w:w="288"/>
        <w:gridCol w:w="4896"/>
      </w:tblGrid>
      <w:tr w:rsidR="0075185D" w14:paraId="53AF2279" w14:textId="77777777">
        <w:trPr>
          <w:trHeight w:val="2520"/>
        </w:trPr>
        <w:tc>
          <w:tcPr>
            <w:tcW w:w="4896" w:type="dxa"/>
            <w:tcBorders>
              <w:top w:val="single" w:sz="6" w:space="0" w:color="C9D3DD"/>
              <w:left w:val="single" w:sz="6" w:space="0" w:color="C9D3DD"/>
              <w:bottom w:val="single" w:sz="6" w:space="0" w:color="C9D3DD"/>
              <w:right w:val="single" w:sz="6" w:space="0" w:color="C9D3DD"/>
            </w:tcBorders>
          </w:tcPr>
          <w:p w14:paraId="667D5925" w14:textId="77777777" w:rsidR="002321DE" w:rsidRDefault="002321DE"/>
        </w:tc>
        <w:tc>
          <w:tcPr>
            <w:tcW w:w="288" w:type="dxa"/>
          </w:tcPr>
          <w:p w14:paraId="71D1CCC9" w14:textId="77777777" w:rsidR="002321DE" w:rsidRDefault="002321DE"/>
        </w:tc>
        <w:tc>
          <w:tcPr>
            <w:tcW w:w="4896" w:type="dxa"/>
            <w:tcBorders>
              <w:top w:val="single" w:sz="6" w:space="0" w:color="C9D3DD"/>
              <w:left w:val="single" w:sz="6" w:space="0" w:color="C9D3DD"/>
              <w:bottom w:val="single" w:sz="6" w:space="0" w:color="C9D3DD"/>
              <w:right w:val="single" w:sz="6" w:space="0" w:color="C9D3DD"/>
            </w:tcBorders>
          </w:tcPr>
          <w:p w14:paraId="18AA2DE3" w14:textId="77777777" w:rsidR="002321DE" w:rsidRDefault="002321DE"/>
        </w:tc>
      </w:tr>
    </w:tbl>
    <w:p w14:paraId="00CA60F7"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872"/>
        <w:gridCol w:w="3168"/>
        <w:gridCol w:w="1872"/>
        <w:gridCol w:w="3168"/>
      </w:tblGrid>
      <w:tr w:rsidR="0075185D" w14:paraId="043927C2" w14:textId="77777777">
        <w:tc>
          <w:tcPr>
            <w:tcW w:w="10080" w:type="dxa"/>
            <w:gridSpan w:val="4"/>
            <w:shd w:val="clear" w:color="auto" w:fill="E8EEF5"/>
            <w:tcMar>
              <w:top w:w="50" w:type="dxa"/>
              <w:left w:w="120" w:type="dxa"/>
              <w:bottom w:w="50" w:type="dxa"/>
              <w:right w:w="120" w:type="dxa"/>
            </w:tcMar>
          </w:tcPr>
          <w:p w14:paraId="6EF69182" w14:textId="77777777" w:rsidR="002321DE" w:rsidRDefault="00B57BF7">
            <w:r>
              <w:rPr>
                <w:rFonts w:ascii="Calibri" w:eastAsia="Calibri" w:hAnsi="Calibri" w:cs="Calibri"/>
                <w:b/>
                <w:color w:val="1F3A5F"/>
                <w:sz w:val="23"/>
              </w:rPr>
              <w:t>Comment From Someone Who Served or Was Served (Optional)</w:t>
            </w:r>
          </w:p>
        </w:tc>
      </w:tr>
      <w:tr w:rsidR="0075185D" w14:paraId="19E45F83" w14:textId="77777777">
        <w:trPr>
          <w:trHeight w:val="518"/>
        </w:trPr>
        <w:tc>
          <w:tcPr>
            <w:tcW w:w="1872" w:type="dxa"/>
            <w:shd w:val="clear" w:color="auto" w:fill="F4F7FA"/>
            <w:tcMar>
              <w:top w:w="50" w:type="dxa"/>
              <w:left w:w="100" w:type="dxa"/>
              <w:bottom w:w="50" w:type="dxa"/>
              <w:right w:w="80" w:type="dxa"/>
            </w:tcMar>
          </w:tcPr>
          <w:p w14:paraId="1FB70257" w14:textId="77777777" w:rsidR="002321DE" w:rsidRDefault="00B57BF7">
            <w:r>
              <w:rPr>
                <w:rFonts w:ascii="Calibri" w:eastAsia="Calibri" w:hAnsi="Calibri" w:cs="Calibri"/>
                <w:b/>
                <w:color w:val="1F3A5F"/>
                <w:sz w:val="20"/>
              </w:rPr>
              <w:t>Name:</w:t>
            </w:r>
          </w:p>
        </w:tc>
        <w:tc>
          <w:tcPr>
            <w:tcW w:w="3168" w:type="dxa"/>
            <w:tcMar>
              <w:top w:w="50" w:type="dxa"/>
              <w:left w:w="100" w:type="dxa"/>
              <w:bottom w:w="50" w:type="dxa"/>
              <w:right w:w="100" w:type="dxa"/>
            </w:tcMar>
          </w:tcPr>
          <w:p w14:paraId="4AE1744F" w14:textId="77777777" w:rsidR="002321DE" w:rsidRDefault="002321DE"/>
        </w:tc>
        <w:tc>
          <w:tcPr>
            <w:tcW w:w="1872" w:type="dxa"/>
            <w:shd w:val="clear" w:color="auto" w:fill="F4F7FA"/>
            <w:tcMar>
              <w:top w:w="50" w:type="dxa"/>
              <w:left w:w="100" w:type="dxa"/>
              <w:bottom w:w="50" w:type="dxa"/>
              <w:right w:w="80" w:type="dxa"/>
            </w:tcMar>
          </w:tcPr>
          <w:p w14:paraId="4637D716" w14:textId="77777777" w:rsidR="002321DE" w:rsidRDefault="00B57BF7">
            <w:r>
              <w:rPr>
                <w:rFonts w:ascii="Calibri" w:eastAsia="Calibri" w:hAnsi="Calibri" w:cs="Calibri"/>
                <w:b/>
                <w:color w:val="1F3A5F"/>
                <w:sz w:val="20"/>
              </w:rPr>
              <w:t>Relationship:</w:t>
            </w:r>
          </w:p>
        </w:tc>
        <w:tc>
          <w:tcPr>
            <w:tcW w:w="3168" w:type="dxa"/>
            <w:tcMar>
              <w:top w:w="50" w:type="dxa"/>
              <w:left w:w="100" w:type="dxa"/>
              <w:bottom w:w="50" w:type="dxa"/>
              <w:right w:w="100" w:type="dxa"/>
            </w:tcMar>
          </w:tcPr>
          <w:p w14:paraId="67433F68" w14:textId="77777777" w:rsidR="002321DE" w:rsidRDefault="002321DE"/>
        </w:tc>
      </w:tr>
      <w:tr w:rsidR="0075185D" w14:paraId="7C81F394" w14:textId="77777777">
        <w:trPr>
          <w:trHeight w:val="792"/>
        </w:trPr>
        <w:tc>
          <w:tcPr>
            <w:tcW w:w="1872" w:type="dxa"/>
            <w:shd w:val="clear" w:color="auto" w:fill="F4F7FA"/>
            <w:tcMar>
              <w:top w:w="50" w:type="dxa"/>
              <w:left w:w="100" w:type="dxa"/>
              <w:bottom w:w="50" w:type="dxa"/>
              <w:right w:w="80" w:type="dxa"/>
            </w:tcMar>
          </w:tcPr>
          <w:p w14:paraId="6930D930" w14:textId="77777777" w:rsidR="002321DE" w:rsidRDefault="00B57BF7">
            <w:r>
              <w:rPr>
                <w:rFonts w:ascii="Calibri" w:eastAsia="Calibri" w:hAnsi="Calibri" w:cs="Calibri"/>
                <w:b/>
                <w:color w:val="1F3A5F"/>
                <w:sz w:val="20"/>
              </w:rPr>
              <w:t>Comment:</w:t>
            </w:r>
          </w:p>
        </w:tc>
        <w:tc>
          <w:tcPr>
            <w:tcW w:w="8208" w:type="dxa"/>
            <w:gridSpan w:val="3"/>
            <w:tcMar>
              <w:top w:w="50" w:type="dxa"/>
              <w:left w:w="100" w:type="dxa"/>
              <w:bottom w:w="50" w:type="dxa"/>
              <w:right w:w="100" w:type="dxa"/>
            </w:tcMar>
          </w:tcPr>
          <w:p w14:paraId="1208F3E9" w14:textId="77777777" w:rsidR="002321DE" w:rsidRDefault="002321DE"/>
        </w:tc>
      </w:tr>
    </w:tbl>
    <w:p w14:paraId="206A6EFA"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385697DA" w14:textId="77777777">
        <w:tc>
          <w:tcPr>
            <w:tcW w:w="7632" w:type="dxa"/>
            <w:shd w:val="clear" w:color="auto" w:fill="1F3A5F"/>
            <w:tcMar>
              <w:top w:w="90" w:type="dxa"/>
              <w:left w:w="140" w:type="dxa"/>
              <w:bottom w:w="90" w:type="dxa"/>
              <w:right w:w="140" w:type="dxa"/>
            </w:tcMar>
            <w:vAlign w:val="center"/>
          </w:tcPr>
          <w:p w14:paraId="2E302A30" w14:textId="77777777" w:rsidR="002321DE" w:rsidRDefault="00B57BF7">
            <w:r>
              <w:rPr>
                <w:rFonts w:ascii="Calibri" w:eastAsia="Calibri" w:hAnsi="Calibri" w:cs="Calibri"/>
                <w:b/>
                <w:color w:val="C8D6E5"/>
                <w:sz w:val="18"/>
              </w:rPr>
              <w:t>RECORD  ·  STEP 24</w:t>
            </w:r>
          </w:p>
          <w:p w14:paraId="08CF4437" w14:textId="77777777" w:rsidR="002321DE" w:rsidRDefault="00B57BF7">
            <w:r>
              <w:rPr>
                <w:rFonts w:ascii="Calibri" w:eastAsia="Calibri" w:hAnsi="Calibri" w:cs="Calibri"/>
                <w:b/>
                <w:color w:val="FFFFFF"/>
                <w:sz w:val="40"/>
              </w:rPr>
              <w:t>Choose Your Memorization</w:t>
            </w:r>
          </w:p>
        </w:tc>
        <w:tc>
          <w:tcPr>
            <w:tcW w:w="2448" w:type="dxa"/>
            <w:shd w:val="clear" w:color="auto" w:fill="1F3A5F"/>
            <w:tcMar>
              <w:top w:w="90" w:type="dxa"/>
              <w:left w:w="140" w:type="dxa"/>
              <w:bottom w:w="90" w:type="dxa"/>
              <w:right w:w="140" w:type="dxa"/>
            </w:tcMar>
            <w:vAlign w:val="center"/>
          </w:tcPr>
          <w:p w14:paraId="12789E1E" w14:textId="77777777" w:rsidR="002321DE" w:rsidRDefault="00B57BF7">
            <w:pPr>
              <w:jc w:val="right"/>
            </w:pPr>
            <w:r>
              <w:rPr>
                <w:rFonts w:ascii="Calibri" w:eastAsia="Calibri" w:hAnsi="Calibri" w:cs="Calibri"/>
                <w:color w:val="C8D6E5"/>
                <w:sz w:val="18"/>
              </w:rPr>
              <w:t>About 20–30 minutes</w:t>
            </w:r>
          </w:p>
        </w:tc>
      </w:tr>
    </w:tbl>
    <w:p w14:paraId="6D0C4D73" w14:textId="77777777" w:rsidR="002321DE" w:rsidRDefault="002321DE">
      <w:pPr>
        <w:spacing w:line="264" w:lineRule="auto"/>
      </w:pPr>
    </w:p>
    <w:p w14:paraId="0C042B05"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Carry your hero's words in your heart.</w:t>
      </w:r>
    </w:p>
    <w:p w14:paraId="16F3040F" w14:textId="77777777" w:rsidR="002321DE" w:rsidRDefault="002321DE">
      <w:pPr>
        <w:spacing w:line="264" w:lineRule="auto"/>
      </w:pPr>
    </w:p>
    <w:p w14:paraId="03EF717E"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34A292D2" w14:textId="77777777">
        <w:tc>
          <w:tcPr>
            <w:tcW w:w="504" w:type="dxa"/>
            <w:tcMar>
              <w:top w:w="20" w:type="dxa"/>
              <w:left w:w="20" w:type="dxa"/>
              <w:bottom w:w="20" w:type="dxa"/>
              <w:right w:w="20" w:type="dxa"/>
            </w:tcMar>
          </w:tcPr>
          <w:p w14:paraId="13E1B18A"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5464A88A" w14:textId="77777777" w:rsidR="002321DE" w:rsidRDefault="00B57BF7">
            <w:r>
              <w:rPr>
                <w:rFonts w:eastAsia="Georgia" w:cs="Georgia"/>
                <w:color w:val="222222"/>
                <w:sz w:val="21"/>
              </w:rPr>
              <w:t xml:space="preserve">Choose a quote by or about your hero that </w:t>
            </w:r>
            <w:r w:rsidR="0076770D">
              <w:rPr>
                <w:rFonts w:eastAsia="Georgia" w:cs="Georgia"/>
                <w:color w:val="222222"/>
                <w:sz w:val="21"/>
              </w:rPr>
              <w:t>inspires you to be better</w:t>
            </w:r>
            <w:r>
              <w:rPr>
                <w:rFonts w:eastAsia="Georgia" w:cs="Georgia"/>
                <w:color w:val="222222"/>
                <w:sz w:val="21"/>
              </w:rPr>
              <w:t>.</w:t>
            </w:r>
          </w:p>
        </w:tc>
      </w:tr>
      <w:tr w:rsidR="0075185D" w14:paraId="31637B2B" w14:textId="77777777">
        <w:tc>
          <w:tcPr>
            <w:tcW w:w="504" w:type="dxa"/>
            <w:tcMar>
              <w:top w:w="20" w:type="dxa"/>
              <w:left w:w="20" w:type="dxa"/>
              <w:bottom w:w="20" w:type="dxa"/>
              <w:right w:w="20" w:type="dxa"/>
            </w:tcMar>
          </w:tcPr>
          <w:p w14:paraId="5BE75037"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53FD2439" w14:textId="77777777" w:rsidR="002321DE" w:rsidRDefault="00B57BF7">
            <w:r>
              <w:rPr>
                <w:rFonts w:eastAsia="Georgia" w:cs="Georgia"/>
                <w:color w:val="222222"/>
                <w:sz w:val="21"/>
              </w:rPr>
              <w:t>Write it below, then explain why it is meaningful to you.</w:t>
            </w:r>
          </w:p>
        </w:tc>
      </w:tr>
      <w:tr w:rsidR="0075185D" w14:paraId="621EED6E" w14:textId="77777777">
        <w:tc>
          <w:tcPr>
            <w:tcW w:w="504" w:type="dxa"/>
            <w:tcMar>
              <w:top w:w="20" w:type="dxa"/>
              <w:left w:w="20" w:type="dxa"/>
              <w:bottom w:w="20" w:type="dxa"/>
              <w:right w:w="20" w:type="dxa"/>
            </w:tcMar>
          </w:tcPr>
          <w:p w14:paraId="50790001" w14:textId="77777777" w:rsidR="002321DE" w:rsidRDefault="00B57BF7">
            <w:r>
              <w:rPr>
                <w:rFonts w:ascii="Calibri" w:eastAsia="Calibri" w:hAnsi="Calibri" w:cs="Calibri"/>
                <w:b/>
                <w:color w:val="1F3A5F"/>
                <w:sz w:val="21"/>
              </w:rPr>
              <w:t>3.</w:t>
            </w:r>
          </w:p>
        </w:tc>
        <w:tc>
          <w:tcPr>
            <w:tcW w:w="9576" w:type="dxa"/>
            <w:tcMar>
              <w:top w:w="20" w:type="dxa"/>
              <w:left w:w="40" w:type="dxa"/>
              <w:bottom w:w="20" w:type="dxa"/>
              <w:right w:w="40" w:type="dxa"/>
            </w:tcMar>
          </w:tcPr>
          <w:p w14:paraId="4D0208F8" w14:textId="77777777" w:rsidR="002321DE" w:rsidRDefault="00B57BF7">
            <w:r>
              <w:rPr>
                <w:rFonts w:eastAsia="Georgia" w:cs="Georgia"/>
                <w:color w:val="222222"/>
                <w:sz w:val="21"/>
              </w:rPr>
              <w:t>Practice 2–3 minutes a day and check off each day. You will recite it in your presentation.</w:t>
            </w:r>
          </w:p>
        </w:tc>
      </w:tr>
    </w:tbl>
    <w:p w14:paraId="57877EE9" w14:textId="77777777" w:rsidR="002321DE" w:rsidRDefault="002321DE">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75185D" w14:paraId="550DD353" w14:textId="77777777">
        <w:tc>
          <w:tcPr>
            <w:tcW w:w="10080" w:type="dxa"/>
            <w:shd w:val="clear" w:color="auto" w:fill="FBF6EC"/>
            <w:tcMar>
              <w:top w:w="70" w:type="dxa"/>
              <w:left w:w="140" w:type="dxa"/>
              <w:bottom w:w="70" w:type="dxa"/>
              <w:right w:w="140" w:type="dxa"/>
            </w:tcMar>
          </w:tcPr>
          <w:p w14:paraId="041C8458" w14:textId="77777777" w:rsidR="002321DE" w:rsidRDefault="00B57BF7">
            <w:r>
              <w:rPr>
                <w:rFonts w:ascii="Calibri" w:eastAsia="Calibri" w:hAnsi="Calibri" w:cs="Calibri"/>
                <w:b/>
                <w:color w:val="7A551C"/>
                <w:sz w:val="20"/>
              </w:rPr>
              <w:t xml:space="preserve">MEMORIZATION TIPS: </w:t>
            </w:r>
            <w:r>
              <w:rPr>
                <w:rFonts w:ascii="Calibri" w:eastAsia="Calibri" w:hAnsi="Calibri" w:cs="Calibri"/>
                <w:color w:val="3A2E1A"/>
                <w:sz w:val="20"/>
              </w:rPr>
              <w:t>Say it out loud.  •  Learn one line at a time.  •  Write it from memory.  •  Recite it to your family.</w:t>
            </w:r>
          </w:p>
        </w:tc>
      </w:tr>
    </w:tbl>
    <w:p w14:paraId="0E70E934"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75185D" w14:paraId="055445AE" w14:textId="77777777">
        <w:tc>
          <w:tcPr>
            <w:tcW w:w="10080" w:type="dxa"/>
            <w:shd w:val="clear" w:color="auto" w:fill="E8EEF5"/>
            <w:tcMar>
              <w:top w:w="50" w:type="dxa"/>
              <w:left w:w="120" w:type="dxa"/>
              <w:bottom w:w="50" w:type="dxa"/>
              <w:right w:w="120" w:type="dxa"/>
            </w:tcMar>
          </w:tcPr>
          <w:p w14:paraId="1CAF1F66" w14:textId="77777777" w:rsidR="002321DE" w:rsidRDefault="00B57BF7">
            <w:r>
              <w:rPr>
                <w:rFonts w:ascii="Calibri" w:eastAsia="Calibri" w:hAnsi="Calibri" w:cs="Calibri"/>
                <w:b/>
                <w:color w:val="1F3A5F"/>
                <w:sz w:val="23"/>
              </w:rPr>
              <w:t>My Memorization</w:t>
            </w:r>
          </w:p>
        </w:tc>
      </w:tr>
      <w:tr w:rsidR="0075185D" w14:paraId="18E7C1B1" w14:textId="77777777">
        <w:trPr>
          <w:trHeight w:val="461"/>
        </w:trPr>
        <w:tc>
          <w:tcPr>
            <w:tcW w:w="10080" w:type="dxa"/>
            <w:tcBorders>
              <w:bottom w:val="single" w:sz="4" w:space="0" w:color="C9D3DD"/>
            </w:tcBorders>
            <w:tcMar>
              <w:top w:w="0" w:type="dxa"/>
              <w:left w:w="120" w:type="dxa"/>
              <w:bottom w:w="0" w:type="dxa"/>
              <w:right w:w="120" w:type="dxa"/>
            </w:tcMar>
          </w:tcPr>
          <w:p w14:paraId="0D01CB7A" w14:textId="77777777" w:rsidR="002321DE" w:rsidRDefault="002321DE"/>
        </w:tc>
      </w:tr>
      <w:tr w:rsidR="0075185D" w14:paraId="7430E0FC" w14:textId="77777777">
        <w:trPr>
          <w:trHeight w:val="461"/>
        </w:trPr>
        <w:tc>
          <w:tcPr>
            <w:tcW w:w="10080" w:type="dxa"/>
            <w:tcBorders>
              <w:bottom w:val="single" w:sz="4" w:space="0" w:color="C9D3DD"/>
            </w:tcBorders>
            <w:tcMar>
              <w:top w:w="0" w:type="dxa"/>
              <w:left w:w="120" w:type="dxa"/>
              <w:bottom w:w="0" w:type="dxa"/>
              <w:right w:w="120" w:type="dxa"/>
            </w:tcMar>
          </w:tcPr>
          <w:p w14:paraId="0DFE69E3" w14:textId="77777777" w:rsidR="002321DE" w:rsidRDefault="002321DE"/>
        </w:tc>
      </w:tr>
      <w:tr w:rsidR="0075185D" w14:paraId="72F94931" w14:textId="77777777">
        <w:trPr>
          <w:trHeight w:val="461"/>
        </w:trPr>
        <w:tc>
          <w:tcPr>
            <w:tcW w:w="10080" w:type="dxa"/>
            <w:tcBorders>
              <w:bottom w:val="single" w:sz="4" w:space="0" w:color="C9D3DD"/>
            </w:tcBorders>
            <w:tcMar>
              <w:top w:w="0" w:type="dxa"/>
              <w:left w:w="120" w:type="dxa"/>
              <w:bottom w:w="0" w:type="dxa"/>
              <w:right w:w="120" w:type="dxa"/>
            </w:tcMar>
          </w:tcPr>
          <w:p w14:paraId="1234143E" w14:textId="77777777" w:rsidR="002321DE" w:rsidRDefault="002321DE"/>
        </w:tc>
      </w:tr>
      <w:tr w:rsidR="0075185D" w14:paraId="39AB1461" w14:textId="77777777">
        <w:trPr>
          <w:trHeight w:val="461"/>
        </w:trPr>
        <w:tc>
          <w:tcPr>
            <w:tcW w:w="10080" w:type="dxa"/>
            <w:tcBorders>
              <w:bottom w:val="single" w:sz="4" w:space="0" w:color="C9D3DD"/>
            </w:tcBorders>
            <w:tcMar>
              <w:top w:w="0" w:type="dxa"/>
              <w:left w:w="120" w:type="dxa"/>
              <w:bottom w:w="0" w:type="dxa"/>
              <w:right w:w="120" w:type="dxa"/>
            </w:tcMar>
          </w:tcPr>
          <w:p w14:paraId="6079BF41" w14:textId="77777777" w:rsidR="002321DE" w:rsidRDefault="002321DE"/>
        </w:tc>
      </w:tr>
      <w:tr w:rsidR="0075185D" w14:paraId="03B1F420" w14:textId="77777777">
        <w:trPr>
          <w:trHeight w:val="461"/>
        </w:trPr>
        <w:tc>
          <w:tcPr>
            <w:tcW w:w="10080" w:type="dxa"/>
            <w:tcBorders>
              <w:bottom w:val="single" w:sz="4" w:space="0" w:color="C9D3DD"/>
            </w:tcBorders>
            <w:tcMar>
              <w:top w:w="0" w:type="dxa"/>
              <w:left w:w="120" w:type="dxa"/>
              <w:bottom w:w="0" w:type="dxa"/>
              <w:right w:w="120" w:type="dxa"/>
            </w:tcMar>
          </w:tcPr>
          <w:p w14:paraId="73399910" w14:textId="77777777" w:rsidR="002321DE" w:rsidRDefault="002321DE"/>
        </w:tc>
      </w:tr>
      <w:tr w:rsidR="0075185D" w14:paraId="5D9568F1" w14:textId="77777777">
        <w:trPr>
          <w:trHeight w:val="461"/>
        </w:trPr>
        <w:tc>
          <w:tcPr>
            <w:tcW w:w="10080" w:type="dxa"/>
            <w:tcMar>
              <w:top w:w="0" w:type="dxa"/>
              <w:left w:w="120" w:type="dxa"/>
              <w:bottom w:w="0" w:type="dxa"/>
              <w:right w:w="120" w:type="dxa"/>
            </w:tcMar>
          </w:tcPr>
          <w:p w14:paraId="5CEF2619" w14:textId="77777777" w:rsidR="002321DE" w:rsidRDefault="002321DE"/>
        </w:tc>
      </w:tr>
    </w:tbl>
    <w:p w14:paraId="47E7D9EA" w14:textId="77777777" w:rsidR="002321DE" w:rsidRDefault="002321DE">
      <w:pPr>
        <w:spacing w:after="8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304"/>
        <w:gridCol w:w="2736"/>
        <w:gridCol w:w="2304"/>
        <w:gridCol w:w="2736"/>
      </w:tblGrid>
      <w:tr w:rsidR="0075185D" w14:paraId="201113B0" w14:textId="77777777">
        <w:tc>
          <w:tcPr>
            <w:tcW w:w="10080" w:type="dxa"/>
            <w:gridSpan w:val="4"/>
            <w:shd w:val="clear" w:color="auto" w:fill="E8EEF5"/>
            <w:tcMar>
              <w:top w:w="50" w:type="dxa"/>
              <w:left w:w="120" w:type="dxa"/>
              <w:bottom w:w="50" w:type="dxa"/>
              <w:right w:w="120" w:type="dxa"/>
            </w:tcMar>
          </w:tcPr>
          <w:p w14:paraId="249FC338" w14:textId="77777777" w:rsidR="002321DE" w:rsidRDefault="00B57BF7">
            <w:r>
              <w:rPr>
                <w:rFonts w:ascii="Calibri" w:eastAsia="Calibri" w:hAnsi="Calibri" w:cs="Calibri"/>
                <w:b/>
                <w:color w:val="1F3A5F"/>
                <w:sz w:val="23"/>
              </w:rPr>
              <w:t>About My Memorization</w:t>
            </w:r>
          </w:p>
        </w:tc>
      </w:tr>
      <w:tr w:rsidR="0075185D" w14:paraId="45AFDB63" w14:textId="77777777">
        <w:trPr>
          <w:trHeight w:val="518"/>
        </w:trPr>
        <w:tc>
          <w:tcPr>
            <w:tcW w:w="2304" w:type="dxa"/>
            <w:shd w:val="clear" w:color="auto" w:fill="F4F7FA"/>
            <w:tcMar>
              <w:top w:w="50" w:type="dxa"/>
              <w:left w:w="100" w:type="dxa"/>
              <w:bottom w:w="50" w:type="dxa"/>
              <w:right w:w="80" w:type="dxa"/>
            </w:tcMar>
          </w:tcPr>
          <w:p w14:paraId="4A2D0055" w14:textId="77777777" w:rsidR="002321DE" w:rsidRDefault="00B57BF7">
            <w:r>
              <w:rPr>
                <w:rFonts w:ascii="Calibri" w:eastAsia="Calibri" w:hAnsi="Calibri" w:cs="Calibri"/>
                <w:b/>
                <w:color w:val="1F3A5F"/>
                <w:sz w:val="20"/>
              </w:rPr>
              <w:t>Said by:</w:t>
            </w:r>
          </w:p>
        </w:tc>
        <w:tc>
          <w:tcPr>
            <w:tcW w:w="2736" w:type="dxa"/>
            <w:tcMar>
              <w:top w:w="50" w:type="dxa"/>
              <w:left w:w="100" w:type="dxa"/>
              <w:bottom w:w="50" w:type="dxa"/>
              <w:right w:w="100" w:type="dxa"/>
            </w:tcMar>
          </w:tcPr>
          <w:p w14:paraId="3B729BF7" w14:textId="77777777" w:rsidR="002321DE" w:rsidRDefault="002321DE"/>
        </w:tc>
        <w:tc>
          <w:tcPr>
            <w:tcW w:w="2304" w:type="dxa"/>
            <w:shd w:val="clear" w:color="auto" w:fill="F4F7FA"/>
            <w:tcMar>
              <w:top w:w="50" w:type="dxa"/>
              <w:left w:w="100" w:type="dxa"/>
              <w:bottom w:w="50" w:type="dxa"/>
              <w:right w:w="80" w:type="dxa"/>
            </w:tcMar>
          </w:tcPr>
          <w:p w14:paraId="36D61977" w14:textId="77777777" w:rsidR="002321DE" w:rsidRDefault="00B57BF7">
            <w:r>
              <w:rPr>
                <w:rFonts w:ascii="Calibri" w:eastAsia="Calibri" w:hAnsi="Calibri" w:cs="Calibri"/>
                <w:b/>
                <w:color w:val="1F3A5F"/>
                <w:sz w:val="20"/>
              </w:rPr>
              <w:t>Word count:</w:t>
            </w:r>
          </w:p>
        </w:tc>
        <w:tc>
          <w:tcPr>
            <w:tcW w:w="2736" w:type="dxa"/>
            <w:tcMar>
              <w:top w:w="50" w:type="dxa"/>
              <w:left w:w="100" w:type="dxa"/>
              <w:bottom w:w="50" w:type="dxa"/>
              <w:right w:w="100" w:type="dxa"/>
            </w:tcMar>
          </w:tcPr>
          <w:p w14:paraId="4E9BAFB0" w14:textId="77777777" w:rsidR="002321DE" w:rsidRDefault="002321DE"/>
        </w:tc>
      </w:tr>
      <w:tr w:rsidR="0075185D" w14:paraId="29BDCB07" w14:textId="77777777">
        <w:trPr>
          <w:trHeight w:val="518"/>
        </w:trPr>
        <w:tc>
          <w:tcPr>
            <w:tcW w:w="2304" w:type="dxa"/>
            <w:shd w:val="clear" w:color="auto" w:fill="F4F7FA"/>
            <w:tcMar>
              <w:top w:w="50" w:type="dxa"/>
              <w:left w:w="100" w:type="dxa"/>
              <w:bottom w:w="50" w:type="dxa"/>
              <w:right w:w="80" w:type="dxa"/>
            </w:tcMar>
          </w:tcPr>
          <w:p w14:paraId="068046C0" w14:textId="77777777" w:rsidR="002321DE" w:rsidRDefault="00B57BF7">
            <w:r>
              <w:rPr>
                <w:rFonts w:ascii="Calibri" w:eastAsia="Calibri" w:hAnsi="Calibri" w:cs="Calibri"/>
                <w:b/>
                <w:color w:val="1F3A5F"/>
                <w:sz w:val="20"/>
              </w:rPr>
              <w:t>Source:</w:t>
            </w:r>
          </w:p>
        </w:tc>
        <w:tc>
          <w:tcPr>
            <w:tcW w:w="7776" w:type="dxa"/>
            <w:gridSpan w:val="3"/>
            <w:tcMar>
              <w:top w:w="50" w:type="dxa"/>
              <w:left w:w="100" w:type="dxa"/>
              <w:bottom w:w="50" w:type="dxa"/>
              <w:right w:w="100" w:type="dxa"/>
            </w:tcMar>
          </w:tcPr>
          <w:p w14:paraId="0226E8CE" w14:textId="77777777" w:rsidR="002321DE" w:rsidRDefault="002321DE"/>
        </w:tc>
      </w:tr>
      <w:tr w:rsidR="0075185D" w14:paraId="0C038E19" w14:textId="77777777">
        <w:trPr>
          <w:trHeight w:val="1224"/>
        </w:trPr>
        <w:tc>
          <w:tcPr>
            <w:tcW w:w="2304" w:type="dxa"/>
            <w:shd w:val="clear" w:color="auto" w:fill="F4F7FA"/>
            <w:tcMar>
              <w:top w:w="50" w:type="dxa"/>
              <w:left w:w="100" w:type="dxa"/>
              <w:bottom w:w="50" w:type="dxa"/>
              <w:right w:w="80" w:type="dxa"/>
            </w:tcMar>
          </w:tcPr>
          <w:p w14:paraId="71229B1E" w14:textId="77777777" w:rsidR="002321DE" w:rsidRDefault="00B57BF7">
            <w:r>
              <w:rPr>
                <w:rFonts w:ascii="Calibri" w:eastAsia="Calibri" w:hAnsi="Calibri" w:cs="Calibri"/>
                <w:b/>
                <w:color w:val="1F3A5F"/>
                <w:sz w:val="20"/>
              </w:rPr>
              <w:t>Why it is meaningful to me:</w:t>
            </w:r>
          </w:p>
        </w:tc>
        <w:tc>
          <w:tcPr>
            <w:tcW w:w="7776" w:type="dxa"/>
            <w:gridSpan w:val="3"/>
            <w:tcMar>
              <w:top w:w="50" w:type="dxa"/>
              <w:left w:w="100" w:type="dxa"/>
              <w:bottom w:w="50" w:type="dxa"/>
              <w:right w:w="100" w:type="dxa"/>
            </w:tcMar>
          </w:tcPr>
          <w:p w14:paraId="57A5BAFE" w14:textId="77777777" w:rsidR="002321DE" w:rsidRDefault="002321DE"/>
        </w:tc>
      </w:tr>
    </w:tbl>
    <w:p w14:paraId="7F6F172A"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gridCol w:w="720"/>
      </w:tblGrid>
      <w:tr w:rsidR="0075185D" w14:paraId="0AA780E9" w14:textId="77777777">
        <w:tc>
          <w:tcPr>
            <w:tcW w:w="10080" w:type="dxa"/>
            <w:gridSpan w:val="14"/>
            <w:shd w:val="clear" w:color="auto" w:fill="E8EEF5"/>
            <w:tcMar>
              <w:top w:w="50" w:type="dxa"/>
              <w:left w:w="120" w:type="dxa"/>
              <w:bottom w:w="50" w:type="dxa"/>
              <w:right w:w="120" w:type="dxa"/>
            </w:tcMar>
          </w:tcPr>
          <w:p w14:paraId="63D8AE67" w14:textId="77777777" w:rsidR="002321DE" w:rsidRDefault="00B57BF7">
            <w:r>
              <w:rPr>
                <w:rFonts w:ascii="Calibri" w:eastAsia="Calibri" w:hAnsi="Calibri" w:cs="Calibri"/>
                <w:b/>
                <w:color w:val="1F3A5F"/>
                <w:sz w:val="23"/>
              </w:rPr>
              <w:t>Practice Tracker</w:t>
            </w:r>
            <w:r>
              <w:rPr>
                <w:rFonts w:ascii="Calibri" w:eastAsia="Calibri" w:hAnsi="Calibri" w:cs="Calibri"/>
                <w:i/>
                <w:color w:val="595959"/>
                <w:sz w:val="19"/>
              </w:rPr>
              <w:t xml:space="preserve">   Check off each day you practice.</w:t>
            </w:r>
          </w:p>
        </w:tc>
      </w:tr>
      <w:tr w:rsidR="0075185D" w14:paraId="3FA68B44" w14:textId="77777777">
        <w:tc>
          <w:tcPr>
            <w:tcW w:w="720" w:type="dxa"/>
            <w:shd w:val="clear" w:color="auto" w:fill="F4F7FA"/>
            <w:tcMar>
              <w:top w:w="30" w:type="dxa"/>
              <w:left w:w="10" w:type="dxa"/>
              <w:bottom w:w="30" w:type="dxa"/>
              <w:right w:w="10" w:type="dxa"/>
            </w:tcMar>
          </w:tcPr>
          <w:p w14:paraId="570915CD" w14:textId="77777777" w:rsidR="002321DE" w:rsidRDefault="00B57BF7">
            <w:pPr>
              <w:jc w:val="center"/>
            </w:pPr>
            <w:r>
              <w:rPr>
                <w:rFonts w:ascii="Calibri" w:eastAsia="Calibri" w:hAnsi="Calibri" w:cs="Calibri"/>
                <w:b/>
                <w:color w:val="1F3A5F"/>
                <w:sz w:val="16"/>
              </w:rPr>
              <w:t>Day 1</w:t>
            </w:r>
          </w:p>
        </w:tc>
        <w:tc>
          <w:tcPr>
            <w:tcW w:w="720" w:type="dxa"/>
            <w:shd w:val="clear" w:color="auto" w:fill="F4F7FA"/>
            <w:tcMar>
              <w:top w:w="30" w:type="dxa"/>
              <w:left w:w="10" w:type="dxa"/>
              <w:bottom w:w="30" w:type="dxa"/>
              <w:right w:w="10" w:type="dxa"/>
            </w:tcMar>
          </w:tcPr>
          <w:p w14:paraId="12964B4B" w14:textId="77777777" w:rsidR="002321DE" w:rsidRDefault="00B57BF7">
            <w:pPr>
              <w:jc w:val="center"/>
            </w:pPr>
            <w:r>
              <w:rPr>
                <w:rFonts w:ascii="Calibri" w:eastAsia="Calibri" w:hAnsi="Calibri" w:cs="Calibri"/>
                <w:b/>
                <w:color w:val="1F3A5F"/>
                <w:sz w:val="16"/>
              </w:rPr>
              <w:t>Day 2</w:t>
            </w:r>
          </w:p>
        </w:tc>
        <w:tc>
          <w:tcPr>
            <w:tcW w:w="720" w:type="dxa"/>
            <w:shd w:val="clear" w:color="auto" w:fill="F4F7FA"/>
            <w:tcMar>
              <w:top w:w="30" w:type="dxa"/>
              <w:left w:w="10" w:type="dxa"/>
              <w:bottom w:w="30" w:type="dxa"/>
              <w:right w:w="10" w:type="dxa"/>
            </w:tcMar>
          </w:tcPr>
          <w:p w14:paraId="2AD32C5A" w14:textId="77777777" w:rsidR="002321DE" w:rsidRDefault="00B57BF7">
            <w:pPr>
              <w:jc w:val="center"/>
            </w:pPr>
            <w:r>
              <w:rPr>
                <w:rFonts w:ascii="Calibri" w:eastAsia="Calibri" w:hAnsi="Calibri" w:cs="Calibri"/>
                <w:b/>
                <w:color w:val="1F3A5F"/>
                <w:sz w:val="16"/>
              </w:rPr>
              <w:t>Day 3</w:t>
            </w:r>
          </w:p>
        </w:tc>
        <w:tc>
          <w:tcPr>
            <w:tcW w:w="720" w:type="dxa"/>
            <w:shd w:val="clear" w:color="auto" w:fill="F4F7FA"/>
            <w:tcMar>
              <w:top w:w="30" w:type="dxa"/>
              <w:left w:w="10" w:type="dxa"/>
              <w:bottom w:w="30" w:type="dxa"/>
              <w:right w:w="10" w:type="dxa"/>
            </w:tcMar>
          </w:tcPr>
          <w:p w14:paraId="025943B4" w14:textId="77777777" w:rsidR="002321DE" w:rsidRDefault="00B57BF7">
            <w:pPr>
              <w:jc w:val="center"/>
            </w:pPr>
            <w:r>
              <w:rPr>
                <w:rFonts w:ascii="Calibri" w:eastAsia="Calibri" w:hAnsi="Calibri" w:cs="Calibri"/>
                <w:b/>
                <w:color w:val="1F3A5F"/>
                <w:sz w:val="16"/>
              </w:rPr>
              <w:t>Day 4</w:t>
            </w:r>
          </w:p>
        </w:tc>
        <w:tc>
          <w:tcPr>
            <w:tcW w:w="720" w:type="dxa"/>
            <w:shd w:val="clear" w:color="auto" w:fill="F4F7FA"/>
            <w:tcMar>
              <w:top w:w="30" w:type="dxa"/>
              <w:left w:w="10" w:type="dxa"/>
              <w:bottom w:w="30" w:type="dxa"/>
              <w:right w:w="10" w:type="dxa"/>
            </w:tcMar>
          </w:tcPr>
          <w:p w14:paraId="3586FD0D" w14:textId="77777777" w:rsidR="002321DE" w:rsidRDefault="00B57BF7">
            <w:pPr>
              <w:jc w:val="center"/>
            </w:pPr>
            <w:r>
              <w:rPr>
                <w:rFonts w:ascii="Calibri" w:eastAsia="Calibri" w:hAnsi="Calibri" w:cs="Calibri"/>
                <w:b/>
                <w:color w:val="1F3A5F"/>
                <w:sz w:val="16"/>
              </w:rPr>
              <w:t>Day 5</w:t>
            </w:r>
          </w:p>
        </w:tc>
        <w:tc>
          <w:tcPr>
            <w:tcW w:w="720" w:type="dxa"/>
            <w:shd w:val="clear" w:color="auto" w:fill="F4F7FA"/>
            <w:tcMar>
              <w:top w:w="30" w:type="dxa"/>
              <w:left w:w="10" w:type="dxa"/>
              <w:bottom w:w="30" w:type="dxa"/>
              <w:right w:w="10" w:type="dxa"/>
            </w:tcMar>
          </w:tcPr>
          <w:p w14:paraId="16A69918" w14:textId="77777777" w:rsidR="002321DE" w:rsidRDefault="00B57BF7">
            <w:pPr>
              <w:jc w:val="center"/>
            </w:pPr>
            <w:r>
              <w:rPr>
                <w:rFonts w:ascii="Calibri" w:eastAsia="Calibri" w:hAnsi="Calibri" w:cs="Calibri"/>
                <w:b/>
                <w:color w:val="1F3A5F"/>
                <w:sz w:val="16"/>
              </w:rPr>
              <w:t>Day 6</w:t>
            </w:r>
          </w:p>
        </w:tc>
        <w:tc>
          <w:tcPr>
            <w:tcW w:w="720" w:type="dxa"/>
            <w:shd w:val="clear" w:color="auto" w:fill="F4F7FA"/>
            <w:tcMar>
              <w:top w:w="30" w:type="dxa"/>
              <w:left w:w="10" w:type="dxa"/>
              <w:bottom w:w="30" w:type="dxa"/>
              <w:right w:w="10" w:type="dxa"/>
            </w:tcMar>
          </w:tcPr>
          <w:p w14:paraId="104BEF22" w14:textId="77777777" w:rsidR="002321DE" w:rsidRDefault="00B57BF7">
            <w:pPr>
              <w:jc w:val="center"/>
            </w:pPr>
            <w:r>
              <w:rPr>
                <w:rFonts w:ascii="Calibri" w:eastAsia="Calibri" w:hAnsi="Calibri" w:cs="Calibri"/>
                <w:b/>
                <w:color w:val="1F3A5F"/>
                <w:sz w:val="16"/>
              </w:rPr>
              <w:t>Day 7</w:t>
            </w:r>
          </w:p>
        </w:tc>
        <w:tc>
          <w:tcPr>
            <w:tcW w:w="720" w:type="dxa"/>
            <w:shd w:val="clear" w:color="auto" w:fill="F4F7FA"/>
            <w:tcMar>
              <w:top w:w="30" w:type="dxa"/>
              <w:left w:w="10" w:type="dxa"/>
              <w:bottom w:w="30" w:type="dxa"/>
              <w:right w:w="10" w:type="dxa"/>
            </w:tcMar>
          </w:tcPr>
          <w:p w14:paraId="4C21B4C8" w14:textId="77777777" w:rsidR="002321DE" w:rsidRDefault="00B57BF7">
            <w:pPr>
              <w:jc w:val="center"/>
            </w:pPr>
            <w:r>
              <w:rPr>
                <w:rFonts w:ascii="Calibri" w:eastAsia="Calibri" w:hAnsi="Calibri" w:cs="Calibri"/>
                <w:b/>
                <w:color w:val="1F3A5F"/>
                <w:sz w:val="16"/>
              </w:rPr>
              <w:t>Day 8</w:t>
            </w:r>
          </w:p>
        </w:tc>
        <w:tc>
          <w:tcPr>
            <w:tcW w:w="720" w:type="dxa"/>
            <w:shd w:val="clear" w:color="auto" w:fill="F4F7FA"/>
            <w:tcMar>
              <w:top w:w="30" w:type="dxa"/>
              <w:left w:w="10" w:type="dxa"/>
              <w:bottom w:w="30" w:type="dxa"/>
              <w:right w:w="10" w:type="dxa"/>
            </w:tcMar>
          </w:tcPr>
          <w:p w14:paraId="442136CC" w14:textId="77777777" w:rsidR="002321DE" w:rsidRDefault="00B57BF7">
            <w:pPr>
              <w:jc w:val="center"/>
            </w:pPr>
            <w:r>
              <w:rPr>
                <w:rFonts w:ascii="Calibri" w:eastAsia="Calibri" w:hAnsi="Calibri" w:cs="Calibri"/>
                <w:b/>
                <w:color w:val="1F3A5F"/>
                <w:sz w:val="16"/>
              </w:rPr>
              <w:t>Day 9</w:t>
            </w:r>
          </w:p>
        </w:tc>
        <w:tc>
          <w:tcPr>
            <w:tcW w:w="720" w:type="dxa"/>
            <w:shd w:val="clear" w:color="auto" w:fill="F4F7FA"/>
            <w:tcMar>
              <w:top w:w="30" w:type="dxa"/>
              <w:left w:w="10" w:type="dxa"/>
              <w:bottom w:w="30" w:type="dxa"/>
              <w:right w:w="10" w:type="dxa"/>
            </w:tcMar>
          </w:tcPr>
          <w:p w14:paraId="493FF74B" w14:textId="77777777" w:rsidR="002321DE" w:rsidRDefault="00B57BF7">
            <w:pPr>
              <w:jc w:val="center"/>
            </w:pPr>
            <w:r>
              <w:rPr>
                <w:rFonts w:ascii="Calibri" w:eastAsia="Calibri" w:hAnsi="Calibri" w:cs="Calibri"/>
                <w:b/>
                <w:color w:val="1F3A5F"/>
                <w:sz w:val="16"/>
              </w:rPr>
              <w:t>Day 10</w:t>
            </w:r>
          </w:p>
        </w:tc>
        <w:tc>
          <w:tcPr>
            <w:tcW w:w="720" w:type="dxa"/>
            <w:shd w:val="clear" w:color="auto" w:fill="F4F7FA"/>
            <w:tcMar>
              <w:top w:w="30" w:type="dxa"/>
              <w:left w:w="10" w:type="dxa"/>
              <w:bottom w:w="30" w:type="dxa"/>
              <w:right w:w="10" w:type="dxa"/>
            </w:tcMar>
          </w:tcPr>
          <w:p w14:paraId="35FEC127" w14:textId="77777777" w:rsidR="002321DE" w:rsidRDefault="00B57BF7">
            <w:pPr>
              <w:jc w:val="center"/>
            </w:pPr>
            <w:r>
              <w:rPr>
                <w:rFonts w:ascii="Calibri" w:eastAsia="Calibri" w:hAnsi="Calibri" w:cs="Calibri"/>
                <w:b/>
                <w:color w:val="1F3A5F"/>
                <w:sz w:val="16"/>
              </w:rPr>
              <w:t>Day 11</w:t>
            </w:r>
          </w:p>
        </w:tc>
        <w:tc>
          <w:tcPr>
            <w:tcW w:w="720" w:type="dxa"/>
            <w:shd w:val="clear" w:color="auto" w:fill="F4F7FA"/>
            <w:tcMar>
              <w:top w:w="30" w:type="dxa"/>
              <w:left w:w="10" w:type="dxa"/>
              <w:bottom w:w="30" w:type="dxa"/>
              <w:right w:w="10" w:type="dxa"/>
            </w:tcMar>
          </w:tcPr>
          <w:p w14:paraId="0944C4E5" w14:textId="77777777" w:rsidR="002321DE" w:rsidRDefault="00B57BF7">
            <w:pPr>
              <w:jc w:val="center"/>
            </w:pPr>
            <w:r>
              <w:rPr>
                <w:rFonts w:ascii="Calibri" w:eastAsia="Calibri" w:hAnsi="Calibri" w:cs="Calibri"/>
                <w:b/>
                <w:color w:val="1F3A5F"/>
                <w:sz w:val="16"/>
              </w:rPr>
              <w:t>Day 12</w:t>
            </w:r>
          </w:p>
        </w:tc>
        <w:tc>
          <w:tcPr>
            <w:tcW w:w="720" w:type="dxa"/>
            <w:shd w:val="clear" w:color="auto" w:fill="F4F7FA"/>
            <w:tcMar>
              <w:top w:w="30" w:type="dxa"/>
              <w:left w:w="10" w:type="dxa"/>
              <w:bottom w:w="30" w:type="dxa"/>
              <w:right w:w="10" w:type="dxa"/>
            </w:tcMar>
          </w:tcPr>
          <w:p w14:paraId="2E4242DC" w14:textId="77777777" w:rsidR="002321DE" w:rsidRDefault="00B57BF7">
            <w:pPr>
              <w:jc w:val="center"/>
            </w:pPr>
            <w:r>
              <w:rPr>
                <w:rFonts w:ascii="Calibri" w:eastAsia="Calibri" w:hAnsi="Calibri" w:cs="Calibri"/>
                <w:b/>
                <w:color w:val="1F3A5F"/>
                <w:sz w:val="16"/>
              </w:rPr>
              <w:t>Day 13</w:t>
            </w:r>
          </w:p>
        </w:tc>
        <w:tc>
          <w:tcPr>
            <w:tcW w:w="720" w:type="dxa"/>
            <w:shd w:val="clear" w:color="auto" w:fill="F4F7FA"/>
            <w:tcMar>
              <w:top w:w="30" w:type="dxa"/>
              <w:left w:w="10" w:type="dxa"/>
              <w:bottom w:w="30" w:type="dxa"/>
              <w:right w:w="10" w:type="dxa"/>
            </w:tcMar>
          </w:tcPr>
          <w:p w14:paraId="3F0BB834" w14:textId="77777777" w:rsidR="002321DE" w:rsidRDefault="00B57BF7">
            <w:pPr>
              <w:jc w:val="center"/>
            </w:pPr>
            <w:r>
              <w:rPr>
                <w:rFonts w:ascii="Calibri" w:eastAsia="Calibri" w:hAnsi="Calibri" w:cs="Calibri"/>
                <w:b/>
                <w:color w:val="1F3A5F"/>
                <w:sz w:val="16"/>
              </w:rPr>
              <w:t>Day 14</w:t>
            </w:r>
          </w:p>
        </w:tc>
      </w:tr>
      <w:tr w:rsidR="0075185D" w14:paraId="7C55CCA0" w14:textId="77777777">
        <w:trPr>
          <w:trHeight w:val="648"/>
        </w:trPr>
        <w:tc>
          <w:tcPr>
            <w:tcW w:w="720" w:type="dxa"/>
          </w:tcPr>
          <w:p w14:paraId="73398A83" w14:textId="77777777" w:rsidR="002321DE" w:rsidRDefault="002321DE"/>
        </w:tc>
        <w:tc>
          <w:tcPr>
            <w:tcW w:w="720" w:type="dxa"/>
          </w:tcPr>
          <w:p w14:paraId="0183C97E" w14:textId="77777777" w:rsidR="002321DE" w:rsidRDefault="002321DE"/>
        </w:tc>
        <w:tc>
          <w:tcPr>
            <w:tcW w:w="720" w:type="dxa"/>
          </w:tcPr>
          <w:p w14:paraId="37D58AAA" w14:textId="77777777" w:rsidR="002321DE" w:rsidRDefault="002321DE"/>
        </w:tc>
        <w:tc>
          <w:tcPr>
            <w:tcW w:w="720" w:type="dxa"/>
          </w:tcPr>
          <w:p w14:paraId="163575D3" w14:textId="77777777" w:rsidR="002321DE" w:rsidRDefault="002321DE"/>
        </w:tc>
        <w:tc>
          <w:tcPr>
            <w:tcW w:w="720" w:type="dxa"/>
          </w:tcPr>
          <w:p w14:paraId="1BF5EB55" w14:textId="77777777" w:rsidR="002321DE" w:rsidRDefault="002321DE"/>
        </w:tc>
        <w:tc>
          <w:tcPr>
            <w:tcW w:w="720" w:type="dxa"/>
          </w:tcPr>
          <w:p w14:paraId="4451E0E3" w14:textId="77777777" w:rsidR="002321DE" w:rsidRDefault="002321DE"/>
        </w:tc>
        <w:tc>
          <w:tcPr>
            <w:tcW w:w="720" w:type="dxa"/>
          </w:tcPr>
          <w:p w14:paraId="142D4979" w14:textId="77777777" w:rsidR="002321DE" w:rsidRDefault="002321DE"/>
        </w:tc>
        <w:tc>
          <w:tcPr>
            <w:tcW w:w="720" w:type="dxa"/>
          </w:tcPr>
          <w:p w14:paraId="286854BD" w14:textId="77777777" w:rsidR="002321DE" w:rsidRDefault="002321DE"/>
        </w:tc>
        <w:tc>
          <w:tcPr>
            <w:tcW w:w="720" w:type="dxa"/>
          </w:tcPr>
          <w:p w14:paraId="4587AFD3" w14:textId="77777777" w:rsidR="002321DE" w:rsidRDefault="002321DE"/>
        </w:tc>
        <w:tc>
          <w:tcPr>
            <w:tcW w:w="720" w:type="dxa"/>
          </w:tcPr>
          <w:p w14:paraId="01711157" w14:textId="77777777" w:rsidR="002321DE" w:rsidRDefault="002321DE"/>
        </w:tc>
        <w:tc>
          <w:tcPr>
            <w:tcW w:w="720" w:type="dxa"/>
          </w:tcPr>
          <w:p w14:paraId="69B2E85B" w14:textId="77777777" w:rsidR="002321DE" w:rsidRDefault="002321DE"/>
        </w:tc>
        <w:tc>
          <w:tcPr>
            <w:tcW w:w="720" w:type="dxa"/>
          </w:tcPr>
          <w:p w14:paraId="0F88DC48" w14:textId="77777777" w:rsidR="002321DE" w:rsidRDefault="002321DE"/>
        </w:tc>
        <w:tc>
          <w:tcPr>
            <w:tcW w:w="720" w:type="dxa"/>
          </w:tcPr>
          <w:p w14:paraId="10776058" w14:textId="77777777" w:rsidR="002321DE" w:rsidRDefault="002321DE"/>
        </w:tc>
        <w:tc>
          <w:tcPr>
            <w:tcW w:w="720" w:type="dxa"/>
          </w:tcPr>
          <w:p w14:paraId="4EB7CD8F" w14:textId="77777777" w:rsidR="002321DE" w:rsidRDefault="002321DE"/>
        </w:tc>
      </w:tr>
    </w:tbl>
    <w:p w14:paraId="029802A0"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782F8B86" w14:textId="77777777">
        <w:tc>
          <w:tcPr>
            <w:tcW w:w="7632" w:type="dxa"/>
            <w:shd w:val="clear" w:color="auto" w:fill="1F3A5F"/>
            <w:tcMar>
              <w:top w:w="90" w:type="dxa"/>
              <w:left w:w="140" w:type="dxa"/>
              <w:bottom w:w="90" w:type="dxa"/>
              <w:right w:w="140" w:type="dxa"/>
            </w:tcMar>
            <w:vAlign w:val="center"/>
          </w:tcPr>
          <w:p w14:paraId="1CA96834" w14:textId="77777777" w:rsidR="002321DE" w:rsidRDefault="00B57BF7">
            <w:r>
              <w:rPr>
                <w:rFonts w:ascii="Calibri" w:eastAsia="Calibri" w:hAnsi="Calibri" w:cs="Calibri"/>
                <w:b/>
                <w:color w:val="C8D6E5"/>
                <w:sz w:val="18"/>
              </w:rPr>
              <w:t>RECORD  ·  STEP 25</w:t>
            </w:r>
          </w:p>
          <w:p w14:paraId="2A0F4F96" w14:textId="77777777" w:rsidR="002321DE" w:rsidRDefault="00B57BF7">
            <w:r>
              <w:rPr>
                <w:rFonts w:ascii="Calibri" w:eastAsia="Calibri" w:hAnsi="Calibri" w:cs="Calibri"/>
                <w:b/>
                <w:color w:val="FFFFFF"/>
                <w:sz w:val="40"/>
              </w:rPr>
              <w:t>Creative Tribute: Choose and Plan</w:t>
            </w:r>
          </w:p>
        </w:tc>
        <w:tc>
          <w:tcPr>
            <w:tcW w:w="2448" w:type="dxa"/>
            <w:shd w:val="clear" w:color="auto" w:fill="1F3A5F"/>
            <w:tcMar>
              <w:top w:w="90" w:type="dxa"/>
              <w:left w:w="140" w:type="dxa"/>
              <w:bottom w:w="90" w:type="dxa"/>
              <w:right w:w="140" w:type="dxa"/>
            </w:tcMar>
            <w:vAlign w:val="center"/>
          </w:tcPr>
          <w:p w14:paraId="286CFCEB" w14:textId="77777777" w:rsidR="002321DE" w:rsidRDefault="00B57BF7">
            <w:pPr>
              <w:jc w:val="right"/>
            </w:pPr>
            <w:r>
              <w:rPr>
                <w:rFonts w:ascii="Calibri" w:eastAsia="Calibri" w:hAnsi="Calibri" w:cs="Calibri"/>
                <w:color w:val="C8D6E5"/>
                <w:sz w:val="18"/>
              </w:rPr>
              <w:t>About 20–30 minutes</w:t>
            </w:r>
          </w:p>
        </w:tc>
      </w:tr>
    </w:tbl>
    <w:p w14:paraId="530890CF" w14:textId="77777777" w:rsidR="002321DE" w:rsidRDefault="002321DE">
      <w:pPr>
        <w:spacing w:line="264" w:lineRule="auto"/>
      </w:pPr>
    </w:p>
    <w:p w14:paraId="0AA83C14"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Plan an original tribute to your hero.</w:t>
      </w:r>
    </w:p>
    <w:p w14:paraId="73158DCD" w14:textId="77777777" w:rsidR="002321DE" w:rsidRDefault="002321DE">
      <w:pPr>
        <w:spacing w:line="264" w:lineRule="auto"/>
      </w:pPr>
    </w:p>
    <w:p w14:paraId="1CEDD6B4"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642EBCDF" w14:textId="77777777">
        <w:tc>
          <w:tcPr>
            <w:tcW w:w="504" w:type="dxa"/>
            <w:tcMar>
              <w:top w:w="20" w:type="dxa"/>
              <w:left w:w="20" w:type="dxa"/>
              <w:bottom w:w="20" w:type="dxa"/>
              <w:right w:w="20" w:type="dxa"/>
            </w:tcMar>
          </w:tcPr>
          <w:p w14:paraId="6B527A26"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5624FDF0" w14:textId="77777777" w:rsidR="002321DE" w:rsidRDefault="00B57BF7">
            <w:r>
              <w:rPr>
                <w:rFonts w:eastAsia="Georgia" w:cs="Georgia"/>
                <w:color w:val="222222"/>
                <w:sz w:val="21"/>
              </w:rPr>
              <w:t xml:space="preserve">Choose one way to create your tribute: </w:t>
            </w:r>
            <w:r w:rsidR="0076770D">
              <w:rPr>
                <w:rFonts w:eastAsia="Georgia" w:cs="Georgia"/>
                <w:color w:val="222222"/>
                <w:sz w:val="21"/>
              </w:rPr>
              <w:t xml:space="preserve">piece of </w:t>
            </w:r>
            <w:r>
              <w:rPr>
                <w:rFonts w:eastAsia="Georgia" w:cs="Georgia"/>
                <w:color w:val="222222"/>
                <w:sz w:val="21"/>
              </w:rPr>
              <w:t>art, music, video, or poem.</w:t>
            </w:r>
          </w:p>
        </w:tc>
      </w:tr>
      <w:tr w:rsidR="0075185D" w14:paraId="71853D84" w14:textId="77777777">
        <w:tc>
          <w:tcPr>
            <w:tcW w:w="504" w:type="dxa"/>
            <w:tcMar>
              <w:top w:w="20" w:type="dxa"/>
              <w:left w:w="20" w:type="dxa"/>
              <w:bottom w:w="20" w:type="dxa"/>
              <w:right w:w="20" w:type="dxa"/>
            </w:tcMar>
          </w:tcPr>
          <w:p w14:paraId="7010AB4C"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4A887F37" w14:textId="77777777" w:rsidR="002321DE" w:rsidRDefault="00B57BF7">
            <w:r>
              <w:rPr>
                <w:rFonts w:eastAsia="Georgia" w:cs="Georgia"/>
                <w:color w:val="222222"/>
                <w:sz w:val="21"/>
              </w:rPr>
              <w:t>Decide what your tribute will show: an event, a trait, or a theme from your hero's life.</w:t>
            </w:r>
          </w:p>
        </w:tc>
      </w:tr>
      <w:tr w:rsidR="0075185D" w14:paraId="6D8CB900" w14:textId="77777777">
        <w:tc>
          <w:tcPr>
            <w:tcW w:w="504" w:type="dxa"/>
            <w:tcMar>
              <w:top w:w="20" w:type="dxa"/>
              <w:left w:w="20" w:type="dxa"/>
              <w:bottom w:w="20" w:type="dxa"/>
              <w:right w:w="20" w:type="dxa"/>
            </w:tcMar>
          </w:tcPr>
          <w:p w14:paraId="1F95D74F" w14:textId="77777777" w:rsidR="002321DE" w:rsidRDefault="00B57BF7">
            <w:r>
              <w:rPr>
                <w:rFonts w:ascii="Calibri" w:eastAsia="Calibri" w:hAnsi="Calibri" w:cs="Calibri"/>
                <w:b/>
                <w:color w:val="1F3A5F"/>
                <w:sz w:val="21"/>
              </w:rPr>
              <w:t>3.</w:t>
            </w:r>
          </w:p>
        </w:tc>
        <w:tc>
          <w:tcPr>
            <w:tcW w:w="9576" w:type="dxa"/>
            <w:tcMar>
              <w:top w:w="20" w:type="dxa"/>
              <w:left w:w="40" w:type="dxa"/>
              <w:bottom w:w="20" w:type="dxa"/>
              <w:right w:w="40" w:type="dxa"/>
            </w:tcMar>
          </w:tcPr>
          <w:p w14:paraId="5271A9D2" w14:textId="77777777" w:rsidR="002321DE" w:rsidRDefault="00B57BF7">
            <w:r>
              <w:rPr>
                <w:rFonts w:eastAsia="Georgia" w:cs="Georgia"/>
                <w:color w:val="222222"/>
                <w:sz w:val="21"/>
              </w:rPr>
              <w:t>Make a plan and a first draft in the space below.</w:t>
            </w:r>
          </w:p>
        </w:tc>
      </w:tr>
    </w:tbl>
    <w:p w14:paraId="4AA21B6D"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20"/>
        <w:gridCol w:w="2520"/>
        <w:gridCol w:w="2520"/>
        <w:gridCol w:w="2520"/>
      </w:tblGrid>
      <w:tr w:rsidR="0075185D" w14:paraId="37A84C2F" w14:textId="77777777">
        <w:tc>
          <w:tcPr>
            <w:tcW w:w="10080" w:type="dxa"/>
            <w:gridSpan w:val="4"/>
            <w:shd w:val="clear" w:color="auto" w:fill="E8EEF5"/>
            <w:tcMar>
              <w:top w:w="50" w:type="dxa"/>
              <w:left w:w="120" w:type="dxa"/>
              <w:bottom w:w="50" w:type="dxa"/>
              <w:right w:w="120" w:type="dxa"/>
            </w:tcMar>
          </w:tcPr>
          <w:p w14:paraId="48030A20" w14:textId="77777777" w:rsidR="002321DE" w:rsidRDefault="00B57BF7">
            <w:r>
              <w:rPr>
                <w:rFonts w:ascii="Calibri" w:eastAsia="Calibri" w:hAnsi="Calibri" w:cs="Calibri"/>
                <w:b/>
                <w:color w:val="1F3A5F"/>
                <w:sz w:val="23"/>
              </w:rPr>
              <w:t>Choose One</w:t>
            </w:r>
          </w:p>
        </w:tc>
      </w:tr>
      <w:tr w:rsidR="0075185D" w14:paraId="432C33BB" w14:textId="77777777">
        <w:tc>
          <w:tcPr>
            <w:tcW w:w="2520" w:type="dxa"/>
            <w:tcMar>
              <w:top w:w="60" w:type="dxa"/>
              <w:left w:w="100" w:type="dxa"/>
              <w:bottom w:w="60" w:type="dxa"/>
              <w:right w:w="80" w:type="dxa"/>
            </w:tcMar>
          </w:tcPr>
          <w:p w14:paraId="4E7F89C1" w14:textId="77777777" w:rsidR="002321DE" w:rsidRDefault="00B57BF7">
            <w:r>
              <w:rPr>
                <w:rFonts w:ascii="Segoe UI Symbol" w:eastAsia="Segoe UI Symbol" w:hAnsi="Segoe UI Symbol" w:cs="Segoe UI Symbol"/>
                <w:color w:val="1F3A5F"/>
                <w:sz w:val="24"/>
              </w:rPr>
              <w:t xml:space="preserve">☐  </w:t>
            </w:r>
            <w:r>
              <w:rPr>
                <w:rFonts w:ascii="Calibri" w:eastAsia="Calibri" w:hAnsi="Calibri" w:cs="Calibri"/>
                <w:b/>
                <w:color w:val="1F3A5F"/>
              </w:rPr>
              <w:t>Art</w:t>
            </w:r>
          </w:p>
          <w:p w14:paraId="0DD4936C" w14:textId="77777777" w:rsidR="002321DE" w:rsidRDefault="00B57BF7">
            <w:r>
              <w:rPr>
                <w:rFonts w:ascii="Calibri" w:eastAsia="Calibri" w:hAnsi="Calibri" w:cs="Calibri"/>
                <w:color w:val="595959"/>
                <w:sz w:val="18"/>
              </w:rPr>
              <w:t>A drawing, painting, sculpture, or other 2-D or 3-D piece</w:t>
            </w:r>
          </w:p>
        </w:tc>
        <w:tc>
          <w:tcPr>
            <w:tcW w:w="2520" w:type="dxa"/>
            <w:tcMar>
              <w:top w:w="60" w:type="dxa"/>
              <w:left w:w="100" w:type="dxa"/>
              <w:bottom w:w="60" w:type="dxa"/>
              <w:right w:w="80" w:type="dxa"/>
            </w:tcMar>
          </w:tcPr>
          <w:p w14:paraId="2F2855B3" w14:textId="77777777" w:rsidR="002321DE" w:rsidRDefault="00B57BF7">
            <w:r>
              <w:rPr>
                <w:rFonts w:ascii="Segoe UI Symbol" w:eastAsia="Segoe UI Symbol" w:hAnsi="Segoe UI Symbol" w:cs="Segoe UI Symbol"/>
                <w:color w:val="1F3A5F"/>
                <w:sz w:val="24"/>
              </w:rPr>
              <w:t xml:space="preserve">☐  </w:t>
            </w:r>
            <w:r>
              <w:rPr>
                <w:rFonts w:ascii="Calibri" w:eastAsia="Calibri" w:hAnsi="Calibri" w:cs="Calibri"/>
                <w:b/>
                <w:color w:val="1F3A5F"/>
              </w:rPr>
              <w:t>Music</w:t>
            </w:r>
          </w:p>
          <w:p w14:paraId="396C8819" w14:textId="77777777" w:rsidR="002321DE" w:rsidRDefault="00B57BF7">
            <w:r>
              <w:rPr>
                <w:rFonts w:ascii="Calibri" w:eastAsia="Calibri" w:hAnsi="Calibri" w:cs="Calibri"/>
                <w:color w:val="595959"/>
                <w:sz w:val="18"/>
              </w:rPr>
              <w:t>An original song or instrumental piece</w:t>
            </w:r>
          </w:p>
        </w:tc>
        <w:tc>
          <w:tcPr>
            <w:tcW w:w="2520" w:type="dxa"/>
            <w:tcMar>
              <w:top w:w="60" w:type="dxa"/>
              <w:left w:w="100" w:type="dxa"/>
              <w:bottom w:w="60" w:type="dxa"/>
              <w:right w:w="80" w:type="dxa"/>
            </w:tcMar>
          </w:tcPr>
          <w:p w14:paraId="13ADF948" w14:textId="77777777" w:rsidR="002321DE" w:rsidRDefault="00B57BF7">
            <w:r>
              <w:rPr>
                <w:rFonts w:ascii="Segoe UI Symbol" w:eastAsia="Segoe UI Symbol" w:hAnsi="Segoe UI Symbol" w:cs="Segoe UI Symbol"/>
                <w:color w:val="1F3A5F"/>
                <w:sz w:val="24"/>
              </w:rPr>
              <w:t xml:space="preserve">☐  </w:t>
            </w:r>
            <w:r>
              <w:rPr>
                <w:rFonts w:ascii="Calibri" w:eastAsia="Calibri" w:hAnsi="Calibri" w:cs="Calibri"/>
                <w:b/>
                <w:color w:val="1F3A5F"/>
              </w:rPr>
              <w:t>Video</w:t>
            </w:r>
          </w:p>
          <w:p w14:paraId="1440FC9A" w14:textId="77777777" w:rsidR="002321DE" w:rsidRDefault="00B57BF7">
            <w:r>
              <w:rPr>
                <w:rFonts w:ascii="Calibri" w:eastAsia="Calibri" w:hAnsi="Calibri" w:cs="Calibri"/>
                <w:color w:val="595959"/>
                <w:sz w:val="18"/>
              </w:rPr>
              <w:t>A short film, slideshow, or animation (2–3 minutes)</w:t>
            </w:r>
          </w:p>
        </w:tc>
        <w:tc>
          <w:tcPr>
            <w:tcW w:w="2520" w:type="dxa"/>
            <w:tcMar>
              <w:top w:w="60" w:type="dxa"/>
              <w:left w:w="100" w:type="dxa"/>
              <w:bottom w:w="60" w:type="dxa"/>
              <w:right w:w="80" w:type="dxa"/>
            </w:tcMar>
          </w:tcPr>
          <w:p w14:paraId="1C275153" w14:textId="77777777" w:rsidR="002321DE" w:rsidRDefault="00B57BF7">
            <w:r>
              <w:rPr>
                <w:rFonts w:ascii="Segoe UI Symbol" w:eastAsia="Segoe UI Symbol" w:hAnsi="Segoe UI Symbol" w:cs="Segoe UI Symbol"/>
                <w:color w:val="1F3A5F"/>
                <w:sz w:val="24"/>
              </w:rPr>
              <w:t xml:space="preserve">☐  </w:t>
            </w:r>
            <w:r>
              <w:rPr>
                <w:rFonts w:ascii="Calibri" w:eastAsia="Calibri" w:hAnsi="Calibri" w:cs="Calibri"/>
                <w:b/>
                <w:color w:val="1F3A5F"/>
              </w:rPr>
              <w:t>Poem</w:t>
            </w:r>
          </w:p>
          <w:p w14:paraId="2B67AB87" w14:textId="77777777" w:rsidR="002321DE" w:rsidRDefault="00B57BF7">
            <w:r>
              <w:rPr>
                <w:rFonts w:ascii="Calibri" w:eastAsia="Calibri" w:hAnsi="Calibri" w:cs="Calibri"/>
                <w:color w:val="595959"/>
                <w:sz w:val="18"/>
              </w:rPr>
              <w:t>At least four stanzas of four lines each (quatrains)</w:t>
            </w:r>
          </w:p>
        </w:tc>
      </w:tr>
    </w:tbl>
    <w:p w14:paraId="11C97709"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20"/>
        <w:gridCol w:w="7560"/>
      </w:tblGrid>
      <w:tr w:rsidR="0075185D" w14:paraId="03402E9D" w14:textId="77777777">
        <w:tc>
          <w:tcPr>
            <w:tcW w:w="10080" w:type="dxa"/>
            <w:gridSpan w:val="2"/>
            <w:shd w:val="clear" w:color="auto" w:fill="E8EEF5"/>
            <w:tcMar>
              <w:top w:w="50" w:type="dxa"/>
              <w:left w:w="120" w:type="dxa"/>
              <w:bottom w:w="50" w:type="dxa"/>
              <w:right w:w="120" w:type="dxa"/>
            </w:tcMar>
          </w:tcPr>
          <w:p w14:paraId="78E84F89" w14:textId="77777777" w:rsidR="002321DE" w:rsidRDefault="00B57BF7">
            <w:r>
              <w:rPr>
                <w:rFonts w:ascii="Calibri" w:eastAsia="Calibri" w:hAnsi="Calibri" w:cs="Calibri"/>
                <w:b/>
                <w:color w:val="1F3A5F"/>
                <w:sz w:val="23"/>
              </w:rPr>
              <w:t>My Plan</w:t>
            </w:r>
          </w:p>
        </w:tc>
      </w:tr>
      <w:tr w:rsidR="0075185D" w14:paraId="3B8C5003" w14:textId="77777777">
        <w:trPr>
          <w:trHeight w:val="518"/>
        </w:trPr>
        <w:tc>
          <w:tcPr>
            <w:tcW w:w="2520" w:type="dxa"/>
            <w:shd w:val="clear" w:color="auto" w:fill="F4F7FA"/>
            <w:tcMar>
              <w:top w:w="50" w:type="dxa"/>
              <w:left w:w="100" w:type="dxa"/>
              <w:bottom w:w="50" w:type="dxa"/>
              <w:right w:w="80" w:type="dxa"/>
            </w:tcMar>
          </w:tcPr>
          <w:p w14:paraId="5048E978" w14:textId="77777777" w:rsidR="002321DE" w:rsidRDefault="00B57BF7">
            <w:r>
              <w:rPr>
                <w:rFonts w:ascii="Calibri" w:eastAsia="Calibri" w:hAnsi="Calibri" w:cs="Calibri"/>
                <w:b/>
                <w:color w:val="1F3A5F"/>
                <w:sz w:val="20"/>
              </w:rPr>
              <w:t>My tribute will show:</w:t>
            </w:r>
          </w:p>
        </w:tc>
        <w:tc>
          <w:tcPr>
            <w:tcW w:w="7560" w:type="dxa"/>
            <w:tcMar>
              <w:top w:w="50" w:type="dxa"/>
              <w:left w:w="100" w:type="dxa"/>
              <w:bottom w:w="50" w:type="dxa"/>
              <w:right w:w="100" w:type="dxa"/>
            </w:tcMar>
          </w:tcPr>
          <w:p w14:paraId="18316F6C" w14:textId="77777777" w:rsidR="002321DE" w:rsidRDefault="00B57BF7">
            <w:r>
              <w:rPr>
                <w:rFonts w:ascii="Calibri" w:eastAsia="Calibri" w:hAnsi="Calibri" w:cs="Calibri"/>
                <w:color w:val="1F3A5F"/>
                <w:sz w:val="21"/>
              </w:rPr>
              <w:t>☐ An event     ☐ A trait     ☐ A theme</w:t>
            </w:r>
          </w:p>
        </w:tc>
      </w:tr>
      <w:tr w:rsidR="0075185D" w14:paraId="5C846F53" w14:textId="77777777" w:rsidTr="0076770D">
        <w:trPr>
          <w:trHeight w:val="772"/>
        </w:trPr>
        <w:tc>
          <w:tcPr>
            <w:tcW w:w="2520" w:type="dxa"/>
            <w:shd w:val="clear" w:color="auto" w:fill="F4F7FA"/>
            <w:tcMar>
              <w:top w:w="50" w:type="dxa"/>
              <w:left w:w="100" w:type="dxa"/>
              <w:bottom w:w="50" w:type="dxa"/>
              <w:right w:w="80" w:type="dxa"/>
            </w:tcMar>
          </w:tcPr>
          <w:p w14:paraId="10E64B66" w14:textId="77777777" w:rsidR="002321DE" w:rsidRDefault="00B57BF7">
            <w:r>
              <w:rPr>
                <w:rFonts w:ascii="Calibri" w:eastAsia="Calibri" w:hAnsi="Calibri" w:cs="Calibri"/>
                <w:b/>
                <w:color w:val="1F3A5F"/>
                <w:sz w:val="20"/>
              </w:rPr>
              <w:t>Describe it:</w:t>
            </w:r>
          </w:p>
        </w:tc>
        <w:tc>
          <w:tcPr>
            <w:tcW w:w="7560" w:type="dxa"/>
            <w:tcMar>
              <w:top w:w="50" w:type="dxa"/>
              <w:left w:w="100" w:type="dxa"/>
              <w:bottom w:w="50" w:type="dxa"/>
              <w:right w:w="100" w:type="dxa"/>
            </w:tcMar>
          </w:tcPr>
          <w:p w14:paraId="6DE74664" w14:textId="77777777" w:rsidR="002321DE" w:rsidRDefault="002321DE"/>
        </w:tc>
      </w:tr>
      <w:tr w:rsidR="0075185D" w14:paraId="07700721" w14:textId="77777777">
        <w:trPr>
          <w:trHeight w:val="720"/>
        </w:trPr>
        <w:tc>
          <w:tcPr>
            <w:tcW w:w="2520" w:type="dxa"/>
            <w:shd w:val="clear" w:color="auto" w:fill="F4F7FA"/>
            <w:tcMar>
              <w:top w:w="50" w:type="dxa"/>
              <w:left w:w="100" w:type="dxa"/>
              <w:bottom w:w="50" w:type="dxa"/>
              <w:right w:w="80" w:type="dxa"/>
            </w:tcMar>
          </w:tcPr>
          <w:p w14:paraId="5FAFACE0" w14:textId="77777777" w:rsidR="002321DE" w:rsidRDefault="00B57BF7">
            <w:r>
              <w:rPr>
                <w:rFonts w:ascii="Calibri" w:eastAsia="Calibri" w:hAnsi="Calibri" w:cs="Calibri"/>
                <w:b/>
                <w:color w:val="1F3A5F"/>
                <w:sz w:val="20"/>
              </w:rPr>
              <w:t>Why I chose it:</w:t>
            </w:r>
          </w:p>
        </w:tc>
        <w:tc>
          <w:tcPr>
            <w:tcW w:w="7560" w:type="dxa"/>
            <w:tcMar>
              <w:top w:w="50" w:type="dxa"/>
              <w:left w:w="100" w:type="dxa"/>
              <w:bottom w:w="50" w:type="dxa"/>
              <w:right w:w="100" w:type="dxa"/>
            </w:tcMar>
          </w:tcPr>
          <w:p w14:paraId="7187F287" w14:textId="77777777" w:rsidR="002321DE" w:rsidRDefault="002321DE"/>
        </w:tc>
      </w:tr>
      <w:tr w:rsidR="0075185D" w14:paraId="7FD4A635" w14:textId="77777777">
        <w:trPr>
          <w:trHeight w:val="605"/>
        </w:trPr>
        <w:tc>
          <w:tcPr>
            <w:tcW w:w="2520" w:type="dxa"/>
            <w:shd w:val="clear" w:color="auto" w:fill="F4F7FA"/>
            <w:tcMar>
              <w:top w:w="50" w:type="dxa"/>
              <w:left w:w="100" w:type="dxa"/>
              <w:bottom w:w="50" w:type="dxa"/>
              <w:right w:w="80" w:type="dxa"/>
            </w:tcMar>
          </w:tcPr>
          <w:p w14:paraId="6FCE279F" w14:textId="77777777" w:rsidR="002321DE" w:rsidRDefault="00B57BF7">
            <w:r>
              <w:rPr>
                <w:rFonts w:ascii="Calibri" w:eastAsia="Calibri" w:hAnsi="Calibri" w:cs="Calibri"/>
                <w:b/>
                <w:color w:val="1F3A5F"/>
                <w:sz w:val="20"/>
              </w:rPr>
              <w:t>Materials or tools I need:</w:t>
            </w:r>
          </w:p>
        </w:tc>
        <w:tc>
          <w:tcPr>
            <w:tcW w:w="7560" w:type="dxa"/>
            <w:tcMar>
              <w:top w:w="50" w:type="dxa"/>
              <w:left w:w="100" w:type="dxa"/>
              <w:bottom w:w="50" w:type="dxa"/>
              <w:right w:w="100" w:type="dxa"/>
            </w:tcMar>
          </w:tcPr>
          <w:p w14:paraId="52D2E629" w14:textId="77777777" w:rsidR="002321DE" w:rsidRDefault="002321DE"/>
        </w:tc>
      </w:tr>
    </w:tbl>
    <w:p w14:paraId="1BF92E00" w14:textId="77777777" w:rsidR="002321DE" w:rsidRDefault="002321DE">
      <w:pPr>
        <w:spacing w:after="120" w:line="264" w:lineRule="auto"/>
      </w:pPr>
    </w:p>
    <w:p w14:paraId="41667B4F" w14:textId="77777777" w:rsidR="002321DE" w:rsidRDefault="00B57BF7">
      <w:pPr>
        <w:spacing w:after="40" w:line="264" w:lineRule="auto"/>
      </w:pPr>
      <w:r>
        <w:rPr>
          <w:rFonts w:eastAsia="Georgia" w:cs="Georgia"/>
          <w:i/>
          <w:color w:val="595959"/>
          <w:sz w:val="19"/>
        </w:rPr>
        <w:t>Sketch, lyric draft, storyboard, or first stanza:</w:t>
      </w:r>
    </w:p>
    <w:tbl>
      <w:tblPr>
        <w:tblW w:w="10080" w:type="dxa"/>
        <w:tblBorders>
          <w:top w:val="single" w:sz="6" w:space="0" w:color="C9D3DD"/>
          <w:left w:val="single" w:sz="6" w:space="0" w:color="C9D3DD"/>
          <w:bottom w:val="single" w:sz="6" w:space="0" w:color="C9D3DD"/>
          <w:right w:val="single" w:sz="6" w:space="0" w:color="C9D3DD"/>
          <w:insideH w:val="nil"/>
          <w:insideV w:val="nil"/>
        </w:tblBorders>
        <w:tblLayout w:type="fixed"/>
        <w:tblLook w:val="04A0" w:firstRow="1" w:lastRow="0" w:firstColumn="1" w:lastColumn="0" w:noHBand="0" w:noVBand="1"/>
      </w:tblPr>
      <w:tblGrid>
        <w:gridCol w:w="10080"/>
      </w:tblGrid>
      <w:tr w:rsidR="0075185D" w14:paraId="6498E1A4" w14:textId="77777777">
        <w:trPr>
          <w:trHeight w:val="3960"/>
        </w:trPr>
        <w:tc>
          <w:tcPr>
            <w:tcW w:w="10080" w:type="dxa"/>
          </w:tcPr>
          <w:p w14:paraId="13956037" w14:textId="77777777" w:rsidR="002321DE" w:rsidRDefault="002321DE"/>
        </w:tc>
      </w:tr>
    </w:tbl>
    <w:p w14:paraId="58152B3D"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61763E1C" w14:textId="77777777">
        <w:tc>
          <w:tcPr>
            <w:tcW w:w="7632" w:type="dxa"/>
            <w:shd w:val="clear" w:color="auto" w:fill="1F3A5F"/>
            <w:tcMar>
              <w:top w:w="90" w:type="dxa"/>
              <w:left w:w="140" w:type="dxa"/>
              <w:bottom w:w="90" w:type="dxa"/>
              <w:right w:w="140" w:type="dxa"/>
            </w:tcMar>
            <w:vAlign w:val="center"/>
          </w:tcPr>
          <w:p w14:paraId="3F28BB1F" w14:textId="77777777" w:rsidR="002321DE" w:rsidRDefault="00B57BF7">
            <w:r>
              <w:rPr>
                <w:rFonts w:ascii="Calibri" w:eastAsia="Calibri" w:hAnsi="Calibri" w:cs="Calibri"/>
                <w:b/>
                <w:color w:val="C8D6E5"/>
                <w:sz w:val="18"/>
              </w:rPr>
              <w:t>RECORD  ·  STEP 26</w:t>
            </w:r>
          </w:p>
          <w:p w14:paraId="189F66B0" w14:textId="77777777" w:rsidR="002321DE" w:rsidRDefault="00B57BF7">
            <w:r>
              <w:rPr>
                <w:rFonts w:ascii="Calibri" w:eastAsia="Calibri" w:hAnsi="Calibri" w:cs="Calibri"/>
                <w:b/>
                <w:color w:val="FFFFFF"/>
                <w:sz w:val="40"/>
              </w:rPr>
              <w:t>Creative Tribute: Create</w:t>
            </w:r>
          </w:p>
        </w:tc>
        <w:tc>
          <w:tcPr>
            <w:tcW w:w="2448" w:type="dxa"/>
            <w:shd w:val="clear" w:color="auto" w:fill="1F3A5F"/>
            <w:tcMar>
              <w:top w:w="90" w:type="dxa"/>
              <w:left w:w="140" w:type="dxa"/>
              <w:bottom w:w="90" w:type="dxa"/>
              <w:right w:w="140" w:type="dxa"/>
            </w:tcMar>
            <w:vAlign w:val="center"/>
          </w:tcPr>
          <w:p w14:paraId="363319EC" w14:textId="77777777" w:rsidR="002321DE" w:rsidRDefault="00B57BF7">
            <w:pPr>
              <w:jc w:val="right"/>
            </w:pPr>
            <w:r>
              <w:rPr>
                <w:rFonts w:ascii="Calibri" w:eastAsia="Calibri" w:hAnsi="Calibri" w:cs="Calibri"/>
                <w:color w:val="C8D6E5"/>
                <w:sz w:val="18"/>
              </w:rPr>
              <w:t xml:space="preserve">About </w:t>
            </w:r>
            <w:r w:rsidR="005E3EC5">
              <w:rPr>
                <w:rFonts w:ascii="Calibri" w:eastAsia="Calibri" w:hAnsi="Calibri" w:cs="Calibri"/>
                <w:color w:val="C8D6E5"/>
                <w:sz w:val="18"/>
              </w:rPr>
              <w:t>30–60</w:t>
            </w:r>
            <w:r>
              <w:rPr>
                <w:rFonts w:ascii="Calibri" w:eastAsia="Calibri" w:hAnsi="Calibri" w:cs="Calibri"/>
                <w:color w:val="C8D6E5"/>
                <w:sz w:val="18"/>
              </w:rPr>
              <w:t xml:space="preserve"> minutes</w:t>
            </w:r>
          </w:p>
        </w:tc>
      </w:tr>
    </w:tbl>
    <w:p w14:paraId="1039AE0A" w14:textId="77777777" w:rsidR="002321DE" w:rsidRDefault="002321DE">
      <w:pPr>
        <w:spacing w:line="264" w:lineRule="auto"/>
      </w:pPr>
    </w:p>
    <w:p w14:paraId="0FD65E66"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Bring your tribute to life.</w:t>
      </w:r>
    </w:p>
    <w:p w14:paraId="2DF01B57" w14:textId="77777777" w:rsidR="002321DE" w:rsidRDefault="002321DE">
      <w:pPr>
        <w:spacing w:line="264" w:lineRule="auto"/>
      </w:pPr>
    </w:p>
    <w:p w14:paraId="6F55997E"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17F7542E" w14:textId="77777777">
        <w:tc>
          <w:tcPr>
            <w:tcW w:w="504" w:type="dxa"/>
            <w:tcMar>
              <w:top w:w="20" w:type="dxa"/>
              <w:left w:w="20" w:type="dxa"/>
              <w:bottom w:w="20" w:type="dxa"/>
              <w:right w:w="20" w:type="dxa"/>
            </w:tcMar>
          </w:tcPr>
          <w:p w14:paraId="41EE5C27"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705214DD" w14:textId="77777777" w:rsidR="002321DE" w:rsidRDefault="00B57BF7">
            <w:r>
              <w:rPr>
                <w:rFonts w:eastAsia="Georgia" w:cs="Georgia"/>
                <w:color w:val="222222"/>
                <w:sz w:val="21"/>
              </w:rPr>
              <w:t>Use your plan from Step 25 to create your tribute.</w:t>
            </w:r>
          </w:p>
        </w:tc>
      </w:tr>
      <w:tr w:rsidR="0075185D" w14:paraId="260AF951" w14:textId="77777777">
        <w:tc>
          <w:tcPr>
            <w:tcW w:w="504" w:type="dxa"/>
            <w:tcMar>
              <w:top w:w="20" w:type="dxa"/>
              <w:left w:w="20" w:type="dxa"/>
              <w:bottom w:w="20" w:type="dxa"/>
              <w:right w:w="20" w:type="dxa"/>
            </w:tcMar>
          </w:tcPr>
          <w:p w14:paraId="06651FC9"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708128E6" w14:textId="77777777" w:rsidR="002321DE" w:rsidRDefault="00B57BF7">
            <w:r>
              <w:rPr>
                <w:rFonts w:eastAsia="Georgia" w:cs="Georgia"/>
                <w:color w:val="222222"/>
                <w:sz w:val="21"/>
              </w:rPr>
              <w:t>Check off each part as you finish it. You may keep working outside this step if you need more time.</w:t>
            </w:r>
          </w:p>
        </w:tc>
      </w:tr>
      <w:tr w:rsidR="0075185D" w14:paraId="63BD42D7" w14:textId="77777777">
        <w:tc>
          <w:tcPr>
            <w:tcW w:w="504" w:type="dxa"/>
            <w:tcMar>
              <w:top w:w="20" w:type="dxa"/>
              <w:left w:w="20" w:type="dxa"/>
              <w:bottom w:w="20" w:type="dxa"/>
              <w:right w:w="20" w:type="dxa"/>
            </w:tcMar>
          </w:tcPr>
          <w:p w14:paraId="0E0B5259" w14:textId="77777777" w:rsidR="002321DE" w:rsidRDefault="00B57BF7">
            <w:r>
              <w:rPr>
                <w:rFonts w:ascii="Calibri" w:eastAsia="Calibri" w:hAnsi="Calibri" w:cs="Calibri"/>
                <w:b/>
                <w:color w:val="1F3A5F"/>
                <w:sz w:val="21"/>
              </w:rPr>
              <w:t>3.</w:t>
            </w:r>
          </w:p>
        </w:tc>
        <w:tc>
          <w:tcPr>
            <w:tcW w:w="9576" w:type="dxa"/>
            <w:tcMar>
              <w:top w:w="20" w:type="dxa"/>
              <w:left w:w="40" w:type="dxa"/>
              <w:bottom w:w="20" w:type="dxa"/>
              <w:right w:w="40" w:type="dxa"/>
            </w:tcMar>
          </w:tcPr>
          <w:p w14:paraId="6362E377" w14:textId="77777777" w:rsidR="002321DE" w:rsidRDefault="00B57BF7">
            <w:r>
              <w:rPr>
                <w:rFonts w:eastAsia="Georgia" w:cs="Georgia"/>
                <w:color w:val="222222"/>
                <w:sz w:val="21"/>
              </w:rPr>
              <w:t>Record each work session below, and ask a parent to check your progress.</w:t>
            </w:r>
          </w:p>
        </w:tc>
      </w:tr>
    </w:tbl>
    <w:p w14:paraId="6EBA208C"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20"/>
        <w:gridCol w:w="2520"/>
        <w:gridCol w:w="2520"/>
        <w:gridCol w:w="2520"/>
      </w:tblGrid>
      <w:tr w:rsidR="0075185D" w14:paraId="39EB57E4" w14:textId="77777777">
        <w:tc>
          <w:tcPr>
            <w:tcW w:w="10080" w:type="dxa"/>
            <w:gridSpan w:val="4"/>
            <w:shd w:val="clear" w:color="auto" w:fill="E8EEF5"/>
            <w:tcMar>
              <w:top w:w="50" w:type="dxa"/>
              <w:left w:w="120" w:type="dxa"/>
              <w:bottom w:w="50" w:type="dxa"/>
              <w:right w:w="120" w:type="dxa"/>
            </w:tcMar>
          </w:tcPr>
          <w:p w14:paraId="757F9105" w14:textId="77777777" w:rsidR="002321DE" w:rsidRDefault="00B57BF7">
            <w:r>
              <w:rPr>
                <w:rFonts w:ascii="Calibri" w:eastAsia="Calibri" w:hAnsi="Calibri" w:cs="Calibri"/>
                <w:b/>
                <w:color w:val="1F3A5F"/>
                <w:sz w:val="23"/>
              </w:rPr>
              <w:t>Progress Checklist</w:t>
            </w:r>
            <w:r>
              <w:rPr>
                <w:rFonts w:ascii="Calibri" w:eastAsia="Calibri" w:hAnsi="Calibri" w:cs="Calibri"/>
                <w:i/>
                <w:color w:val="595959"/>
                <w:sz w:val="19"/>
              </w:rPr>
              <w:t xml:space="preserve">   Use the column for the option you chose.</w:t>
            </w:r>
          </w:p>
        </w:tc>
      </w:tr>
      <w:tr w:rsidR="0075185D" w14:paraId="04C0B264" w14:textId="77777777">
        <w:tc>
          <w:tcPr>
            <w:tcW w:w="2520" w:type="dxa"/>
            <w:shd w:val="clear" w:color="auto" w:fill="F4F7FA"/>
            <w:tcMar>
              <w:top w:w="40" w:type="dxa"/>
              <w:left w:w="100" w:type="dxa"/>
              <w:bottom w:w="40" w:type="dxa"/>
              <w:right w:w="80" w:type="dxa"/>
            </w:tcMar>
          </w:tcPr>
          <w:p w14:paraId="14978F09" w14:textId="77777777" w:rsidR="002321DE" w:rsidRDefault="00B57BF7">
            <w:r>
              <w:rPr>
                <w:rFonts w:ascii="Calibri" w:eastAsia="Calibri" w:hAnsi="Calibri" w:cs="Calibri"/>
                <w:b/>
                <w:color w:val="1F3A5F"/>
                <w:sz w:val="21"/>
              </w:rPr>
              <w:t>Art</w:t>
            </w:r>
          </w:p>
        </w:tc>
        <w:tc>
          <w:tcPr>
            <w:tcW w:w="2520" w:type="dxa"/>
            <w:shd w:val="clear" w:color="auto" w:fill="F4F7FA"/>
            <w:tcMar>
              <w:top w:w="40" w:type="dxa"/>
              <w:left w:w="100" w:type="dxa"/>
              <w:bottom w:w="40" w:type="dxa"/>
              <w:right w:w="80" w:type="dxa"/>
            </w:tcMar>
          </w:tcPr>
          <w:p w14:paraId="15571182" w14:textId="77777777" w:rsidR="002321DE" w:rsidRDefault="00B57BF7">
            <w:r>
              <w:rPr>
                <w:rFonts w:ascii="Calibri" w:eastAsia="Calibri" w:hAnsi="Calibri" w:cs="Calibri"/>
                <w:b/>
                <w:color w:val="1F3A5F"/>
                <w:sz w:val="21"/>
              </w:rPr>
              <w:t>Music</w:t>
            </w:r>
          </w:p>
        </w:tc>
        <w:tc>
          <w:tcPr>
            <w:tcW w:w="2520" w:type="dxa"/>
            <w:shd w:val="clear" w:color="auto" w:fill="F4F7FA"/>
            <w:tcMar>
              <w:top w:w="40" w:type="dxa"/>
              <w:left w:w="100" w:type="dxa"/>
              <w:bottom w:w="40" w:type="dxa"/>
              <w:right w:w="80" w:type="dxa"/>
            </w:tcMar>
          </w:tcPr>
          <w:p w14:paraId="48475568" w14:textId="77777777" w:rsidR="002321DE" w:rsidRDefault="00B57BF7">
            <w:r>
              <w:rPr>
                <w:rFonts w:ascii="Calibri" w:eastAsia="Calibri" w:hAnsi="Calibri" w:cs="Calibri"/>
                <w:b/>
                <w:color w:val="1F3A5F"/>
                <w:sz w:val="21"/>
              </w:rPr>
              <w:t>Video</w:t>
            </w:r>
          </w:p>
        </w:tc>
        <w:tc>
          <w:tcPr>
            <w:tcW w:w="2520" w:type="dxa"/>
            <w:shd w:val="clear" w:color="auto" w:fill="F4F7FA"/>
            <w:tcMar>
              <w:top w:w="40" w:type="dxa"/>
              <w:left w:w="100" w:type="dxa"/>
              <w:bottom w:w="40" w:type="dxa"/>
              <w:right w:w="80" w:type="dxa"/>
            </w:tcMar>
          </w:tcPr>
          <w:p w14:paraId="73A464EC" w14:textId="77777777" w:rsidR="002321DE" w:rsidRDefault="00B57BF7">
            <w:r>
              <w:rPr>
                <w:rFonts w:ascii="Calibri" w:eastAsia="Calibri" w:hAnsi="Calibri" w:cs="Calibri"/>
                <w:b/>
                <w:color w:val="1F3A5F"/>
                <w:sz w:val="21"/>
              </w:rPr>
              <w:t>Poem</w:t>
            </w:r>
          </w:p>
        </w:tc>
      </w:tr>
      <w:tr w:rsidR="0075185D" w14:paraId="6B4FC77E" w14:textId="77777777">
        <w:tc>
          <w:tcPr>
            <w:tcW w:w="2520" w:type="dxa"/>
            <w:tcMar>
              <w:top w:w="50" w:type="dxa"/>
              <w:left w:w="80" w:type="dxa"/>
              <w:bottom w:w="50" w:type="dxa"/>
              <w:right w:w="60" w:type="dxa"/>
            </w:tcMar>
          </w:tcPr>
          <w:p w14:paraId="6F885528"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19"/>
              </w:rPr>
              <w:t>Final sketch done</w:t>
            </w:r>
          </w:p>
          <w:p w14:paraId="5C37CD86"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19"/>
              </w:rPr>
              <w:t>Materials gathered</w:t>
            </w:r>
          </w:p>
          <w:p w14:paraId="63D48065"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19"/>
              </w:rPr>
              <w:t>Main piece created</w:t>
            </w:r>
          </w:p>
          <w:p w14:paraId="6A4E800D"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19"/>
              </w:rPr>
              <w:t>Details and finishing</w:t>
            </w:r>
          </w:p>
        </w:tc>
        <w:tc>
          <w:tcPr>
            <w:tcW w:w="2520" w:type="dxa"/>
            <w:tcMar>
              <w:top w:w="50" w:type="dxa"/>
              <w:left w:w="80" w:type="dxa"/>
              <w:bottom w:w="50" w:type="dxa"/>
              <w:right w:w="60" w:type="dxa"/>
            </w:tcMar>
          </w:tcPr>
          <w:p w14:paraId="60935900"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19"/>
              </w:rPr>
              <w:t>Lyrics or melody written</w:t>
            </w:r>
          </w:p>
          <w:p w14:paraId="0FCA2C85"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19"/>
              </w:rPr>
              <w:t>Music arranged</w:t>
            </w:r>
          </w:p>
          <w:p w14:paraId="5A1AA3C9"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19"/>
              </w:rPr>
              <w:t>Practiced several times</w:t>
            </w:r>
          </w:p>
          <w:p w14:paraId="4B0A3C12"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19"/>
              </w:rPr>
              <w:t>Performed from memory</w:t>
            </w:r>
          </w:p>
        </w:tc>
        <w:tc>
          <w:tcPr>
            <w:tcW w:w="2520" w:type="dxa"/>
            <w:tcMar>
              <w:top w:w="50" w:type="dxa"/>
              <w:left w:w="80" w:type="dxa"/>
              <w:bottom w:w="50" w:type="dxa"/>
              <w:right w:w="60" w:type="dxa"/>
            </w:tcMar>
          </w:tcPr>
          <w:p w14:paraId="62AF6783"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19"/>
              </w:rPr>
              <w:t>Storyboard done</w:t>
            </w:r>
          </w:p>
          <w:p w14:paraId="7E22F8C8"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19"/>
              </w:rPr>
              <w:t>Images or clips gathered</w:t>
            </w:r>
          </w:p>
          <w:p w14:paraId="1EAF1BF3"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19"/>
              </w:rPr>
              <w:t>Video recorded or built</w:t>
            </w:r>
          </w:p>
          <w:p w14:paraId="3ED00687"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19"/>
              </w:rPr>
              <w:t>Edited and reviewed</w:t>
            </w:r>
          </w:p>
        </w:tc>
        <w:tc>
          <w:tcPr>
            <w:tcW w:w="2520" w:type="dxa"/>
            <w:tcMar>
              <w:top w:w="50" w:type="dxa"/>
              <w:left w:w="80" w:type="dxa"/>
              <w:bottom w:w="50" w:type="dxa"/>
              <w:right w:w="60" w:type="dxa"/>
            </w:tcMar>
          </w:tcPr>
          <w:p w14:paraId="4D974D4C"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19"/>
              </w:rPr>
              <w:t>Rhyme pattern chosen</w:t>
            </w:r>
          </w:p>
          <w:p w14:paraId="407D37CC"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19"/>
              </w:rPr>
              <w:t>All stanzas drafted</w:t>
            </w:r>
          </w:p>
          <w:p w14:paraId="1ED26920"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19"/>
              </w:rPr>
              <w:t>Read aloud and revised</w:t>
            </w:r>
          </w:p>
          <w:p w14:paraId="0917A634"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19"/>
              </w:rPr>
              <w:t>Final copy written</w:t>
            </w:r>
          </w:p>
        </w:tc>
      </w:tr>
    </w:tbl>
    <w:p w14:paraId="6EA52C39" w14:textId="77777777" w:rsidR="002321DE" w:rsidRDefault="002321DE">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504"/>
        <w:gridCol w:w="1584"/>
        <w:gridCol w:w="6696"/>
        <w:gridCol w:w="1296"/>
      </w:tblGrid>
      <w:tr w:rsidR="0075185D" w14:paraId="49822C34" w14:textId="77777777">
        <w:tc>
          <w:tcPr>
            <w:tcW w:w="10080" w:type="dxa"/>
            <w:gridSpan w:val="4"/>
            <w:shd w:val="clear" w:color="auto" w:fill="E8EEF5"/>
            <w:tcMar>
              <w:top w:w="50" w:type="dxa"/>
              <w:left w:w="120" w:type="dxa"/>
              <w:bottom w:w="50" w:type="dxa"/>
              <w:right w:w="120" w:type="dxa"/>
            </w:tcMar>
          </w:tcPr>
          <w:p w14:paraId="519E85DC" w14:textId="77777777" w:rsidR="002321DE" w:rsidRDefault="00B57BF7">
            <w:r>
              <w:rPr>
                <w:rFonts w:ascii="Calibri" w:eastAsia="Calibri" w:hAnsi="Calibri" w:cs="Calibri"/>
                <w:b/>
                <w:color w:val="1F3A5F"/>
                <w:sz w:val="23"/>
              </w:rPr>
              <w:t>Work Sessions</w:t>
            </w:r>
          </w:p>
        </w:tc>
      </w:tr>
      <w:tr w:rsidR="0075185D" w14:paraId="423C45BE" w14:textId="77777777">
        <w:tc>
          <w:tcPr>
            <w:tcW w:w="504" w:type="dxa"/>
            <w:shd w:val="clear" w:color="auto" w:fill="F4F7FA"/>
            <w:tcMar>
              <w:top w:w="40" w:type="dxa"/>
              <w:left w:w="100" w:type="dxa"/>
              <w:bottom w:w="40" w:type="dxa"/>
              <w:right w:w="80" w:type="dxa"/>
            </w:tcMar>
          </w:tcPr>
          <w:p w14:paraId="21E69438" w14:textId="77777777" w:rsidR="002321DE" w:rsidRDefault="00B57BF7">
            <w:r>
              <w:rPr>
                <w:rFonts w:ascii="Calibri" w:eastAsia="Calibri" w:hAnsi="Calibri" w:cs="Calibri"/>
                <w:b/>
                <w:color w:val="1F3A5F"/>
                <w:sz w:val="20"/>
              </w:rPr>
              <w:t>#</w:t>
            </w:r>
          </w:p>
        </w:tc>
        <w:tc>
          <w:tcPr>
            <w:tcW w:w="1584" w:type="dxa"/>
            <w:shd w:val="clear" w:color="auto" w:fill="F4F7FA"/>
            <w:tcMar>
              <w:top w:w="40" w:type="dxa"/>
              <w:left w:w="100" w:type="dxa"/>
              <w:bottom w:w="40" w:type="dxa"/>
              <w:right w:w="80" w:type="dxa"/>
            </w:tcMar>
          </w:tcPr>
          <w:p w14:paraId="25D0ED34" w14:textId="77777777" w:rsidR="002321DE" w:rsidRDefault="00B57BF7">
            <w:r>
              <w:rPr>
                <w:rFonts w:ascii="Calibri" w:eastAsia="Calibri" w:hAnsi="Calibri" w:cs="Calibri"/>
                <w:b/>
                <w:color w:val="1F3A5F"/>
                <w:sz w:val="20"/>
              </w:rPr>
              <w:t>Date</w:t>
            </w:r>
          </w:p>
        </w:tc>
        <w:tc>
          <w:tcPr>
            <w:tcW w:w="6696" w:type="dxa"/>
            <w:shd w:val="clear" w:color="auto" w:fill="F4F7FA"/>
            <w:tcMar>
              <w:top w:w="40" w:type="dxa"/>
              <w:left w:w="100" w:type="dxa"/>
              <w:bottom w:w="40" w:type="dxa"/>
              <w:right w:w="80" w:type="dxa"/>
            </w:tcMar>
          </w:tcPr>
          <w:p w14:paraId="5B28BAF5" w14:textId="77777777" w:rsidR="002321DE" w:rsidRDefault="00B57BF7">
            <w:r>
              <w:rPr>
                <w:rFonts w:ascii="Calibri" w:eastAsia="Calibri" w:hAnsi="Calibri" w:cs="Calibri"/>
                <w:b/>
                <w:color w:val="1F3A5F"/>
                <w:sz w:val="20"/>
              </w:rPr>
              <w:t>What I worked on</w:t>
            </w:r>
          </w:p>
        </w:tc>
        <w:tc>
          <w:tcPr>
            <w:tcW w:w="1296" w:type="dxa"/>
            <w:shd w:val="clear" w:color="auto" w:fill="F4F7FA"/>
            <w:tcMar>
              <w:top w:w="40" w:type="dxa"/>
              <w:left w:w="100" w:type="dxa"/>
              <w:bottom w:w="40" w:type="dxa"/>
              <w:right w:w="80" w:type="dxa"/>
            </w:tcMar>
          </w:tcPr>
          <w:p w14:paraId="44992564" w14:textId="77777777" w:rsidR="002321DE" w:rsidRDefault="00B57BF7">
            <w:r>
              <w:rPr>
                <w:rFonts w:ascii="Calibri" w:eastAsia="Calibri" w:hAnsi="Calibri" w:cs="Calibri"/>
                <w:b/>
                <w:color w:val="1F3A5F"/>
                <w:sz w:val="20"/>
              </w:rPr>
              <w:t>Time</w:t>
            </w:r>
          </w:p>
        </w:tc>
      </w:tr>
      <w:tr w:rsidR="0075185D" w14:paraId="5E107497" w14:textId="77777777" w:rsidTr="0076770D">
        <w:trPr>
          <w:trHeight w:val="583"/>
        </w:trPr>
        <w:tc>
          <w:tcPr>
            <w:tcW w:w="504" w:type="dxa"/>
            <w:shd w:val="clear" w:color="auto" w:fill="F4F7FA"/>
            <w:tcMar>
              <w:top w:w="50" w:type="dxa"/>
              <w:left w:w="100" w:type="dxa"/>
              <w:bottom w:w="50" w:type="dxa"/>
              <w:right w:w="100" w:type="dxa"/>
            </w:tcMar>
          </w:tcPr>
          <w:p w14:paraId="1D4C70C1" w14:textId="77777777" w:rsidR="002321DE" w:rsidRDefault="00B57BF7">
            <w:r>
              <w:rPr>
                <w:rFonts w:ascii="Calibri" w:eastAsia="Calibri" w:hAnsi="Calibri" w:cs="Calibri"/>
                <w:b/>
                <w:color w:val="1F3A5F"/>
                <w:sz w:val="20"/>
              </w:rPr>
              <w:t>1</w:t>
            </w:r>
          </w:p>
        </w:tc>
        <w:tc>
          <w:tcPr>
            <w:tcW w:w="1584" w:type="dxa"/>
            <w:tcMar>
              <w:top w:w="50" w:type="dxa"/>
              <w:left w:w="100" w:type="dxa"/>
              <w:bottom w:w="50" w:type="dxa"/>
              <w:right w:w="100" w:type="dxa"/>
            </w:tcMar>
          </w:tcPr>
          <w:p w14:paraId="188E50B7" w14:textId="77777777" w:rsidR="002321DE" w:rsidRDefault="002321DE"/>
        </w:tc>
        <w:tc>
          <w:tcPr>
            <w:tcW w:w="6696" w:type="dxa"/>
            <w:tcMar>
              <w:top w:w="50" w:type="dxa"/>
              <w:left w:w="100" w:type="dxa"/>
              <w:bottom w:w="50" w:type="dxa"/>
              <w:right w:w="100" w:type="dxa"/>
            </w:tcMar>
          </w:tcPr>
          <w:p w14:paraId="26BB4397" w14:textId="77777777" w:rsidR="002321DE" w:rsidRDefault="002321DE"/>
        </w:tc>
        <w:tc>
          <w:tcPr>
            <w:tcW w:w="1296" w:type="dxa"/>
            <w:tcMar>
              <w:top w:w="50" w:type="dxa"/>
              <w:left w:w="100" w:type="dxa"/>
              <w:bottom w:w="50" w:type="dxa"/>
              <w:right w:w="100" w:type="dxa"/>
            </w:tcMar>
          </w:tcPr>
          <w:p w14:paraId="791CB9CA" w14:textId="77777777" w:rsidR="002321DE" w:rsidRDefault="002321DE"/>
        </w:tc>
      </w:tr>
      <w:tr w:rsidR="0075185D" w14:paraId="5B4388B9" w14:textId="77777777">
        <w:trPr>
          <w:trHeight w:val="691"/>
        </w:trPr>
        <w:tc>
          <w:tcPr>
            <w:tcW w:w="504" w:type="dxa"/>
            <w:shd w:val="clear" w:color="auto" w:fill="F4F7FA"/>
            <w:tcMar>
              <w:top w:w="50" w:type="dxa"/>
              <w:left w:w="100" w:type="dxa"/>
              <w:bottom w:w="50" w:type="dxa"/>
              <w:right w:w="100" w:type="dxa"/>
            </w:tcMar>
          </w:tcPr>
          <w:p w14:paraId="3855A896" w14:textId="77777777" w:rsidR="002321DE" w:rsidRDefault="00B57BF7">
            <w:r>
              <w:rPr>
                <w:rFonts w:ascii="Calibri" w:eastAsia="Calibri" w:hAnsi="Calibri" w:cs="Calibri"/>
                <w:b/>
                <w:color w:val="1F3A5F"/>
                <w:sz w:val="20"/>
              </w:rPr>
              <w:t>2</w:t>
            </w:r>
          </w:p>
        </w:tc>
        <w:tc>
          <w:tcPr>
            <w:tcW w:w="1584" w:type="dxa"/>
            <w:tcMar>
              <w:top w:w="50" w:type="dxa"/>
              <w:left w:w="100" w:type="dxa"/>
              <w:bottom w:w="50" w:type="dxa"/>
              <w:right w:w="100" w:type="dxa"/>
            </w:tcMar>
          </w:tcPr>
          <w:p w14:paraId="49315344" w14:textId="77777777" w:rsidR="002321DE" w:rsidRDefault="002321DE"/>
        </w:tc>
        <w:tc>
          <w:tcPr>
            <w:tcW w:w="6696" w:type="dxa"/>
            <w:tcMar>
              <w:top w:w="50" w:type="dxa"/>
              <w:left w:w="100" w:type="dxa"/>
              <w:bottom w:w="50" w:type="dxa"/>
              <w:right w:w="100" w:type="dxa"/>
            </w:tcMar>
          </w:tcPr>
          <w:p w14:paraId="04542A34" w14:textId="77777777" w:rsidR="002321DE" w:rsidRDefault="002321DE"/>
        </w:tc>
        <w:tc>
          <w:tcPr>
            <w:tcW w:w="1296" w:type="dxa"/>
            <w:tcMar>
              <w:top w:w="50" w:type="dxa"/>
              <w:left w:w="100" w:type="dxa"/>
              <w:bottom w:w="50" w:type="dxa"/>
              <w:right w:w="100" w:type="dxa"/>
            </w:tcMar>
          </w:tcPr>
          <w:p w14:paraId="2BE3BFD8" w14:textId="77777777" w:rsidR="002321DE" w:rsidRDefault="002321DE"/>
        </w:tc>
      </w:tr>
      <w:tr w:rsidR="0075185D" w14:paraId="7CA1F06A" w14:textId="77777777">
        <w:trPr>
          <w:trHeight w:val="691"/>
        </w:trPr>
        <w:tc>
          <w:tcPr>
            <w:tcW w:w="504" w:type="dxa"/>
            <w:shd w:val="clear" w:color="auto" w:fill="F4F7FA"/>
            <w:tcMar>
              <w:top w:w="50" w:type="dxa"/>
              <w:left w:w="100" w:type="dxa"/>
              <w:bottom w:w="50" w:type="dxa"/>
              <w:right w:w="100" w:type="dxa"/>
            </w:tcMar>
          </w:tcPr>
          <w:p w14:paraId="48E11772" w14:textId="77777777" w:rsidR="002321DE" w:rsidRDefault="00B57BF7">
            <w:r>
              <w:rPr>
                <w:rFonts w:ascii="Calibri" w:eastAsia="Calibri" w:hAnsi="Calibri" w:cs="Calibri"/>
                <w:b/>
                <w:color w:val="1F3A5F"/>
                <w:sz w:val="20"/>
              </w:rPr>
              <w:t>3</w:t>
            </w:r>
          </w:p>
        </w:tc>
        <w:tc>
          <w:tcPr>
            <w:tcW w:w="1584" w:type="dxa"/>
            <w:tcMar>
              <w:top w:w="50" w:type="dxa"/>
              <w:left w:w="100" w:type="dxa"/>
              <w:bottom w:w="50" w:type="dxa"/>
              <w:right w:w="100" w:type="dxa"/>
            </w:tcMar>
          </w:tcPr>
          <w:p w14:paraId="7E4D3C03" w14:textId="77777777" w:rsidR="002321DE" w:rsidRDefault="002321DE"/>
        </w:tc>
        <w:tc>
          <w:tcPr>
            <w:tcW w:w="6696" w:type="dxa"/>
            <w:tcMar>
              <w:top w:w="50" w:type="dxa"/>
              <w:left w:w="100" w:type="dxa"/>
              <w:bottom w:w="50" w:type="dxa"/>
              <w:right w:w="100" w:type="dxa"/>
            </w:tcMar>
          </w:tcPr>
          <w:p w14:paraId="740449DB" w14:textId="77777777" w:rsidR="002321DE" w:rsidRDefault="002321DE"/>
        </w:tc>
        <w:tc>
          <w:tcPr>
            <w:tcW w:w="1296" w:type="dxa"/>
            <w:tcMar>
              <w:top w:w="50" w:type="dxa"/>
              <w:left w:w="100" w:type="dxa"/>
              <w:bottom w:w="50" w:type="dxa"/>
              <w:right w:w="100" w:type="dxa"/>
            </w:tcMar>
          </w:tcPr>
          <w:p w14:paraId="63923FAE" w14:textId="77777777" w:rsidR="002321DE" w:rsidRDefault="002321DE"/>
        </w:tc>
      </w:tr>
      <w:tr w:rsidR="0075185D" w14:paraId="64A06E83" w14:textId="77777777">
        <w:trPr>
          <w:trHeight w:val="691"/>
        </w:trPr>
        <w:tc>
          <w:tcPr>
            <w:tcW w:w="504" w:type="dxa"/>
            <w:shd w:val="clear" w:color="auto" w:fill="F4F7FA"/>
            <w:tcMar>
              <w:top w:w="50" w:type="dxa"/>
              <w:left w:w="100" w:type="dxa"/>
              <w:bottom w:w="50" w:type="dxa"/>
              <w:right w:w="100" w:type="dxa"/>
            </w:tcMar>
          </w:tcPr>
          <w:p w14:paraId="6B911C86" w14:textId="77777777" w:rsidR="002321DE" w:rsidRDefault="00B57BF7">
            <w:r>
              <w:rPr>
                <w:rFonts w:ascii="Calibri" w:eastAsia="Calibri" w:hAnsi="Calibri" w:cs="Calibri"/>
                <w:b/>
                <w:color w:val="1F3A5F"/>
                <w:sz w:val="20"/>
              </w:rPr>
              <w:t>4</w:t>
            </w:r>
          </w:p>
        </w:tc>
        <w:tc>
          <w:tcPr>
            <w:tcW w:w="1584" w:type="dxa"/>
            <w:tcMar>
              <w:top w:w="50" w:type="dxa"/>
              <w:left w:w="100" w:type="dxa"/>
              <w:bottom w:w="50" w:type="dxa"/>
              <w:right w:w="100" w:type="dxa"/>
            </w:tcMar>
          </w:tcPr>
          <w:p w14:paraId="390030D9" w14:textId="77777777" w:rsidR="002321DE" w:rsidRDefault="002321DE"/>
        </w:tc>
        <w:tc>
          <w:tcPr>
            <w:tcW w:w="6696" w:type="dxa"/>
            <w:tcMar>
              <w:top w:w="50" w:type="dxa"/>
              <w:left w:w="100" w:type="dxa"/>
              <w:bottom w:w="50" w:type="dxa"/>
              <w:right w:w="100" w:type="dxa"/>
            </w:tcMar>
          </w:tcPr>
          <w:p w14:paraId="575ECB86" w14:textId="77777777" w:rsidR="002321DE" w:rsidRDefault="002321DE"/>
        </w:tc>
        <w:tc>
          <w:tcPr>
            <w:tcW w:w="1296" w:type="dxa"/>
            <w:tcMar>
              <w:top w:w="50" w:type="dxa"/>
              <w:left w:w="100" w:type="dxa"/>
              <w:bottom w:w="50" w:type="dxa"/>
              <w:right w:w="100" w:type="dxa"/>
            </w:tcMar>
          </w:tcPr>
          <w:p w14:paraId="6AB2B396" w14:textId="77777777" w:rsidR="002321DE" w:rsidRDefault="002321DE"/>
        </w:tc>
      </w:tr>
    </w:tbl>
    <w:p w14:paraId="79BC7C71" w14:textId="77777777" w:rsidR="002321DE" w:rsidRDefault="002321DE">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20"/>
        <w:gridCol w:w="7560"/>
      </w:tblGrid>
      <w:tr w:rsidR="0075185D" w14:paraId="2408A03F" w14:textId="77777777">
        <w:tc>
          <w:tcPr>
            <w:tcW w:w="10080" w:type="dxa"/>
            <w:gridSpan w:val="2"/>
            <w:shd w:val="clear" w:color="auto" w:fill="E8EEF5"/>
            <w:tcMar>
              <w:top w:w="50" w:type="dxa"/>
              <w:left w:w="120" w:type="dxa"/>
              <w:bottom w:w="50" w:type="dxa"/>
              <w:right w:w="120" w:type="dxa"/>
            </w:tcMar>
          </w:tcPr>
          <w:p w14:paraId="4EFEE79F" w14:textId="77777777" w:rsidR="002321DE" w:rsidRDefault="00B57BF7">
            <w:r>
              <w:rPr>
                <w:rFonts w:ascii="Calibri" w:eastAsia="Calibri" w:hAnsi="Calibri" w:cs="Calibri"/>
                <w:b/>
                <w:color w:val="1F3A5F"/>
                <w:sz w:val="23"/>
              </w:rPr>
              <w:t>Next Steps</w:t>
            </w:r>
          </w:p>
        </w:tc>
      </w:tr>
      <w:tr w:rsidR="0075185D" w14:paraId="10E67B5E" w14:textId="77777777">
        <w:trPr>
          <w:trHeight w:val="893"/>
        </w:trPr>
        <w:tc>
          <w:tcPr>
            <w:tcW w:w="2520" w:type="dxa"/>
            <w:shd w:val="clear" w:color="auto" w:fill="F4F7FA"/>
            <w:tcMar>
              <w:top w:w="50" w:type="dxa"/>
              <w:left w:w="100" w:type="dxa"/>
              <w:bottom w:w="50" w:type="dxa"/>
              <w:right w:w="80" w:type="dxa"/>
            </w:tcMar>
          </w:tcPr>
          <w:p w14:paraId="79F8506C" w14:textId="77777777" w:rsidR="002321DE" w:rsidRDefault="00B57BF7">
            <w:r>
              <w:rPr>
                <w:rFonts w:ascii="Calibri" w:eastAsia="Calibri" w:hAnsi="Calibri" w:cs="Calibri"/>
                <w:b/>
                <w:color w:val="1F3A5F"/>
                <w:sz w:val="20"/>
              </w:rPr>
              <w:t>What is left to finish:</w:t>
            </w:r>
          </w:p>
        </w:tc>
        <w:tc>
          <w:tcPr>
            <w:tcW w:w="7560" w:type="dxa"/>
            <w:tcMar>
              <w:top w:w="50" w:type="dxa"/>
              <w:left w:w="100" w:type="dxa"/>
              <w:bottom w:w="50" w:type="dxa"/>
              <w:right w:w="100" w:type="dxa"/>
            </w:tcMar>
          </w:tcPr>
          <w:p w14:paraId="463240A3" w14:textId="77777777" w:rsidR="002321DE" w:rsidRDefault="002321DE"/>
        </w:tc>
      </w:tr>
    </w:tbl>
    <w:p w14:paraId="751789EE" w14:textId="77777777" w:rsidR="002321DE" w:rsidRDefault="002321DE">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872"/>
        <w:gridCol w:w="3168"/>
        <w:gridCol w:w="1872"/>
        <w:gridCol w:w="3168"/>
      </w:tblGrid>
      <w:tr w:rsidR="0075185D" w14:paraId="3A39EF51" w14:textId="77777777">
        <w:tc>
          <w:tcPr>
            <w:tcW w:w="10080" w:type="dxa"/>
            <w:gridSpan w:val="4"/>
            <w:shd w:val="clear" w:color="auto" w:fill="E8EEF5"/>
            <w:tcMar>
              <w:top w:w="50" w:type="dxa"/>
              <w:left w:w="120" w:type="dxa"/>
              <w:bottom w:w="50" w:type="dxa"/>
              <w:right w:w="120" w:type="dxa"/>
            </w:tcMar>
          </w:tcPr>
          <w:p w14:paraId="231365ED" w14:textId="77777777" w:rsidR="002321DE" w:rsidRDefault="00B57BF7">
            <w:r>
              <w:rPr>
                <w:rFonts w:ascii="Calibri" w:eastAsia="Calibri" w:hAnsi="Calibri" w:cs="Calibri"/>
                <w:b/>
                <w:color w:val="1F3A5F"/>
                <w:sz w:val="23"/>
              </w:rPr>
              <w:t>Parent Progress Check</w:t>
            </w:r>
          </w:p>
        </w:tc>
      </w:tr>
      <w:tr w:rsidR="0075185D" w14:paraId="26A1BEC0" w14:textId="77777777">
        <w:trPr>
          <w:trHeight w:val="518"/>
        </w:trPr>
        <w:tc>
          <w:tcPr>
            <w:tcW w:w="1872" w:type="dxa"/>
            <w:shd w:val="clear" w:color="auto" w:fill="F4F7FA"/>
            <w:tcMar>
              <w:top w:w="50" w:type="dxa"/>
              <w:left w:w="100" w:type="dxa"/>
              <w:bottom w:w="50" w:type="dxa"/>
              <w:right w:w="80" w:type="dxa"/>
            </w:tcMar>
          </w:tcPr>
          <w:p w14:paraId="5B9ED56F" w14:textId="77777777" w:rsidR="002321DE" w:rsidRDefault="00B57BF7">
            <w:r>
              <w:rPr>
                <w:rFonts w:ascii="Calibri" w:eastAsia="Calibri" w:hAnsi="Calibri" w:cs="Calibri"/>
                <w:b/>
                <w:color w:val="1F3A5F"/>
                <w:sz w:val="20"/>
              </w:rPr>
              <w:t>Parent name:</w:t>
            </w:r>
          </w:p>
        </w:tc>
        <w:tc>
          <w:tcPr>
            <w:tcW w:w="3168" w:type="dxa"/>
            <w:tcMar>
              <w:top w:w="50" w:type="dxa"/>
              <w:left w:w="100" w:type="dxa"/>
              <w:bottom w:w="50" w:type="dxa"/>
              <w:right w:w="100" w:type="dxa"/>
            </w:tcMar>
          </w:tcPr>
          <w:p w14:paraId="776EE973" w14:textId="77777777" w:rsidR="002321DE" w:rsidRDefault="002321DE"/>
        </w:tc>
        <w:tc>
          <w:tcPr>
            <w:tcW w:w="1872" w:type="dxa"/>
            <w:shd w:val="clear" w:color="auto" w:fill="F4F7FA"/>
            <w:tcMar>
              <w:top w:w="50" w:type="dxa"/>
              <w:left w:w="100" w:type="dxa"/>
              <w:bottom w:w="50" w:type="dxa"/>
              <w:right w:w="80" w:type="dxa"/>
            </w:tcMar>
          </w:tcPr>
          <w:p w14:paraId="74FED0B8" w14:textId="77777777" w:rsidR="002321DE" w:rsidRDefault="00B57BF7">
            <w:r>
              <w:rPr>
                <w:rFonts w:ascii="Calibri" w:eastAsia="Calibri" w:hAnsi="Calibri" w:cs="Calibri"/>
                <w:b/>
                <w:color w:val="1F3A5F"/>
                <w:sz w:val="20"/>
              </w:rPr>
              <w:t>Signature:</w:t>
            </w:r>
          </w:p>
        </w:tc>
        <w:tc>
          <w:tcPr>
            <w:tcW w:w="3168" w:type="dxa"/>
            <w:tcMar>
              <w:top w:w="50" w:type="dxa"/>
              <w:left w:w="100" w:type="dxa"/>
              <w:bottom w:w="50" w:type="dxa"/>
              <w:right w:w="100" w:type="dxa"/>
            </w:tcMar>
          </w:tcPr>
          <w:p w14:paraId="6E9A0AEB" w14:textId="77777777" w:rsidR="002321DE" w:rsidRDefault="002321DE"/>
        </w:tc>
      </w:tr>
    </w:tbl>
    <w:p w14:paraId="261F9C73"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79839CF4" w14:textId="77777777">
        <w:tc>
          <w:tcPr>
            <w:tcW w:w="7632" w:type="dxa"/>
            <w:shd w:val="clear" w:color="auto" w:fill="1F3A5F"/>
            <w:tcMar>
              <w:top w:w="90" w:type="dxa"/>
              <w:left w:w="140" w:type="dxa"/>
              <w:bottom w:w="90" w:type="dxa"/>
              <w:right w:w="140" w:type="dxa"/>
            </w:tcMar>
            <w:vAlign w:val="center"/>
          </w:tcPr>
          <w:p w14:paraId="25C1B34F" w14:textId="77777777" w:rsidR="002321DE" w:rsidRDefault="00B57BF7">
            <w:r>
              <w:rPr>
                <w:rFonts w:ascii="Calibri" w:eastAsia="Calibri" w:hAnsi="Calibri" w:cs="Calibri"/>
                <w:b/>
                <w:color w:val="C8D6E5"/>
                <w:sz w:val="18"/>
              </w:rPr>
              <w:t>RECORD  ·  STEP 27</w:t>
            </w:r>
          </w:p>
          <w:p w14:paraId="130894C6" w14:textId="77777777" w:rsidR="002321DE" w:rsidRDefault="00B57BF7">
            <w:r>
              <w:rPr>
                <w:rFonts w:ascii="Calibri" w:eastAsia="Calibri" w:hAnsi="Calibri" w:cs="Calibri"/>
                <w:b/>
                <w:color w:val="FFFFFF"/>
                <w:sz w:val="40"/>
              </w:rPr>
              <w:t>Creative Tribute: Finish and Share</w:t>
            </w:r>
          </w:p>
        </w:tc>
        <w:tc>
          <w:tcPr>
            <w:tcW w:w="2448" w:type="dxa"/>
            <w:shd w:val="clear" w:color="auto" w:fill="1F3A5F"/>
            <w:tcMar>
              <w:top w:w="90" w:type="dxa"/>
              <w:left w:w="140" w:type="dxa"/>
              <w:bottom w:w="90" w:type="dxa"/>
              <w:right w:w="140" w:type="dxa"/>
            </w:tcMar>
            <w:vAlign w:val="center"/>
          </w:tcPr>
          <w:p w14:paraId="4B4036D0" w14:textId="77777777" w:rsidR="002321DE" w:rsidRDefault="00B57BF7">
            <w:pPr>
              <w:jc w:val="right"/>
            </w:pPr>
            <w:r>
              <w:rPr>
                <w:rFonts w:ascii="Calibri" w:eastAsia="Calibri" w:hAnsi="Calibri" w:cs="Calibri"/>
                <w:color w:val="C8D6E5"/>
                <w:sz w:val="18"/>
              </w:rPr>
              <w:t xml:space="preserve">About </w:t>
            </w:r>
            <w:r w:rsidR="005E3EC5">
              <w:rPr>
                <w:rFonts w:ascii="Calibri" w:eastAsia="Calibri" w:hAnsi="Calibri" w:cs="Calibri"/>
                <w:color w:val="C8D6E5"/>
                <w:sz w:val="18"/>
              </w:rPr>
              <w:t>30–60</w:t>
            </w:r>
            <w:r>
              <w:rPr>
                <w:rFonts w:ascii="Calibri" w:eastAsia="Calibri" w:hAnsi="Calibri" w:cs="Calibri"/>
                <w:color w:val="C8D6E5"/>
                <w:sz w:val="18"/>
              </w:rPr>
              <w:t xml:space="preserve"> minutes</w:t>
            </w:r>
          </w:p>
        </w:tc>
      </w:tr>
    </w:tbl>
    <w:p w14:paraId="49294336" w14:textId="77777777" w:rsidR="002321DE" w:rsidRDefault="002321DE">
      <w:pPr>
        <w:spacing w:line="264" w:lineRule="auto"/>
      </w:pPr>
    </w:p>
    <w:p w14:paraId="4F045126"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Complete your tribute and add it to your notebook.</w:t>
      </w:r>
    </w:p>
    <w:p w14:paraId="73A9F32C" w14:textId="77777777" w:rsidR="002321DE" w:rsidRDefault="002321DE">
      <w:pPr>
        <w:spacing w:line="264" w:lineRule="auto"/>
      </w:pPr>
    </w:p>
    <w:p w14:paraId="59E2CD0E"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5AABB05C" w14:textId="77777777">
        <w:tc>
          <w:tcPr>
            <w:tcW w:w="504" w:type="dxa"/>
            <w:tcMar>
              <w:top w:w="20" w:type="dxa"/>
              <w:left w:w="20" w:type="dxa"/>
              <w:bottom w:w="20" w:type="dxa"/>
              <w:right w:w="20" w:type="dxa"/>
            </w:tcMar>
          </w:tcPr>
          <w:p w14:paraId="6CE1657B"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1DFEFFE5" w14:textId="77777777" w:rsidR="002321DE" w:rsidRDefault="00B57BF7">
            <w:r>
              <w:rPr>
                <w:rFonts w:eastAsia="Georgia" w:cs="Georgia"/>
                <w:color w:val="222222"/>
                <w:sz w:val="21"/>
              </w:rPr>
              <w:t>Finish your tribute and add it to this page: a photo of your art, a link or QR code to your music or video, or the final copy of your poem.</w:t>
            </w:r>
          </w:p>
        </w:tc>
      </w:tr>
      <w:tr w:rsidR="0075185D" w14:paraId="6B0A7175" w14:textId="77777777">
        <w:tc>
          <w:tcPr>
            <w:tcW w:w="504" w:type="dxa"/>
            <w:tcMar>
              <w:top w:w="20" w:type="dxa"/>
              <w:left w:w="20" w:type="dxa"/>
              <w:bottom w:w="20" w:type="dxa"/>
              <w:right w:w="20" w:type="dxa"/>
            </w:tcMar>
          </w:tcPr>
          <w:p w14:paraId="07998DCB"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28E16C74" w14:textId="77777777" w:rsidR="002321DE" w:rsidRDefault="00B57BF7">
            <w:r>
              <w:rPr>
                <w:rFonts w:eastAsia="Georgia" w:cs="Georgia"/>
                <w:color w:val="222222"/>
                <w:sz w:val="21"/>
              </w:rPr>
              <w:t>Give your tribute a title.</w:t>
            </w:r>
          </w:p>
        </w:tc>
      </w:tr>
    </w:tbl>
    <w:p w14:paraId="0AAF951C"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296"/>
        <w:gridCol w:w="3744"/>
        <w:gridCol w:w="1296"/>
        <w:gridCol w:w="3744"/>
      </w:tblGrid>
      <w:tr w:rsidR="0075185D" w14:paraId="241249BC" w14:textId="77777777">
        <w:tc>
          <w:tcPr>
            <w:tcW w:w="10080" w:type="dxa"/>
            <w:gridSpan w:val="4"/>
            <w:shd w:val="clear" w:color="auto" w:fill="E8EEF5"/>
            <w:tcMar>
              <w:top w:w="50" w:type="dxa"/>
              <w:left w:w="120" w:type="dxa"/>
              <w:bottom w:w="50" w:type="dxa"/>
              <w:right w:w="120" w:type="dxa"/>
            </w:tcMar>
          </w:tcPr>
          <w:p w14:paraId="0CF8138A" w14:textId="77777777" w:rsidR="002321DE" w:rsidRDefault="00B57BF7">
            <w:r>
              <w:rPr>
                <w:rFonts w:ascii="Calibri" w:eastAsia="Calibri" w:hAnsi="Calibri" w:cs="Calibri"/>
                <w:b/>
                <w:color w:val="1F3A5F"/>
                <w:sz w:val="23"/>
              </w:rPr>
              <w:t>My Creative Tribute</w:t>
            </w:r>
          </w:p>
        </w:tc>
      </w:tr>
      <w:tr w:rsidR="0075185D" w14:paraId="63A1A905" w14:textId="77777777">
        <w:trPr>
          <w:trHeight w:val="518"/>
        </w:trPr>
        <w:tc>
          <w:tcPr>
            <w:tcW w:w="1296" w:type="dxa"/>
            <w:shd w:val="clear" w:color="auto" w:fill="F4F7FA"/>
            <w:tcMar>
              <w:top w:w="50" w:type="dxa"/>
              <w:left w:w="100" w:type="dxa"/>
              <w:bottom w:w="50" w:type="dxa"/>
              <w:right w:w="80" w:type="dxa"/>
            </w:tcMar>
          </w:tcPr>
          <w:p w14:paraId="6CA37867" w14:textId="77777777" w:rsidR="002321DE" w:rsidRDefault="00B57BF7">
            <w:r>
              <w:rPr>
                <w:rFonts w:ascii="Calibri" w:eastAsia="Calibri" w:hAnsi="Calibri" w:cs="Calibri"/>
                <w:b/>
                <w:color w:val="1F3A5F"/>
                <w:sz w:val="20"/>
              </w:rPr>
              <w:t>Title:</w:t>
            </w:r>
          </w:p>
        </w:tc>
        <w:tc>
          <w:tcPr>
            <w:tcW w:w="3744" w:type="dxa"/>
            <w:tcMar>
              <w:top w:w="50" w:type="dxa"/>
              <w:left w:w="100" w:type="dxa"/>
              <w:bottom w:w="50" w:type="dxa"/>
              <w:right w:w="100" w:type="dxa"/>
            </w:tcMar>
          </w:tcPr>
          <w:p w14:paraId="564EEFB8" w14:textId="77777777" w:rsidR="002321DE" w:rsidRDefault="002321DE"/>
        </w:tc>
        <w:tc>
          <w:tcPr>
            <w:tcW w:w="1296" w:type="dxa"/>
            <w:shd w:val="clear" w:color="auto" w:fill="F4F7FA"/>
            <w:tcMar>
              <w:top w:w="50" w:type="dxa"/>
              <w:left w:w="100" w:type="dxa"/>
              <w:bottom w:w="50" w:type="dxa"/>
              <w:right w:w="80" w:type="dxa"/>
            </w:tcMar>
          </w:tcPr>
          <w:p w14:paraId="2D4F39B1" w14:textId="77777777" w:rsidR="002321DE" w:rsidRDefault="00B57BF7">
            <w:r>
              <w:rPr>
                <w:rFonts w:ascii="Calibri" w:eastAsia="Calibri" w:hAnsi="Calibri" w:cs="Calibri"/>
                <w:b/>
                <w:color w:val="1F3A5F"/>
                <w:sz w:val="20"/>
              </w:rPr>
              <w:t>Type:</w:t>
            </w:r>
          </w:p>
        </w:tc>
        <w:tc>
          <w:tcPr>
            <w:tcW w:w="3744" w:type="dxa"/>
            <w:tcMar>
              <w:top w:w="50" w:type="dxa"/>
              <w:left w:w="100" w:type="dxa"/>
              <w:bottom w:w="50" w:type="dxa"/>
              <w:right w:w="100" w:type="dxa"/>
            </w:tcMar>
          </w:tcPr>
          <w:p w14:paraId="5364F897" w14:textId="77777777" w:rsidR="002321DE" w:rsidRDefault="00B57BF7">
            <w:r>
              <w:rPr>
                <w:rFonts w:ascii="Calibri" w:eastAsia="Calibri" w:hAnsi="Calibri" w:cs="Calibri"/>
                <w:color w:val="1F3A5F"/>
                <w:sz w:val="21"/>
              </w:rPr>
              <w:t>☐ Art  ☐ Music  ☐ Video  ☐ Poem</w:t>
            </w:r>
          </w:p>
        </w:tc>
      </w:tr>
    </w:tbl>
    <w:p w14:paraId="4BDE21CC" w14:textId="77777777" w:rsidR="002321DE" w:rsidRDefault="002321DE">
      <w:pPr>
        <w:spacing w:after="120" w:line="264" w:lineRule="auto"/>
      </w:pPr>
    </w:p>
    <w:p w14:paraId="23C3680D" w14:textId="77777777" w:rsidR="002321DE" w:rsidRDefault="00B57BF7">
      <w:pPr>
        <w:spacing w:after="40" w:line="264" w:lineRule="auto"/>
      </w:pPr>
      <w:r>
        <w:rPr>
          <w:rFonts w:eastAsia="Georgia" w:cs="Georgia"/>
          <w:i/>
          <w:color w:val="595959"/>
          <w:sz w:val="19"/>
        </w:rPr>
        <w:t>Attach a photo, link, or QR code, or write the final copy of your poem here.</w:t>
      </w:r>
    </w:p>
    <w:tbl>
      <w:tblPr>
        <w:tblW w:w="10080" w:type="dxa"/>
        <w:tblBorders>
          <w:top w:val="single" w:sz="6" w:space="0" w:color="C9D3DD"/>
          <w:left w:val="single" w:sz="6" w:space="0" w:color="C9D3DD"/>
          <w:bottom w:val="single" w:sz="6" w:space="0" w:color="C9D3DD"/>
          <w:right w:val="single" w:sz="6" w:space="0" w:color="C9D3DD"/>
          <w:insideH w:val="nil"/>
          <w:insideV w:val="nil"/>
        </w:tblBorders>
        <w:tblLayout w:type="fixed"/>
        <w:tblLook w:val="04A0" w:firstRow="1" w:lastRow="0" w:firstColumn="1" w:lastColumn="0" w:noHBand="0" w:noVBand="1"/>
      </w:tblPr>
      <w:tblGrid>
        <w:gridCol w:w="10080"/>
      </w:tblGrid>
      <w:tr w:rsidR="0075185D" w14:paraId="0FBD63FB" w14:textId="77777777">
        <w:trPr>
          <w:trHeight w:val="8064"/>
        </w:trPr>
        <w:tc>
          <w:tcPr>
            <w:tcW w:w="10080" w:type="dxa"/>
          </w:tcPr>
          <w:p w14:paraId="1A7B8581" w14:textId="77777777" w:rsidR="002321DE" w:rsidRDefault="002321DE"/>
        </w:tc>
      </w:tr>
    </w:tbl>
    <w:p w14:paraId="6FB15DE9"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64652C27" w14:textId="77777777">
        <w:tc>
          <w:tcPr>
            <w:tcW w:w="7632" w:type="dxa"/>
            <w:shd w:val="clear" w:color="auto" w:fill="1F3A5F"/>
            <w:tcMar>
              <w:top w:w="90" w:type="dxa"/>
              <w:left w:w="140" w:type="dxa"/>
              <w:bottom w:w="90" w:type="dxa"/>
              <w:right w:w="140" w:type="dxa"/>
            </w:tcMar>
            <w:vAlign w:val="center"/>
          </w:tcPr>
          <w:p w14:paraId="026CA9A9" w14:textId="77777777" w:rsidR="002321DE" w:rsidRDefault="00B57BF7">
            <w:r>
              <w:rPr>
                <w:rFonts w:ascii="Calibri" w:eastAsia="Calibri" w:hAnsi="Calibri" w:cs="Calibri"/>
                <w:b/>
                <w:color w:val="C8D6E5"/>
                <w:sz w:val="18"/>
              </w:rPr>
              <w:t>RECORD  ·  STEP 28</w:t>
            </w:r>
          </w:p>
          <w:p w14:paraId="1DB56F2B" w14:textId="77777777" w:rsidR="002321DE" w:rsidRDefault="00B57BF7">
            <w:r>
              <w:rPr>
                <w:rFonts w:ascii="Calibri" w:eastAsia="Calibri" w:hAnsi="Calibri" w:cs="Calibri"/>
                <w:b/>
                <w:color w:val="FFFFFF"/>
                <w:sz w:val="40"/>
              </w:rPr>
              <w:t>Me and the Cause of Christ</w:t>
            </w:r>
          </w:p>
        </w:tc>
        <w:tc>
          <w:tcPr>
            <w:tcW w:w="2448" w:type="dxa"/>
            <w:shd w:val="clear" w:color="auto" w:fill="1F3A5F"/>
            <w:tcMar>
              <w:top w:w="90" w:type="dxa"/>
              <w:left w:w="140" w:type="dxa"/>
              <w:bottom w:w="90" w:type="dxa"/>
              <w:right w:w="140" w:type="dxa"/>
            </w:tcMar>
            <w:vAlign w:val="center"/>
          </w:tcPr>
          <w:p w14:paraId="547695FF" w14:textId="77777777" w:rsidR="002321DE" w:rsidRDefault="00B57BF7">
            <w:pPr>
              <w:jc w:val="right"/>
            </w:pPr>
            <w:r>
              <w:rPr>
                <w:rFonts w:ascii="Calibri" w:eastAsia="Calibri" w:hAnsi="Calibri" w:cs="Calibri"/>
                <w:color w:val="C8D6E5"/>
                <w:sz w:val="18"/>
              </w:rPr>
              <w:t>About 20–30 minutes</w:t>
            </w:r>
          </w:p>
        </w:tc>
      </w:tr>
    </w:tbl>
    <w:p w14:paraId="185BD02D" w14:textId="77777777" w:rsidR="002321DE" w:rsidRDefault="002321DE">
      <w:pPr>
        <w:spacing w:line="264" w:lineRule="auto"/>
      </w:pPr>
    </w:p>
    <w:p w14:paraId="154E196E"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Commit to following your hero's example.</w:t>
      </w:r>
    </w:p>
    <w:p w14:paraId="70324495" w14:textId="77777777" w:rsidR="002321DE" w:rsidRDefault="002321DE">
      <w:pPr>
        <w:spacing w:line="264" w:lineRule="auto"/>
      </w:pPr>
    </w:p>
    <w:p w14:paraId="537E0E1A"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4628ECE0" w14:textId="77777777">
        <w:tc>
          <w:tcPr>
            <w:tcW w:w="504" w:type="dxa"/>
            <w:tcMar>
              <w:top w:w="20" w:type="dxa"/>
              <w:left w:w="20" w:type="dxa"/>
              <w:bottom w:w="20" w:type="dxa"/>
              <w:right w:w="20" w:type="dxa"/>
            </w:tcMar>
          </w:tcPr>
          <w:p w14:paraId="25EFCC98"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7B88B231" w14:textId="77777777" w:rsidR="002321DE" w:rsidRDefault="00B57BF7">
            <w:r>
              <w:rPr>
                <w:rFonts w:eastAsia="Georgia" w:cs="Georgia"/>
                <w:color w:val="222222"/>
                <w:sz w:val="21"/>
              </w:rPr>
              <w:t>Look back at your Christlike Attribute (Step 14), Attribute Goal (Step 20), and Service Report (Step 23).</w:t>
            </w:r>
          </w:p>
        </w:tc>
      </w:tr>
      <w:tr w:rsidR="0075185D" w14:paraId="3D941E55" w14:textId="77777777">
        <w:tc>
          <w:tcPr>
            <w:tcW w:w="504" w:type="dxa"/>
            <w:tcMar>
              <w:top w:w="20" w:type="dxa"/>
              <w:left w:w="20" w:type="dxa"/>
              <w:bottom w:w="20" w:type="dxa"/>
              <w:right w:w="20" w:type="dxa"/>
            </w:tcMar>
          </w:tcPr>
          <w:p w14:paraId="2B141695"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3CB3175D" w14:textId="77777777" w:rsidR="002321DE" w:rsidRDefault="00B57BF7">
            <w:r>
              <w:rPr>
                <w:rFonts w:eastAsia="Georgia" w:cs="Georgia"/>
                <w:color w:val="222222"/>
                <w:sz w:val="21"/>
              </w:rPr>
              <w:t>Answer the two questions below to gather your thoughts.</w:t>
            </w:r>
          </w:p>
        </w:tc>
      </w:tr>
      <w:tr w:rsidR="0075185D" w14:paraId="6184A1C4" w14:textId="77777777">
        <w:tc>
          <w:tcPr>
            <w:tcW w:w="504" w:type="dxa"/>
            <w:tcMar>
              <w:top w:w="20" w:type="dxa"/>
              <w:left w:w="20" w:type="dxa"/>
              <w:bottom w:w="20" w:type="dxa"/>
              <w:right w:w="20" w:type="dxa"/>
            </w:tcMar>
          </w:tcPr>
          <w:p w14:paraId="765C6AA8" w14:textId="77777777" w:rsidR="002321DE" w:rsidRDefault="00B57BF7">
            <w:r>
              <w:rPr>
                <w:rFonts w:ascii="Calibri" w:eastAsia="Calibri" w:hAnsi="Calibri" w:cs="Calibri"/>
                <w:b/>
                <w:color w:val="1F3A5F"/>
                <w:sz w:val="21"/>
              </w:rPr>
              <w:t>3.</w:t>
            </w:r>
          </w:p>
        </w:tc>
        <w:tc>
          <w:tcPr>
            <w:tcW w:w="9576" w:type="dxa"/>
            <w:tcMar>
              <w:top w:w="20" w:type="dxa"/>
              <w:left w:w="40" w:type="dxa"/>
              <w:bottom w:w="20" w:type="dxa"/>
              <w:right w:w="40" w:type="dxa"/>
            </w:tcMar>
          </w:tcPr>
          <w:p w14:paraId="5274AFAF" w14:textId="77777777" w:rsidR="002321DE" w:rsidRDefault="00B57BF7">
            <w:r>
              <w:rPr>
                <w:rFonts w:eastAsia="Georgia" w:cs="Georgia"/>
                <w:color w:val="222222"/>
                <w:sz w:val="21"/>
              </w:rPr>
              <w:t>Write one paragraph about how your hero inspires you to move forward the Cause of Christ.</w:t>
            </w:r>
          </w:p>
        </w:tc>
      </w:tr>
    </w:tbl>
    <w:p w14:paraId="383ECA33"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3024"/>
        <w:gridCol w:w="7056"/>
      </w:tblGrid>
      <w:tr w:rsidR="0075185D" w14:paraId="34A9DF1A" w14:textId="77777777">
        <w:tc>
          <w:tcPr>
            <w:tcW w:w="10080" w:type="dxa"/>
            <w:gridSpan w:val="2"/>
            <w:shd w:val="clear" w:color="auto" w:fill="E8EEF5"/>
            <w:tcMar>
              <w:top w:w="50" w:type="dxa"/>
              <w:left w:w="120" w:type="dxa"/>
              <w:bottom w:w="50" w:type="dxa"/>
              <w:right w:w="120" w:type="dxa"/>
            </w:tcMar>
          </w:tcPr>
          <w:p w14:paraId="5BDFD2E1" w14:textId="77777777" w:rsidR="002321DE" w:rsidRDefault="00B57BF7">
            <w:r>
              <w:rPr>
                <w:rFonts w:ascii="Calibri" w:eastAsia="Calibri" w:hAnsi="Calibri" w:cs="Calibri"/>
                <w:b/>
                <w:color w:val="1F3A5F"/>
                <w:sz w:val="23"/>
              </w:rPr>
              <w:t>Gather My Thoughts</w:t>
            </w:r>
          </w:p>
        </w:tc>
      </w:tr>
      <w:tr w:rsidR="0075185D" w14:paraId="1708DF06" w14:textId="77777777">
        <w:trPr>
          <w:trHeight w:val="1152"/>
        </w:trPr>
        <w:tc>
          <w:tcPr>
            <w:tcW w:w="3024" w:type="dxa"/>
            <w:shd w:val="clear" w:color="auto" w:fill="F4F7FA"/>
            <w:tcMar>
              <w:top w:w="50" w:type="dxa"/>
              <w:left w:w="100" w:type="dxa"/>
              <w:bottom w:w="50" w:type="dxa"/>
              <w:right w:w="80" w:type="dxa"/>
            </w:tcMar>
          </w:tcPr>
          <w:p w14:paraId="73E0A85B" w14:textId="77777777" w:rsidR="002321DE" w:rsidRDefault="00B57BF7">
            <w:r>
              <w:rPr>
                <w:rFonts w:ascii="Calibri" w:eastAsia="Calibri" w:hAnsi="Calibri" w:cs="Calibri"/>
                <w:b/>
                <w:color w:val="1F3A5F"/>
                <w:sz w:val="20"/>
              </w:rPr>
              <w:t>How does my hero inspire me?</w:t>
            </w:r>
          </w:p>
        </w:tc>
        <w:tc>
          <w:tcPr>
            <w:tcW w:w="7056" w:type="dxa"/>
            <w:tcMar>
              <w:top w:w="50" w:type="dxa"/>
              <w:left w:w="100" w:type="dxa"/>
              <w:bottom w:w="50" w:type="dxa"/>
              <w:right w:w="100" w:type="dxa"/>
            </w:tcMar>
          </w:tcPr>
          <w:p w14:paraId="0CA7A8F1" w14:textId="77777777" w:rsidR="002321DE" w:rsidRDefault="002321DE"/>
        </w:tc>
      </w:tr>
      <w:tr w:rsidR="0075185D" w14:paraId="6F8500F5" w14:textId="77777777">
        <w:trPr>
          <w:trHeight w:val="1368"/>
        </w:trPr>
        <w:tc>
          <w:tcPr>
            <w:tcW w:w="3024" w:type="dxa"/>
            <w:shd w:val="clear" w:color="auto" w:fill="F4F7FA"/>
            <w:tcMar>
              <w:top w:w="50" w:type="dxa"/>
              <w:left w:w="100" w:type="dxa"/>
              <w:bottom w:w="50" w:type="dxa"/>
              <w:right w:w="80" w:type="dxa"/>
            </w:tcMar>
          </w:tcPr>
          <w:p w14:paraId="4A60A8DE" w14:textId="77777777" w:rsidR="002321DE" w:rsidRDefault="00B57BF7">
            <w:r>
              <w:rPr>
                <w:rFonts w:ascii="Calibri" w:eastAsia="Calibri" w:hAnsi="Calibri" w:cs="Calibri"/>
                <w:b/>
                <w:color w:val="1F3A5F"/>
                <w:sz w:val="20"/>
              </w:rPr>
              <w:t>What have I done, or what will I do differently, because of what I learned?</w:t>
            </w:r>
          </w:p>
        </w:tc>
        <w:tc>
          <w:tcPr>
            <w:tcW w:w="7056" w:type="dxa"/>
            <w:tcMar>
              <w:top w:w="50" w:type="dxa"/>
              <w:left w:w="100" w:type="dxa"/>
              <w:bottom w:w="50" w:type="dxa"/>
              <w:right w:w="100" w:type="dxa"/>
            </w:tcMar>
          </w:tcPr>
          <w:p w14:paraId="793B359F" w14:textId="77777777" w:rsidR="002321DE" w:rsidRDefault="002321DE"/>
        </w:tc>
      </w:tr>
    </w:tbl>
    <w:p w14:paraId="5C829BEE" w14:textId="77777777" w:rsidR="002321DE" w:rsidRDefault="002321DE">
      <w:pPr>
        <w:spacing w:after="12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75185D" w14:paraId="112A3280" w14:textId="77777777">
        <w:tc>
          <w:tcPr>
            <w:tcW w:w="10080" w:type="dxa"/>
            <w:shd w:val="clear" w:color="auto" w:fill="FBF6EC"/>
            <w:tcMar>
              <w:top w:w="70" w:type="dxa"/>
              <w:left w:w="140" w:type="dxa"/>
              <w:bottom w:w="70" w:type="dxa"/>
              <w:right w:w="140" w:type="dxa"/>
            </w:tcMar>
          </w:tcPr>
          <w:p w14:paraId="19A4ED14" w14:textId="77777777" w:rsidR="002321DE" w:rsidRDefault="00B57BF7">
            <w:r>
              <w:rPr>
                <w:rFonts w:ascii="Calibri" w:eastAsia="Calibri" w:hAnsi="Calibri" w:cs="Calibri"/>
                <w:b/>
                <w:color w:val="7A551C"/>
                <w:sz w:val="20"/>
              </w:rPr>
              <w:t>Sentence starters</w:t>
            </w:r>
          </w:p>
          <w:p w14:paraId="6727D628" w14:textId="77777777" w:rsidR="002321DE" w:rsidRDefault="00B57BF7">
            <w:pPr>
              <w:spacing w:after="20"/>
              <w:ind w:left="216"/>
            </w:pPr>
            <w:r>
              <w:rPr>
                <w:rFonts w:ascii="Calibri" w:eastAsia="Calibri" w:hAnsi="Calibri" w:cs="Calibri"/>
                <w:color w:val="3A2E1A"/>
                <w:sz w:val="20"/>
              </w:rPr>
              <w:t>•  My hero inspires me to move forward the Cause of Christ by…</w:t>
            </w:r>
          </w:p>
          <w:p w14:paraId="7E4F97B7" w14:textId="77777777" w:rsidR="002321DE" w:rsidRDefault="00B57BF7">
            <w:pPr>
              <w:spacing w:after="20"/>
              <w:ind w:left="216"/>
            </w:pPr>
            <w:r>
              <w:rPr>
                <w:rFonts w:ascii="Calibri" w:eastAsia="Calibri" w:hAnsi="Calibri" w:cs="Calibri"/>
                <w:color w:val="3A2E1A"/>
                <w:sz w:val="20"/>
              </w:rPr>
              <w:t>•  Because of my hero's example, I have…</w:t>
            </w:r>
          </w:p>
          <w:p w14:paraId="4E7C49DB" w14:textId="77777777" w:rsidR="002321DE" w:rsidRDefault="00B57BF7">
            <w:pPr>
              <w:spacing w:after="20"/>
              <w:ind w:left="216"/>
            </w:pPr>
            <w:r>
              <w:rPr>
                <w:rFonts w:ascii="Calibri" w:eastAsia="Calibri" w:hAnsi="Calibri" w:cs="Calibri"/>
                <w:color w:val="3A2E1A"/>
                <w:sz w:val="20"/>
              </w:rPr>
              <w:t>•  From now on, I will…</w:t>
            </w:r>
          </w:p>
        </w:tc>
      </w:tr>
    </w:tbl>
    <w:p w14:paraId="1AE0071C"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75185D" w14:paraId="2A3AA345" w14:textId="77777777">
        <w:tc>
          <w:tcPr>
            <w:tcW w:w="10080" w:type="dxa"/>
            <w:shd w:val="clear" w:color="auto" w:fill="E8EEF5"/>
            <w:tcMar>
              <w:top w:w="50" w:type="dxa"/>
              <w:left w:w="120" w:type="dxa"/>
              <w:bottom w:w="50" w:type="dxa"/>
              <w:right w:w="120" w:type="dxa"/>
            </w:tcMar>
          </w:tcPr>
          <w:p w14:paraId="1F7D6FE7" w14:textId="77777777" w:rsidR="002321DE" w:rsidRDefault="00B57BF7">
            <w:r>
              <w:rPr>
                <w:rFonts w:ascii="Calibri" w:eastAsia="Calibri" w:hAnsi="Calibri" w:cs="Calibri"/>
                <w:b/>
                <w:color w:val="1F3A5F"/>
                <w:sz w:val="23"/>
              </w:rPr>
              <w:t>Me and the Cause of Christ</w:t>
            </w:r>
          </w:p>
        </w:tc>
      </w:tr>
      <w:tr w:rsidR="0075185D" w14:paraId="7378FCD0" w14:textId="77777777">
        <w:trPr>
          <w:trHeight w:val="475"/>
        </w:trPr>
        <w:tc>
          <w:tcPr>
            <w:tcW w:w="10080" w:type="dxa"/>
            <w:tcBorders>
              <w:bottom w:val="single" w:sz="4" w:space="0" w:color="C9D3DD"/>
            </w:tcBorders>
            <w:tcMar>
              <w:top w:w="0" w:type="dxa"/>
              <w:left w:w="120" w:type="dxa"/>
              <w:bottom w:w="0" w:type="dxa"/>
              <w:right w:w="120" w:type="dxa"/>
            </w:tcMar>
          </w:tcPr>
          <w:p w14:paraId="26966A4E" w14:textId="77777777" w:rsidR="002321DE" w:rsidRDefault="002321DE"/>
        </w:tc>
      </w:tr>
      <w:tr w:rsidR="0075185D" w14:paraId="060C89B3" w14:textId="77777777">
        <w:trPr>
          <w:trHeight w:val="475"/>
        </w:trPr>
        <w:tc>
          <w:tcPr>
            <w:tcW w:w="10080" w:type="dxa"/>
            <w:tcBorders>
              <w:bottom w:val="single" w:sz="4" w:space="0" w:color="C9D3DD"/>
            </w:tcBorders>
            <w:tcMar>
              <w:top w:w="0" w:type="dxa"/>
              <w:left w:w="120" w:type="dxa"/>
              <w:bottom w:w="0" w:type="dxa"/>
              <w:right w:w="120" w:type="dxa"/>
            </w:tcMar>
          </w:tcPr>
          <w:p w14:paraId="0387A689" w14:textId="77777777" w:rsidR="002321DE" w:rsidRDefault="002321DE"/>
        </w:tc>
      </w:tr>
      <w:tr w:rsidR="0075185D" w14:paraId="0DA74DB0" w14:textId="77777777">
        <w:trPr>
          <w:trHeight w:val="475"/>
        </w:trPr>
        <w:tc>
          <w:tcPr>
            <w:tcW w:w="10080" w:type="dxa"/>
            <w:tcBorders>
              <w:bottom w:val="single" w:sz="4" w:space="0" w:color="C9D3DD"/>
            </w:tcBorders>
            <w:tcMar>
              <w:top w:w="0" w:type="dxa"/>
              <w:left w:w="120" w:type="dxa"/>
              <w:bottom w:w="0" w:type="dxa"/>
              <w:right w:w="120" w:type="dxa"/>
            </w:tcMar>
          </w:tcPr>
          <w:p w14:paraId="2A0B46C9" w14:textId="77777777" w:rsidR="002321DE" w:rsidRDefault="002321DE"/>
        </w:tc>
      </w:tr>
      <w:tr w:rsidR="0075185D" w14:paraId="72EDC058" w14:textId="77777777">
        <w:trPr>
          <w:trHeight w:val="475"/>
        </w:trPr>
        <w:tc>
          <w:tcPr>
            <w:tcW w:w="10080" w:type="dxa"/>
            <w:tcBorders>
              <w:bottom w:val="single" w:sz="4" w:space="0" w:color="C9D3DD"/>
            </w:tcBorders>
            <w:tcMar>
              <w:top w:w="0" w:type="dxa"/>
              <w:left w:w="120" w:type="dxa"/>
              <w:bottom w:w="0" w:type="dxa"/>
              <w:right w:w="120" w:type="dxa"/>
            </w:tcMar>
          </w:tcPr>
          <w:p w14:paraId="665C030C" w14:textId="77777777" w:rsidR="002321DE" w:rsidRDefault="002321DE"/>
        </w:tc>
      </w:tr>
      <w:tr w:rsidR="0075185D" w14:paraId="56C72053" w14:textId="77777777">
        <w:trPr>
          <w:trHeight w:val="475"/>
        </w:trPr>
        <w:tc>
          <w:tcPr>
            <w:tcW w:w="10080" w:type="dxa"/>
            <w:tcBorders>
              <w:bottom w:val="single" w:sz="4" w:space="0" w:color="C9D3DD"/>
            </w:tcBorders>
            <w:tcMar>
              <w:top w:w="0" w:type="dxa"/>
              <w:left w:w="120" w:type="dxa"/>
              <w:bottom w:w="0" w:type="dxa"/>
              <w:right w:w="120" w:type="dxa"/>
            </w:tcMar>
          </w:tcPr>
          <w:p w14:paraId="25F8D9C5" w14:textId="77777777" w:rsidR="002321DE" w:rsidRDefault="002321DE"/>
        </w:tc>
      </w:tr>
      <w:tr w:rsidR="0075185D" w14:paraId="39CE9FD5" w14:textId="77777777">
        <w:trPr>
          <w:trHeight w:val="475"/>
        </w:trPr>
        <w:tc>
          <w:tcPr>
            <w:tcW w:w="10080" w:type="dxa"/>
            <w:tcBorders>
              <w:bottom w:val="single" w:sz="4" w:space="0" w:color="C9D3DD"/>
            </w:tcBorders>
            <w:tcMar>
              <w:top w:w="0" w:type="dxa"/>
              <w:left w:w="120" w:type="dxa"/>
              <w:bottom w:w="0" w:type="dxa"/>
              <w:right w:w="120" w:type="dxa"/>
            </w:tcMar>
          </w:tcPr>
          <w:p w14:paraId="302FEE1D" w14:textId="77777777" w:rsidR="002321DE" w:rsidRDefault="002321DE"/>
        </w:tc>
      </w:tr>
      <w:tr w:rsidR="0075185D" w14:paraId="2FAA78B7" w14:textId="77777777">
        <w:trPr>
          <w:trHeight w:val="475"/>
        </w:trPr>
        <w:tc>
          <w:tcPr>
            <w:tcW w:w="10080" w:type="dxa"/>
            <w:tcMar>
              <w:top w:w="0" w:type="dxa"/>
              <w:left w:w="120" w:type="dxa"/>
              <w:bottom w:w="0" w:type="dxa"/>
              <w:right w:w="120" w:type="dxa"/>
            </w:tcMar>
          </w:tcPr>
          <w:p w14:paraId="46D68B4A" w14:textId="77777777" w:rsidR="002321DE" w:rsidRDefault="002321DE"/>
        </w:tc>
      </w:tr>
    </w:tbl>
    <w:p w14:paraId="39E5CE5C"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00DE9C0D" w14:textId="77777777">
        <w:tc>
          <w:tcPr>
            <w:tcW w:w="7632" w:type="dxa"/>
            <w:shd w:val="clear" w:color="auto" w:fill="1F3A5F"/>
            <w:tcMar>
              <w:top w:w="90" w:type="dxa"/>
              <w:left w:w="140" w:type="dxa"/>
              <w:bottom w:w="90" w:type="dxa"/>
              <w:right w:w="140" w:type="dxa"/>
            </w:tcMar>
            <w:vAlign w:val="center"/>
          </w:tcPr>
          <w:p w14:paraId="402A7D02" w14:textId="77777777" w:rsidR="002321DE" w:rsidRDefault="00B57BF7">
            <w:r>
              <w:rPr>
                <w:rFonts w:ascii="Calibri" w:eastAsia="Calibri" w:hAnsi="Calibri" w:cs="Calibri"/>
                <w:b/>
                <w:color w:val="C8D6E5"/>
                <w:sz w:val="18"/>
              </w:rPr>
              <w:t>RECORD  ·  STEP 29</w:t>
            </w:r>
          </w:p>
          <w:p w14:paraId="390A8A8C" w14:textId="77777777" w:rsidR="002321DE" w:rsidRDefault="00B57BF7">
            <w:r>
              <w:rPr>
                <w:rFonts w:ascii="Calibri" w:eastAsia="Calibri" w:hAnsi="Calibri" w:cs="Calibri"/>
                <w:b/>
                <w:color w:val="FFFFFF"/>
                <w:sz w:val="40"/>
              </w:rPr>
              <w:t>What I Have Better Mastered</w:t>
            </w:r>
          </w:p>
        </w:tc>
        <w:tc>
          <w:tcPr>
            <w:tcW w:w="2448" w:type="dxa"/>
            <w:shd w:val="clear" w:color="auto" w:fill="1F3A5F"/>
            <w:tcMar>
              <w:top w:w="90" w:type="dxa"/>
              <w:left w:w="140" w:type="dxa"/>
              <w:bottom w:w="90" w:type="dxa"/>
              <w:right w:w="140" w:type="dxa"/>
            </w:tcMar>
            <w:vAlign w:val="center"/>
          </w:tcPr>
          <w:p w14:paraId="6471E803" w14:textId="77777777" w:rsidR="002321DE" w:rsidRDefault="00B57BF7">
            <w:pPr>
              <w:jc w:val="right"/>
            </w:pPr>
            <w:r>
              <w:rPr>
                <w:rFonts w:ascii="Calibri" w:eastAsia="Calibri" w:hAnsi="Calibri" w:cs="Calibri"/>
                <w:color w:val="C8D6E5"/>
                <w:sz w:val="18"/>
              </w:rPr>
              <w:t>About 20–30 minutes</w:t>
            </w:r>
          </w:p>
        </w:tc>
      </w:tr>
    </w:tbl>
    <w:p w14:paraId="771553D8" w14:textId="77777777" w:rsidR="002321DE" w:rsidRDefault="002321DE">
      <w:pPr>
        <w:spacing w:line="264" w:lineRule="auto"/>
      </w:pPr>
    </w:p>
    <w:p w14:paraId="083E7D5C"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Recognize how you have grown through your Master Project.</w:t>
      </w:r>
    </w:p>
    <w:p w14:paraId="605BE30C" w14:textId="77777777" w:rsidR="002321DE" w:rsidRDefault="002321DE">
      <w:pPr>
        <w:spacing w:line="264" w:lineRule="auto"/>
      </w:pPr>
    </w:p>
    <w:p w14:paraId="40223F24"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08BA9174" w14:textId="77777777">
        <w:tc>
          <w:tcPr>
            <w:tcW w:w="504" w:type="dxa"/>
            <w:tcMar>
              <w:top w:w="20" w:type="dxa"/>
              <w:left w:w="20" w:type="dxa"/>
              <w:bottom w:w="20" w:type="dxa"/>
              <w:right w:w="20" w:type="dxa"/>
            </w:tcMar>
          </w:tcPr>
          <w:p w14:paraId="7CDD249C"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4AD28163" w14:textId="77777777" w:rsidR="002321DE" w:rsidRDefault="00B57BF7">
            <w:r>
              <w:rPr>
                <w:rFonts w:eastAsia="Georgia" w:cs="Georgia"/>
                <w:color w:val="222222"/>
                <w:sz w:val="21"/>
              </w:rPr>
              <w:t>Look at your Step 20 Weekly Tracker and think about how you have grown.</w:t>
            </w:r>
          </w:p>
        </w:tc>
      </w:tr>
      <w:tr w:rsidR="0075185D" w14:paraId="42185845" w14:textId="77777777">
        <w:tc>
          <w:tcPr>
            <w:tcW w:w="504" w:type="dxa"/>
            <w:tcMar>
              <w:top w:w="20" w:type="dxa"/>
              <w:left w:w="20" w:type="dxa"/>
              <w:bottom w:w="20" w:type="dxa"/>
              <w:right w:w="20" w:type="dxa"/>
            </w:tcMar>
          </w:tcPr>
          <w:p w14:paraId="786AC47D"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3300D5D7" w14:textId="77777777" w:rsidR="002321DE" w:rsidRDefault="00B57BF7">
            <w:r>
              <w:rPr>
                <w:rFonts w:eastAsia="Georgia" w:cs="Georgia"/>
                <w:color w:val="222222"/>
                <w:sz w:val="21"/>
              </w:rPr>
              <w:t>Write 1–2 paragraphs about what you have better mastered through your Master Project.</w:t>
            </w:r>
          </w:p>
        </w:tc>
      </w:tr>
    </w:tbl>
    <w:p w14:paraId="3AFF2DA0"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232"/>
        <w:gridCol w:w="2808"/>
        <w:gridCol w:w="2232"/>
        <w:gridCol w:w="2808"/>
      </w:tblGrid>
      <w:tr w:rsidR="0075185D" w14:paraId="39CB0224" w14:textId="77777777">
        <w:tc>
          <w:tcPr>
            <w:tcW w:w="10080" w:type="dxa"/>
            <w:gridSpan w:val="4"/>
            <w:shd w:val="clear" w:color="auto" w:fill="E8EEF5"/>
            <w:tcMar>
              <w:top w:w="50" w:type="dxa"/>
              <w:left w:w="120" w:type="dxa"/>
              <w:bottom w:w="50" w:type="dxa"/>
              <w:right w:w="120" w:type="dxa"/>
            </w:tcMar>
          </w:tcPr>
          <w:p w14:paraId="6A8635CE" w14:textId="77777777" w:rsidR="002321DE" w:rsidRDefault="00B57BF7">
            <w:r>
              <w:rPr>
                <w:rFonts w:ascii="Calibri" w:eastAsia="Calibri" w:hAnsi="Calibri" w:cs="Calibri"/>
                <w:b/>
                <w:color w:val="1F3A5F"/>
                <w:sz w:val="23"/>
              </w:rPr>
              <w:t>My Attribute Goal</w:t>
            </w:r>
          </w:p>
        </w:tc>
      </w:tr>
      <w:tr w:rsidR="0075185D" w14:paraId="0359AE99" w14:textId="77777777">
        <w:trPr>
          <w:trHeight w:val="518"/>
        </w:trPr>
        <w:tc>
          <w:tcPr>
            <w:tcW w:w="2232" w:type="dxa"/>
            <w:shd w:val="clear" w:color="auto" w:fill="F4F7FA"/>
            <w:tcMar>
              <w:top w:w="50" w:type="dxa"/>
              <w:left w:w="100" w:type="dxa"/>
              <w:bottom w:w="50" w:type="dxa"/>
              <w:right w:w="80" w:type="dxa"/>
            </w:tcMar>
          </w:tcPr>
          <w:p w14:paraId="3C1E04E8" w14:textId="77777777" w:rsidR="002321DE" w:rsidRDefault="00B57BF7">
            <w:r>
              <w:rPr>
                <w:rFonts w:ascii="Calibri" w:eastAsia="Calibri" w:hAnsi="Calibri" w:cs="Calibri"/>
                <w:b/>
                <w:color w:val="1F3A5F"/>
                <w:sz w:val="20"/>
              </w:rPr>
              <w:t>Attribute:</w:t>
            </w:r>
          </w:p>
        </w:tc>
        <w:tc>
          <w:tcPr>
            <w:tcW w:w="2808" w:type="dxa"/>
            <w:tcMar>
              <w:top w:w="50" w:type="dxa"/>
              <w:left w:w="100" w:type="dxa"/>
              <w:bottom w:w="50" w:type="dxa"/>
              <w:right w:w="100" w:type="dxa"/>
            </w:tcMar>
          </w:tcPr>
          <w:p w14:paraId="66AF0C59" w14:textId="77777777" w:rsidR="002321DE" w:rsidRDefault="002321DE"/>
        </w:tc>
        <w:tc>
          <w:tcPr>
            <w:tcW w:w="2232" w:type="dxa"/>
            <w:shd w:val="clear" w:color="auto" w:fill="F4F7FA"/>
            <w:tcMar>
              <w:top w:w="50" w:type="dxa"/>
              <w:left w:w="100" w:type="dxa"/>
              <w:bottom w:w="50" w:type="dxa"/>
              <w:right w:w="80" w:type="dxa"/>
            </w:tcMar>
          </w:tcPr>
          <w:p w14:paraId="6479AAE4" w14:textId="77777777" w:rsidR="002321DE" w:rsidRDefault="00B57BF7">
            <w:r>
              <w:rPr>
                <w:rFonts w:ascii="Calibri" w:eastAsia="Calibri" w:hAnsi="Calibri" w:cs="Calibri"/>
                <w:b/>
                <w:color w:val="1F3A5F"/>
                <w:sz w:val="20"/>
              </w:rPr>
              <w:t>Weeks completed:</w:t>
            </w:r>
          </w:p>
        </w:tc>
        <w:tc>
          <w:tcPr>
            <w:tcW w:w="2808" w:type="dxa"/>
            <w:tcMar>
              <w:top w:w="50" w:type="dxa"/>
              <w:left w:w="100" w:type="dxa"/>
              <w:bottom w:w="50" w:type="dxa"/>
              <w:right w:w="100" w:type="dxa"/>
            </w:tcMar>
          </w:tcPr>
          <w:p w14:paraId="2A9DD0A2" w14:textId="77777777" w:rsidR="002321DE" w:rsidRDefault="002321DE"/>
        </w:tc>
      </w:tr>
      <w:tr w:rsidR="0075185D" w14:paraId="0A823162" w14:textId="77777777">
        <w:trPr>
          <w:trHeight w:val="1008"/>
        </w:trPr>
        <w:tc>
          <w:tcPr>
            <w:tcW w:w="2232" w:type="dxa"/>
            <w:shd w:val="clear" w:color="auto" w:fill="F4F7FA"/>
            <w:tcMar>
              <w:top w:w="50" w:type="dxa"/>
              <w:left w:w="100" w:type="dxa"/>
              <w:bottom w:w="50" w:type="dxa"/>
              <w:right w:w="80" w:type="dxa"/>
            </w:tcMar>
          </w:tcPr>
          <w:p w14:paraId="228BCB99" w14:textId="77777777" w:rsidR="002321DE" w:rsidRDefault="00B57BF7">
            <w:r>
              <w:rPr>
                <w:rFonts w:ascii="Calibri" w:eastAsia="Calibri" w:hAnsi="Calibri" w:cs="Calibri"/>
                <w:b/>
                <w:color w:val="1F3A5F"/>
                <w:sz w:val="20"/>
              </w:rPr>
              <w:t>How I have grown:</w:t>
            </w:r>
          </w:p>
        </w:tc>
        <w:tc>
          <w:tcPr>
            <w:tcW w:w="7848" w:type="dxa"/>
            <w:gridSpan w:val="3"/>
            <w:tcMar>
              <w:top w:w="50" w:type="dxa"/>
              <w:left w:w="100" w:type="dxa"/>
              <w:bottom w:w="50" w:type="dxa"/>
              <w:right w:w="100" w:type="dxa"/>
            </w:tcMar>
          </w:tcPr>
          <w:p w14:paraId="680E5FE8" w14:textId="77777777" w:rsidR="002321DE" w:rsidRDefault="002321DE"/>
        </w:tc>
      </w:tr>
    </w:tbl>
    <w:p w14:paraId="3FAD37DF" w14:textId="77777777" w:rsidR="002321DE" w:rsidRDefault="002321DE">
      <w:pPr>
        <w:spacing w:after="12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75185D" w14:paraId="1969BFAF" w14:textId="77777777">
        <w:tc>
          <w:tcPr>
            <w:tcW w:w="10080" w:type="dxa"/>
            <w:shd w:val="clear" w:color="auto" w:fill="FBF6EC"/>
            <w:tcMar>
              <w:top w:w="70" w:type="dxa"/>
              <w:left w:w="140" w:type="dxa"/>
              <w:bottom w:w="70" w:type="dxa"/>
              <w:right w:w="140" w:type="dxa"/>
            </w:tcMar>
          </w:tcPr>
          <w:p w14:paraId="7345337C" w14:textId="77777777" w:rsidR="002321DE" w:rsidRDefault="00B57BF7">
            <w:r>
              <w:rPr>
                <w:rFonts w:ascii="Calibri" w:eastAsia="Calibri" w:hAnsi="Calibri" w:cs="Calibri"/>
                <w:b/>
                <w:color w:val="7A551C"/>
                <w:sz w:val="20"/>
              </w:rPr>
              <w:t>Sentence starters</w:t>
            </w:r>
          </w:p>
          <w:p w14:paraId="40D51535" w14:textId="77777777" w:rsidR="002321DE" w:rsidRDefault="00B57BF7">
            <w:pPr>
              <w:spacing w:after="20"/>
              <w:ind w:left="216"/>
            </w:pPr>
            <w:r>
              <w:rPr>
                <w:rFonts w:ascii="Calibri" w:eastAsia="Calibri" w:hAnsi="Calibri" w:cs="Calibri"/>
                <w:color w:val="3A2E1A"/>
                <w:sz w:val="20"/>
              </w:rPr>
              <w:t>•  Because of my Master Project, I have better mastered…</w:t>
            </w:r>
          </w:p>
          <w:p w14:paraId="499B6127" w14:textId="77777777" w:rsidR="002321DE" w:rsidRDefault="00B57BF7">
            <w:pPr>
              <w:spacing w:after="20"/>
              <w:ind w:left="216"/>
            </w:pPr>
            <w:r>
              <w:rPr>
                <w:rFonts w:ascii="Calibri" w:eastAsia="Calibri" w:hAnsi="Calibri" w:cs="Calibri"/>
                <w:color w:val="3A2E1A"/>
                <w:sz w:val="20"/>
              </w:rPr>
              <w:t>•  At the beginning, I… Now I…</w:t>
            </w:r>
          </w:p>
          <w:p w14:paraId="68EAF945" w14:textId="77777777" w:rsidR="002321DE" w:rsidRDefault="00B57BF7">
            <w:pPr>
              <w:spacing w:after="20"/>
              <w:ind w:left="216"/>
            </w:pPr>
            <w:r>
              <w:rPr>
                <w:rFonts w:ascii="Calibri" w:eastAsia="Calibri" w:hAnsi="Calibri" w:cs="Calibri"/>
                <w:color w:val="3A2E1A"/>
                <w:sz w:val="20"/>
              </w:rPr>
              <w:t>•  The hardest part was… but I learned…</w:t>
            </w:r>
          </w:p>
        </w:tc>
      </w:tr>
    </w:tbl>
    <w:p w14:paraId="08EB5A78"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75185D" w14:paraId="6B9E7EE1" w14:textId="77777777">
        <w:tc>
          <w:tcPr>
            <w:tcW w:w="10080" w:type="dxa"/>
            <w:shd w:val="clear" w:color="auto" w:fill="E8EEF5"/>
            <w:tcMar>
              <w:top w:w="50" w:type="dxa"/>
              <w:left w:w="120" w:type="dxa"/>
              <w:bottom w:w="50" w:type="dxa"/>
              <w:right w:w="120" w:type="dxa"/>
            </w:tcMar>
          </w:tcPr>
          <w:p w14:paraId="47FA626B" w14:textId="77777777" w:rsidR="002321DE" w:rsidRDefault="00B57BF7">
            <w:r>
              <w:rPr>
                <w:rFonts w:ascii="Calibri" w:eastAsia="Calibri" w:hAnsi="Calibri" w:cs="Calibri"/>
                <w:b/>
                <w:color w:val="1F3A5F"/>
                <w:sz w:val="23"/>
              </w:rPr>
              <w:t>What I Have Better Mastered</w:t>
            </w:r>
          </w:p>
        </w:tc>
      </w:tr>
      <w:tr w:rsidR="0075185D" w14:paraId="6F1AD4AD" w14:textId="77777777">
        <w:trPr>
          <w:trHeight w:val="461"/>
        </w:trPr>
        <w:tc>
          <w:tcPr>
            <w:tcW w:w="10080" w:type="dxa"/>
            <w:tcBorders>
              <w:bottom w:val="single" w:sz="4" w:space="0" w:color="C9D3DD"/>
            </w:tcBorders>
            <w:tcMar>
              <w:top w:w="0" w:type="dxa"/>
              <w:left w:w="120" w:type="dxa"/>
              <w:bottom w:w="0" w:type="dxa"/>
              <w:right w:w="120" w:type="dxa"/>
            </w:tcMar>
          </w:tcPr>
          <w:p w14:paraId="3A76800A" w14:textId="77777777" w:rsidR="002321DE" w:rsidRDefault="002321DE"/>
        </w:tc>
      </w:tr>
      <w:tr w:rsidR="0075185D" w14:paraId="712428DF" w14:textId="77777777">
        <w:trPr>
          <w:trHeight w:val="461"/>
        </w:trPr>
        <w:tc>
          <w:tcPr>
            <w:tcW w:w="10080" w:type="dxa"/>
            <w:tcBorders>
              <w:bottom w:val="single" w:sz="4" w:space="0" w:color="C9D3DD"/>
            </w:tcBorders>
            <w:tcMar>
              <w:top w:w="0" w:type="dxa"/>
              <w:left w:w="120" w:type="dxa"/>
              <w:bottom w:w="0" w:type="dxa"/>
              <w:right w:w="120" w:type="dxa"/>
            </w:tcMar>
          </w:tcPr>
          <w:p w14:paraId="735DD0E7" w14:textId="77777777" w:rsidR="002321DE" w:rsidRDefault="002321DE"/>
        </w:tc>
      </w:tr>
      <w:tr w:rsidR="0075185D" w14:paraId="3E2C91D0" w14:textId="77777777">
        <w:trPr>
          <w:trHeight w:val="461"/>
        </w:trPr>
        <w:tc>
          <w:tcPr>
            <w:tcW w:w="10080" w:type="dxa"/>
            <w:tcBorders>
              <w:bottom w:val="single" w:sz="4" w:space="0" w:color="C9D3DD"/>
            </w:tcBorders>
            <w:tcMar>
              <w:top w:w="0" w:type="dxa"/>
              <w:left w:w="120" w:type="dxa"/>
              <w:bottom w:w="0" w:type="dxa"/>
              <w:right w:w="120" w:type="dxa"/>
            </w:tcMar>
          </w:tcPr>
          <w:p w14:paraId="1340F610" w14:textId="77777777" w:rsidR="002321DE" w:rsidRDefault="002321DE"/>
        </w:tc>
      </w:tr>
      <w:tr w:rsidR="0075185D" w14:paraId="6A644545" w14:textId="77777777">
        <w:trPr>
          <w:trHeight w:val="461"/>
        </w:trPr>
        <w:tc>
          <w:tcPr>
            <w:tcW w:w="10080" w:type="dxa"/>
            <w:tcBorders>
              <w:bottom w:val="single" w:sz="4" w:space="0" w:color="C9D3DD"/>
            </w:tcBorders>
            <w:tcMar>
              <w:top w:w="0" w:type="dxa"/>
              <w:left w:w="120" w:type="dxa"/>
              <w:bottom w:w="0" w:type="dxa"/>
              <w:right w:w="120" w:type="dxa"/>
            </w:tcMar>
          </w:tcPr>
          <w:p w14:paraId="4EE2B5C6" w14:textId="77777777" w:rsidR="002321DE" w:rsidRDefault="002321DE"/>
        </w:tc>
      </w:tr>
      <w:tr w:rsidR="0075185D" w14:paraId="6F4A48BC" w14:textId="77777777">
        <w:trPr>
          <w:trHeight w:val="461"/>
        </w:trPr>
        <w:tc>
          <w:tcPr>
            <w:tcW w:w="10080" w:type="dxa"/>
            <w:tcBorders>
              <w:bottom w:val="single" w:sz="4" w:space="0" w:color="C9D3DD"/>
            </w:tcBorders>
            <w:tcMar>
              <w:top w:w="0" w:type="dxa"/>
              <w:left w:w="120" w:type="dxa"/>
              <w:bottom w:w="0" w:type="dxa"/>
              <w:right w:w="120" w:type="dxa"/>
            </w:tcMar>
          </w:tcPr>
          <w:p w14:paraId="23C247D4" w14:textId="77777777" w:rsidR="002321DE" w:rsidRDefault="002321DE"/>
        </w:tc>
      </w:tr>
      <w:tr w:rsidR="005E3EC5" w14:paraId="033A8527" w14:textId="77777777">
        <w:trPr>
          <w:trHeight w:val="461"/>
        </w:trPr>
        <w:tc>
          <w:tcPr>
            <w:tcW w:w="10080" w:type="dxa"/>
            <w:tcBorders>
              <w:bottom w:val="single" w:sz="4" w:space="0" w:color="C9D3DD"/>
            </w:tcBorders>
            <w:tcMar>
              <w:top w:w="0" w:type="dxa"/>
              <w:left w:w="120" w:type="dxa"/>
              <w:bottom w:w="0" w:type="dxa"/>
              <w:right w:w="120" w:type="dxa"/>
            </w:tcMar>
          </w:tcPr>
          <w:p w14:paraId="0FD54165" w14:textId="77777777" w:rsidR="005E3EC5" w:rsidRDefault="005E3EC5"/>
        </w:tc>
      </w:tr>
      <w:tr w:rsidR="005E3EC5" w14:paraId="2BD7FE66" w14:textId="77777777">
        <w:trPr>
          <w:trHeight w:val="461"/>
        </w:trPr>
        <w:tc>
          <w:tcPr>
            <w:tcW w:w="10080" w:type="dxa"/>
            <w:tcBorders>
              <w:bottom w:val="single" w:sz="4" w:space="0" w:color="C9D3DD"/>
            </w:tcBorders>
            <w:tcMar>
              <w:top w:w="0" w:type="dxa"/>
              <w:left w:w="120" w:type="dxa"/>
              <w:bottom w:w="0" w:type="dxa"/>
              <w:right w:w="120" w:type="dxa"/>
            </w:tcMar>
          </w:tcPr>
          <w:p w14:paraId="7712EB40" w14:textId="77777777" w:rsidR="005E3EC5" w:rsidRDefault="005E3EC5"/>
        </w:tc>
      </w:tr>
      <w:tr w:rsidR="0075185D" w14:paraId="047F02AA" w14:textId="77777777">
        <w:trPr>
          <w:trHeight w:val="461"/>
        </w:trPr>
        <w:tc>
          <w:tcPr>
            <w:tcW w:w="10080" w:type="dxa"/>
            <w:tcBorders>
              <w:bottom w:val="single" w:sz="4" w:space="0" w:color="C9D3DD"/>
            </w:tcBorders>
            <w:tcMar>
              <w:top w:w="0" w:type="dxa"/>
              <w:left w:w="120" w:type="dxa"/>
              <w:bottom w:w="0" w:type="dxa"/>
              <w:right w:w="120" w:type="dxa"/>
            </w:tcMar>
          </w:tcPr>
          <w:p w14:paraId="18475B1C" w14:textId="77777777" w:rsidR="002321DE" w:rsidRDefault="002321DE"/>
        </w:tc>
      </w:tr>
      <w:tr w:rsidR="0075185D" w14:paraId="6B6A8AC3" w14:textId="77777777">
        <w:trPr>
          <w:trHeight w:val="461"/>
        </w:trPr>
        <w:tc>
          <w:tcPr>
            <w:tcW w:w="10080" w:type="dxa"/>
            <w:tcMar>
              <w:top w:w="0" w:type="dxa"/>
              <w:left w:w="120" w:type="dxa"/>
              <w:bottom w:w="0" w:type="dxa"/>
              <w:right w:w="120" w:type="dxa"/>
            </w:tcMar>
          </w:tcPr>
          <w:p w14:paraId="1795DDCC" w14:textId="77777777" w:rsidR="002321DE" w:rsidRDefault="002321DE"/>
        </w:tc>
      </w:tr>
    </w:tbl>
    <w:p w14:paraId="715A48C2" w14:textId="77777777" w:rsidR="002321DE" w:rsidRDefault="002321DE">
      <w:pPr>
        <w:spacing w:after="120" w:line="264" w:lineRule="auto"/>
      </w:pPr>
    </w:p>
    <w:p w14:paraId="2FA6264D"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5DCDB4A9" w14:textId="77777777">
        <w:tc>
          <w:tcPr>
            <w:tcW w:w="7632" w:type="dxa"/>
            <w:shd w:val="clear" w:color="auto" w:fill="1F3A5F"/>
            <w:tcMar>
              <w:top w:w="90" w:type="dxa"/>
              <w:left w:w="140" w:type="dxa"/>
              <w:bottom w:w="90" w:type="dxa"/>
              <w:right w:w="140" w:type="dxa"/>
            </w:tcMar>
            <w:vAlign w:val="center"/>
          </w:tcPr>
          <w:p w14:paraId="14181A23" w14:textId="77777777" w:rsidR="002321DE" w:rsidRDefault="00B57BF7">
            <w:r>
              <w:rPr>
                <w:rFonts w:ascii="Calibri" w:eastAsia="Calibri" w:hAnsi="Calibri" w:cs="Calibri"/>
                <w:b/>
                <w:color w:val="C8D6E5"/>
                <w:sz w:val="18"/>
              </w:rPr>
              <w:t>RECORD  ·  STEP 30</w:t>
            </w:r>
          </w:p>
          <w:p w14:paraId="7BAF7319" w14:textId="77777777" w:rsidR="002321DE" w:rsidRDefault="00B57BF7">
            <w:r>
              <w:rPr>
                <w:rFonts w:ascii="Calibri" w:eastAsia="Calibri" w:hAnsi="Calibri" w:cs="Calibri"/>
                <w:b/>
                <w:color w:val="FFFFFF"/>
                <w:sz w:val="40"/>
              </w:rPr>
              <w:t>Assemble Your Notebook</w:t>
            </w:r>
          </w:p>
        </w:tc>
        <w:tc>
          <w:tcPr>
            <w:tcW w:w="2448" w:type="dxa"/>
            <w:shd w:val="clear" w:color="auto" w:fill="1F3A5F"/>
            <w:tcMar>
              <w:top w:w="90" w:type="dxa"/>
              <w:left w:w="140" w:type="dxa"/>
              <w:bottom w:w="90" w:type="dxa"/>
              <w:right w:w="140" w:type="dxa"/>
            </w:tcMar>
            <w:vAlign w:val="center"/>
          </w:tcPr>
          <w:p w14:paraId="14DF83BD" w14:textId="77777777" w:rsidR="002321DE" w:rsidRDefault="00B57BF7">
            <w:pPr>
              <w:jc w:val="right"/>
            </w:pPr>
            <w:r>
              <w:rPr>
                <w:rFonts w:ascii="Calibri" w:eastAsia="Calibri" w:hAnsi="Calibri" w:cs="Calibri"/>
                <w:color w:val="C8D6E5"/>
                <w:sz w:val="18"/>
              </w:rPr>
              <w:t>About 20–30 minutes</w:t>
            </w:r>
          </w:p>
        </w:tc>
      </w:tr>
    </w:tbl>
    <w:p w14:paraId="3798B0C7" w14:textId="77777777" w:rsidR="002321DE" w:rsidRDefault="002321DE">
      <w:pPr>
        <w:spacing w:line="264" w:lineRule="auto"/>
      </w:pPr>
    </w:p>
    <w:p w14:paraId="77C2A605"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Complete your permanent record.</w:t>
      </w:r>
    </w:p>
    <w:p w14:paraId="016804F5" w14:textId="77777777" w:rsidR="002321DE" w:rsidRDefault="002321DE">
      <w:pPr>
        <w:spacing w:line="264" w:lineRule="auto"/>
      </w:pPr>
    </w:p>
    <w:p w14:paraId="0E92D724"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3EBF3448" w14:textId="77777777">
        <w:tc>
          <w:tcPr>
            <w:tcW w:w="504" w:type="dxa"/>
            <w:tcMar>
              <w:top w:w="20" w:type="dxa"/>
              <w:left w:w="20" w:type="dxa"/>
              <w:bottom w:w="20" w:type="dxa"/>
              <w:right w:w="20" w:type="dxa"/>
            </w:tcMar>
          </w:tcPr>
          <w:p w14:paraId="32543308"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63368CAA" w14:textId="77777777" w:rsidR="002321DE" w:rsidRDefault="00B57BF7">
            <w:r>
              <w:rPr>
                <w:rFonts w:eastAsia="Georgia" w:cs="Georgia"/>
                <w:color w:val="222222"/>
                <w:sz w:val="21"/>
              </w:rPr>
              <w:t>Write your Dedication page: dedicate your Master Project to someone and explain why.</w:t>
            </w:r>
          </w:p>
        </w:tc>
      </w:tr>
      <w:tr w:rsidR="0075185D" w14:paraId="19787B36" w14:textId="77777777">
        <w:tc>
          <w:tcPr>
            <w:tcW w:w="504" w:type="dxa"/>
            <w:tcMar>
              <w:top w:w="20" w:type="dxa"/>
              <w:left w:w="20" w:type="dxa"/>
              <w:bottom w:w="20" w:type="dxa"/>
              <w:right w:w="20" w:type="dxa"/>
            </w:tcMar>
          </w:tcPr>
          <w:p w14:paraId="48457A35"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2C6E2B1B" w14:textId="77777777" w:rsidR="002321DE" w:rsidRDefault="00B57BF7">
            <w:r>
              <w:rPr>
                <w:rFonts w:eastAsia="Georgia" w:cs="Georgia"/>
                <w:color w:val="222222"/>
                <w:sz w:val="21"/>
              </w:rPr>
              <w:t>Put every page in order using the checklist below, then fill in your Table of Contents.</w:t>
            </w:r>
          </w:p>
        </w:tc>
      </w:tr>
      <w:tr w:rsidR="0075185D" w14:paraId="7A6C094A" w14:textId="77777777">
        <w:tc>
          <w:tcPr>
            <w:tcW w:w="504" w:type="dxa"/>
            <w:tcMar>
              <w:top w:w="20" w:type="dxa"/>
              <w:left w:w="20" w:type="dxa"/>
              <w:bottom w:w="20" w:type="dxa"/>
              <w:right w:w="20" w:type="dxa"/>
            </w:tcMar>
          </w:tcPr>
          <w:p w14:paraId="3E1B7646" w14:textId="77777777" w:rsidR="002321DE" w:rsidRDefault="00B57BF7">
            <w:r>
              <w:rPr>
                <w:rFonts w:ascii="Calibri" w:eastAsia="Calibri" w:hAnsi="Calibri" w:cs="Calibri"/>
                <w:b/>
                <w:color w:val="1F3A5F"/>
                <w:sz w:val="21"/>
              </w:rPr>
              <w:t>3.</w:t>
            </w:r>
          </w:p>
        </w:tc>
        <w:tc>
          <w:tcPr>
            <w:tcW w:w="9576" w:type="dxa"/>
            <w:tcMar>
              <w:top w:w="20" w:type="dxa"/>
              <w:left w:w="40" w:type="dxa"/>
              <w:bottom w:w="20" w:type="dxa"/>
              <w:right w:w="40" w:type="dxa"/>
            </w:tcMar>
          </w:tcPr>
          <w:p w14:paraId="3E9522FD" w14:textId="77777777" w:rsidR="002321DE" w:rsidRDefault="00B57BF7">
            <w:r>
              <w:rPr>
                <w:rFonts w:eastAsia="Georgia" w:cs="Georgia"/>
                <w:color w:val="222222"/>
                <w:sz w:val="21"/>
              </w:rPr>
              <w:t>Proofread by reading your work aloud, and ask someone else to read it too.</w:t>
            </w:r>
          </w:p>
        </w:tc>
      </w:tr>
    </w:tbl>
    <w:p w14:paraId="1DAD63BB"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5040"/>
        <w:gridCol w:w="5040"/>
      </w:tblGrid>
      <w:tr w:rsidR="0075185D" w14:paraId="326928DE" w14:textId="77777777">
        <w:tc>
          <w:tcPr>
            <w:tcW w:w="10080" w:type="dxa"/>
            <w:gridSpan w:val="2"/>
            <w:shd w:val="clear" w:color="auto" w:fill="E8EEF5"/>
            <w:tcMar>
              <w:top w:w="50" w:type="dxa"/>
              <w:left w:w="120" w:type="dxa"/>
              <w:bottom w:w="50" w:type="dxa"/>
              <w:right w:w="120" w:type="dxa"/>
            </w:tcMar>
          </w:tcPr>
          <w:p w14:paraId="1FD7BC8D" w14:textId="77777777" w:rsidR="002321DE" w:rsidRDefault="00B57BF7">
            <w:r>
              <w:rPr>
                <w:rFonts w:ascii="Calibri" w:eastAsia="Calibri" w:hAnsi="Calibri" w:cs="Calibri"/>
                <w:b/>
                <w:color w:val="1F3A5F"/>
                <w:sz w:val="23"/>
              </w:rPr>
              <w:t>Notebook Checklist</w:t>
            </w:r>
            <w:r>
              <w:rPr>
                <w:rFonts w:ascii="Calibri" w:eastAsia="Calibri" w:hAnsi="Calibri" w:cs="Calibri"/>
                <w:i/>
                <w:color w:val="595959"/>
                <w:sz w:val="19"/>
              </w:rPr>
              <w:t xml:space="preserve">   Check off each page as you put it in order.</w:t>
            </w:r>
          </w:p>
        </w:tc>
      </w:tr>
      <w:tr w:rsidR="0075185D" w14:paraId="32CDDD33" w14:textId="77777777">
        <w:tc>
          <w:tcPr>
            <w:tcW w:w="5040" w:type="dxa"/>
            <w:shd w:val="clear" w:color="auto" w:fill="F4F7FA"/>
            <w:tcMar>
              <w:top w:w="30" w:type="dxa"/>
              <w:left w:w="120" w:type="dxa"/>
              <w:bottom w:w="30" w:type="dxa"/>
              <w:right w:w="80" w:type="dxa"/>
            </w:tcMar>
          </w:tcPr>
          <w:p w14:paraId="0751969B" w14:textId="77777777" w:rsidR="002321DE" w:rsidRDefault="00B57BF7">
            <w:r>
              <w:rPr>
                <w:rFonts w:ascii="Calibri" w:eastAsia="Calibri" w:hAnsi="Calibri" w:cs="Calibri"/>
                <w:b/>
                <w:color w:val="1F3A5F"/>
                <w:sz w:val="20"/>
              </w:rPr>
              <w:t>Front</w:t>
            </w:r>
          </w:p>
        </w:tc>
        <w:tc>
          <w:tcPr>
            <w:tcW w:w="5040" w:type="dxa"/>
            <w:shd w:val="clear" w:color="auto" w:fill="F4F7FA"/>
            <w:tcMar>
              <w:top w:w="30" w:type="dxa"/>
              <w:left w:w="120" w:type="dxa"/>
              <w:bottom w:w="30" w:type="dxa"/>
              <w:right w:w="80" w:type="dxa"/>
            </w:tcMar>
          </w:tcPr>
          <w:p w14:paraId="600B767F" w14:textId="77777777" w:rsidR="002321DE" w:rsidRDefault="00B57BF7">
            <w:r>
              <w:rPr>
                <w:rFonts w:ascii="Calibri" w:eastAsia="Calibri" w:hAnsi="Calibri" w:cs="Calibri"/>
                <w:b/>
                <w:color w:val="1F3A5F"/>
                <w:sz w:val="20"/>
              </w:rPr>
              <w:t>Research  (behind its divider)</w:t>
            </w:r>
          </w:p>
        </w:tc>
      </w:tr>
      <w:tr w:rsidR="0075185D" w14:paraId="51D6E238" w14:textId="77777777">
        <w:tc>
          <w:tcPr>
            <w:tcW w:w="5040" w:type="dxa"/>
            <w:tcMar>
              <w:top w:w="50" w:type="dxa"/>
              <w:left w:w="120" w:type="dxa"/>
              <w:bottom w:w="50" w:type="dxa"/>
              <w:right w:w="80" w:type="dxa"/>
            </w:tcMar>
          </w:tcPr>
          <w:p w14:paraId="1EABB90F"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Cover</w:t>
            </w:r>
          </w:p>
          <w:p w14:paraId="3CE72B86"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Dedication</w:t>
            </w:r>
          </w:p>
          <w:p w14:paraId="0B7D7A91"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Table of Contents</w:t>
            </w:r>
          </w:p>
          <w:p w14:paraId="67D3B9B5"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Read the Hero Bios (Step 1)</w:t>
            </w:r>
          </w:p>
          <w:p w14:paraId="408834F6"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Explore Heroes (Step 2)</w:t>
            </w:r>
          </w:p>
          <w:p w14:paraId="4464A3E6"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Why I Chose My Hero (Step 3)</w:t>
            </w:r>
          </w:p>
        </w:tc>
        <w:tc>
          <w:tcPr>
            <w:tcW w:w="5040" w:type="dxa"/>
            <w:tcMar>
              <w:top w:w="50" w:type="dxa"/>
              <w:left w:w="120" w:type="dxa"/>
              <w:bottom w:w="50" w:type="dxa"/>
              <w:right w:w="80" w:type="dxa"/>
            </w:tcMar>
          </w:tcPr>
          <w:p w14:paraId="63F082EC"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Hero Notes (Steps 5–8)</w:t>
            </w:r>
          </w:p>
          <w:p w14:paraId="1CDB85CE"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Timeline (Step 9)</w:t>
            </w:r>
          </w:p>
          <w:p w14:paraId="2CA90328"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My Sources (Step 10)</w:t>
            </w:r>
          </w:p>
          <w:p w14:paraId="6AEAEEC5"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Tell It Back (Step 11)</w:t>
            </w:r>
          </w:p>
        </w:tc>
      </w:tr>
      <w:tr w:rsidR="0075185D" w14:paraId="3ECA394E" w14:textId="77777777">
        <w:tc>
          <w:tcPr>
            <w:tcW w:w="5040" w:type="dxa"/>
            <w:shd w:val="clear" w:color="auto" w:fill="F4F7FA"/>
            <w:tcMar>
              <w:top w:w="30" w:type="dxa"/>
              <w:left w:w="120" w:type="dxa"/>
              <w:bottom w:w="30" w:type="dxa"/>
              <w:right w:w="80" w:type="dxa"/>
            </w:tcMar>
          </w:tcPr>
          <w:p w14:paraId="3BB15257" w14:textId="77777777" w:rsidR="002321DE" w:rsidRDefault="00B57BF7">
            <w:r>
              <w:rPr>
                <w:rFonts w:ascii="Calibri" w:eastAsia="Calibri" w:hAnsi="Calibri" w:cs="Calibri"/>
                <w:b/>
                <w:color w:val="1F3A5F"/>
                <w:sz w:val="20"/>
              </w:rPr>
              <w:t>Reason  (behind its divider)</w:t>
            </w:r>
          </w:p>
        </w:tc>
        <w:tc>
          <w:tcPr>
            <w:tcW w:w="5040" w:type="dxa"/>
            <w:shd w:val="clear" w:color="auto" w:fill="F4F7FA"/>
            <w:tcMar>
              <w:top w:w="30" w:type="dxa"/>
              <w:left w:w="120" w:type="dxa"/>
              <w:bottom w:w="30" w:type="dxa"/>
              <w:right w:w="80" w:type="dxa"/>
            </w:tcMar>
          </w:tcPr>
          <w:p w14:paraId="1CB09ED6" w14:textId="77777777" w:rsidR="002321DE" w:rsidRDefault="00B57BF7">
            <w:r>
              <w:rPr>
                <w:rFonts w:ascii="Calibri" w:eastAsia="Calibri" w:hAnsi="Calibri" w:cs="Calibri"/>
                <w:b/>
                <w:color w:val="1F3A5F"/>
                <w:sz w:val="20"/>
              </w:rPr>
              <w:t>Relate  (behind its divider)</w:t>
            </w:r>
          </w:p>
        </w:tc>
      </w:tr>
      <w:tr w:rsidR="0075185D" w14:paraId="4A9A36F5" w14:textId="77777777">
        <w:tc>
          <w:tcPr>
            <w:tcW w:w="5040" w:type="dxa"/>
            <w:tcMar>
              <w:top w:w="50" w:type="dxa"/>
              <w:left w:w="120" w:type="dxa"/>
              <w:bottom w:w="50" w:type="dxa"/>
              <w:right w:w="80" w:type="dxa"/>
            </w:tcMar>
          </w:tcPr>
          <w:p w14:paraId="6F053CB3"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Character Chart (Steps 12–13)</w:t>
            </w:r>
          </w:p>
          <w:p w14:paraId="36F6974A"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Christlike Attribute (Step 14)</w:t>
            </w:r>
          </w:p>
          <w:p w14:paraId="2D16B9E4"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Favorite Story (Step 15)</w:t>
            </w:r>
          </w:p>
          <w:p w14:paraId="5BE628A8"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Most Important Truths (Step 16)</w:t>
            </w:r>
          </w:p>
          <w:p w14:paraId="27B2A427"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Cause of Christ (Step 17)</w:t>
            </w:r>
          </w:p>
        </w:tc>
        <w:tc>
          <w:tcPr>
            <w:tcW w:w="5040" w:type="dxa"/>
            <w:tcMar>
              <w:top w:w="50" w:type="dxa"/>
              <w:left w:w="120" w:type="dxa"/>
              <w:bottom w:w="50" w:type="dxa"/>
              <w:right w:w="80" w:type="dxa"/>
            </w:tcMar>
          </w:tcPr>
          <w:p w14:paraId="0B502DF5"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Favorite Quotes (Steps 18–19)</w:t>
            </w:r>
          </w:p>
          <w:p w14:paraId="1DFFD5EA"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Attribute Goal (Step 20)</w:t>
            </w:r>
          </w:p>
          <w:p w14:paraId="7ABE378A"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Service Plan (Step 21)</w:t>
            </w:r>
          </w:p>
          <w:p w14:paraId="6E65988C"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Service Log (Step 22)</w:t>
            </w:r>
          </w:p>
        </w:tc>
      </w:tr>
      <w:tr w:rsidR="0075185D" w14:paraId="330B6F59" w14:textId="77777777">
        <w:tc>
          <w:tcPr>
            <w:tcW w:w="5040" w:type="dxa"/>
            <w:shd w:val="clear" w:color="auto" w:fill="F4F7FA"/>
            <w:tcMar>
              <w:top w:w="30" w:type="dxa"/>
              <w:left w:w="120" w:type="dxa"/>
              <w:bottom w:w="30" w:type="dxa"/>
              <w:right w:w="80" w:type="dxa"/>
            </w:tcMar>
          </w:tcPr>
          <w:p w14:paraId="193B37D6" w14:textId="77777777" w:rsidR="002321DE" w:rsidRDefault="00B57BF7">
            <w:r>
              <w:rPr>
                <w:rFonts w:ascii="Calibri" w:eastAsia="Calibri" w:hAnsi="Calibri" w:cs="Calibri"/>
                <w:b/>
                <w:color w:val="1F3A5F"/>
                <w:sz w:val="20"/>
              </w:rPr>
              <w:t>Record  (behind its divider)</w:t>
            </w:r>
          </w:p>
        </w:tc>
        <w:tc>
          <w:tcPr>
            <w:tcW w:w="5040" w:type="dxa"/>
            <w:shd w:val="clear" w:color="auto" w:fill="F4F7FA"/>
            <w:tcMar>
              <w:top w:w="30" w:type="dxa"/>
              <w:left w:w="120" w:type="dxa"/>
              <w:bottom w:w="30" w:type="dxa"/>
              <w:right w:w="80" w:type="dxa"/>
            </w:tcMar>
          </w:tcPr>
          <w:p w14:paraId="0FD9D6A0" w14:textId="77777777" w:rsidR="002321DE" w:rsidRDefault="00B57BF7">
            <w:r>
              <w:rPr>
                <w:rFonts w:ascii="Calibri" w:eastAsia="Calibri" w:hAnsi="Calibri" w:cs="Calibri"/>
                <w:b/>
                <w:color w:val="1F3A5F"/>
                <w:sz w:val="20"/>
              </w:rPr>
              <w:t>Proofreading</w:t>
            </w:r>
          </w:p>
        </w:tc>
      </w:tr>
      <w:tr w:rsidR="0075185D" w14:paraId="44ECFD4F" w14:textId="77777777">
        <w:tc>
          <w:tcPr>
            <w:tcW w:w="5040" w:type="dxa"/>
            <w:tcMar>
              <w:top w:w="50" w:type="dxa"/>
              <w:left w:w="120" w:type="dxa"/>
              <w:bottom w:w="50" w:type="dxa"/>
              <w:right w:w="80" w:type="dxa"/>
            </w:tcMar>
          </w:tcPr>
          <w:p w14:paraId="58BB7E26"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Service Report (Step 23)</w:t>
            </w:r>
          </w:p>
          <w:p w14:paraId="2BE36953"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Memorization (Step 24)</w:t>
            </w:r>
          </w:p>
          <w:p w14:paraId="4E4C4FBF"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Creative Tribute (Steps 25–27)</w:t>
            </w:r>
          </w:p>
          <w:p w14:paraId="609C2DDF"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Me and the Cause of Christ (Step 28)</w:t>
            </w:r>
          </w:p>
          <w:p w14:paraId="6298BBE5"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Better Mastered (Step 29)</w:t>
            </w:r>
          </w:p>
        </w:tc>
        <w:tc>
          <w:tcPr>
            <w:tcW w:w="5040" w:type="dxa"/>
            <w:tcMar>
              <w:top w:w="50" w:type="dxa"/>
              <w:left w:w="120" w:type="dxa"/>
              <w:bottom w:w="50" w:type="dxa"/>
              <w:right w:w="80" w:type="dxa"/>
            </w:tcMar>
          </w:tcPr>
          <w:p w14:paraId="186D3203"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I read my whole notebook aloud.</w:t>
            </w:r>
          </w:p>
          <w:p w14:paraId="30244D32"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Someone else read it.</w:t>
            </w:r>
          </w:p>
          <w:p w14:paraId="7BB2422A"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I fixed spelling and mistakes.</w:t>
            </w:r>
          </w:p>
          <w:p w14:paraId="00A13EA5" w14:textId="77777777" w:rsidR="002321DE" w:rsidRDefault="00B57BF7">
            <w:pPr>
              <w:spacing w:after="40"/>
            </w:pPr>
            <w:r>
              <w:rPr>
                <w:rFonts w:ascii="Segoe UI Symbol" w:eastAsia="Segoe UI Symbol" w:hAnsi="Segoe UI Symbol" w:cs="Segoe UI Symbol"/>
                <w:color w:val="1F3A5F"/>
                <w:sz w:val="21"/>
              </w:rPr>
              <w:t xml:space="preserve">☐  </w:t>
            </w:r>
            <w:r>
              <w:rPr>
                <w:rFonts w:ascii="Calibri" w:eastAsia="Calibri" w:hAnsi="Calibri" w:cs="Calibri"/>
                <w:color w:val="222222"/>
                <w:sz w:val="20"/>
              </w:rPr>
              <w:t>My Table of Contents is filled in.</w:t>
            </w:r>
          </w:p>
        </w:tc>
      </w:tr>
    </w:tbl>
    <w:p w14:paraId="52BE9079" w14:textId="77777777" w:rsidR="002321DE" w:rsidRDefault="002321DE">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584"/>
        <w:gridCol w:w="3456"/>
        <w:gridCol w:w="1584"/>
        <w:gridCol w:w="3456"/>
      </w:tblGrid>
      <w:tr w:rsidR="0075185D" w14:paraId="273BBBAC" w14:textId="77777777">
        <w:tc>
          <w:tcPr>
            <w:tcW w:w="10080" w:type="dxa"/>
            <w:gridSpan w:val="4"/>
            <w:shd w:val="clear" w:color="auto" w:fill="E8EEF5"/>
            <w:tcMar>
              <w:top w:w="50" w:type="dxa"/>
              <w:left w:w="120" w:type="dxa"/>
              <w:bottom w:w="50" w:type="dxa"/>
              <w:right w:w="120" w:type="dxa"/>
            </w:tcMar>
          </w:tcPr>
          <w:p w14:paraId="73B94FEA" w14:textId="77777777" w:rsidR="002321DE" w:rsidRDefault="00B57BF7">
            <w:r>
              <w:rPr>
                <w:rFonts w:ascii="Calibri" w:eastAsia="Calibri" w:hAnsi="Calibri" w:cs="Calibri"/>
                <w:b/>
                <w:color w:val="1F3A5F"/>
                <w:sz w:val="23"/>
              </w:rPr>
              <w:t>Proofreader</w:t>
            </w:r>
          </w:p>
        </w:tc>
      </w:tr>
      <w:tr w:rsidR="0075185D" w14:paraId="6F934F08" w14:textId="77777777">
        <w:trPr>
          <w:trHeight w:val="518"/>
        </w:trPr>
        <w:tc>
          <w:tcPr>
            <w:tcW w:w="1584" w:type="dxa"/>
            <w:shd w:val="clear" w:color="auto" w:fill="F4F7FA"/>
            <w:tcMar>
              <w:top w:w="50" w:type="dxa"/>
              <w:left w:w="100" w:type="dxa"/>
              <w:bottom w:w="50" w:type="dxa"/>
              <w:right w:w="80" w:type="dxa"/>
            </w:tcMar>
          </w:tcPr>
          <w:p w14:paraId="399B6C1C" w14:textId="77777777" w:rsidR="002321DE" w:rsidRDefault="00B57BF7">
            <w:r>
              <w:rPr>
                <w:rFonts w:ascii="Calibri" w:eastAsia="Calibri" w:hAnsi="Calibri" w:cs="Calibri"/>
                <w:b/>
                <w:color w:val="1F3A5F"/>
                <w:sz w:val="20"/>
              </w:rPr>
              <w:t>Name:</w:t>
            </w:r>
          </w:p>
        </w:tc>
        <w:tc>
          <w:tcPr>
            <w:tcW w:w="3456" w:type="dxa"/>
            <w:tcMar>
              <w:top w:w="50" w:type="dxa"/>
              <w:left w:w="100" w:type="dxa"/>
              <w:bottom w:w="50" w:type="dxa"/>
              <w:right w:w="100" w:type="dxa"/>
            </w:tcMar>
          </w:tcPr>
          <w:p w14:paraId="1A8F319C" w14:textId="77777777" w:rsidR="002321DE" w:rsidRDefault="002321DE"/>
        </w:tc>
        <w:tc>
          <w:tcPr>
            <w:tcW w:w="1584" w:type="dxa"/>
            <w:shd w:val="clear" w:color="auto" w:fill="F4F7FA"/>
            <w:tcMar>
              <w:top w:w="50" w:type="dxa"/>
              <w:left w:w="100" w:type="dxa"/>
              <w:bottom w:w="50" w:type="dxa"/>
              <w:right w:w="80" w:type="dxa"/>
            </w:tcMar>
          </w:tcPr>
          <w:p w14:paraId="026EF36F" w14:textId="77777777" w:rsidR="002321DE" w:rsidRDefault="00B57BF7">
            <w:r>
              <w:rPr>
                <w:rFonts w:ascii="Calibri" w:eastAsia="Calibri" w:hAnsi="Calibri" w:cs="Calibri"/>
                <w:b/>
                <w:color w:val="1F3A5F"/>
                <w:sz w:val="20"/>
              </w:rPr>
              <w:t>Signature:</w:t>
            </w:r>
          </w:p>
        </w:tc>
        <w:tc>
          <w:tcPr>
            <w:tcW w:w="3456" w:type="dxa"/>
            <w:tcMar>
              <w:top w:w="50" w:type="dxa"/>
              <w:left w:w="100" w:type="dxa"/>
              <w:bottom w:w="50" w:type="dxa"/>
              <w:right w:w="100" w:type="dxa"/>
            </w:tcMar>
          </w:tcPr>
          <w:p w14:paraId="757DA0EB" w14:textId="77777777" w:rsidR="002321DE" w:rsidRDefault="002321DE"/>
        </w:tc>
      </w:tr>
    </w:tbl>
    <w:p w14:paraId="014BD9D3" w14:textId="77777777" w:rsidR="002321DE" w:rsidRDefault="002321DE">
      <w:pPr>
        <w:spacing w:line="20" w:lineRule="exact"/>
        <w:rPr>
          <w:sz w:val="2"/>
        </w:rPr>
        <w:sectPr w:rsidR="002321DE">
          <w:pgSz w:w="12240" w:h="15840"/>
          <w:pgMar w:top="864" w:right="1080" w:bottom="864" w:left="1080" w:header="720" w:footer="720" w:gutter="0"/>
          <w:cols w:space="720"/>
          <w:docGrid w:linePitch="360"/>
        </w:sect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10080"/>
      </w:tblGrid>
      <w:tr w:rsidR="0075185D" w14:paraId="72E5AE3F" w14:textId="77777777">
        <w:tc>
          <w:tcPr>
            <w:tcW w:w="10080" w:type="dxa"/>
            <w:shd w:val="clear" w:color="auto" w:fill="1F3A5F"/>
            <w:tcMar>
              <w:top w:w="120" w:type="dxa"/>
              <w:left w:w="240" w:type="dxa"/>
              <w:bottom w:w="120" w:type="dxa"/>
              <w:right w:w="240" w:type="dxa"/>
            </w:tcMar>
          </w:tcPr>
          <w:p w14:paraId="55F02721" w14:textId="77777777" w:rsidR="002321DE" w:rsidRDefault="00B57BF7">
            <w:r>
              <w:rPr>
                <w:rFonts w:ascii="Calibri" w:eastAsia="Calibri" w:hAnsi="Calibri" w:cs="Calibri"/>
                <w:b/>
                <w:color w:val="C8D6E5"/>
                <w:sz w:val="20"/>
              </w:rPr>
              <w:lastRenderedPageBreak/>
              <w:t>MASTER PROJECT</w:t>
            </w:r>
          </w:p>
          <w:p w14:paraId="7919EEA8" w14:textId="77777777" w:rsidR="002321DE" w:rsidRDefault="00B57BF7">
            <w:r>
              <w:rPr>
                <w:rFonts w:ascii="Calibri" w:eastAsia="Calibri" w:hAnsi="Calibri" w:cs="Calibri"/>
                <w:b/>
                <w:color w:val="FFFFFF"/>
                <w:sz w:val="64"/>
              </w:rPr>
              <w:t>Dedication</w:t>
            </w:r>
          </w:p>
        </w:tc>
      </w:tr>
    </w:tbl>
    <w:p w14:paraId="705A9375" w14:textId="77777777" w:rsidR="002321DE" w:rsidRDefault="002321DE">
      <w:pPr>
        <w:spacing w:after="200" w:line="264" w:lineRule="auto"/>
      </w:pPr>
    </w:p>
    <w:p w14:paraId="5DD7D0FC" w14:textId="77777777" w:rsidR="002321DE" w:rsidRDefault="00B57BF7">
      <w:pPr>
        <w:spacing w:after="200" w:line="264" w:lineRule="auto"/>
      </w:pPr>
      <w:r>
        <w:rPr>
          <w:rFonts w:eastAsia="Georgia" w:cs="Georgia"/>
          <w:color w:val="595959"/>
          <w:sz w:val="21"/>
        </w:rPr>
        <w:t>Dedicate your Master Project to someone whose life is worthy of such an honor, and explain why you chose them.</w:t>
      </w: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3744"/>
        <w:gridCol w:w="6336"/>
      </w:tblGrid>
      <w:tr w:rsidR="0075185D" w14:paraId="12E748E5" w14:textId="77777777">
        <w:trPr>
          <w:trHeight w:val="720"/>
        </w:trPr>
        <w:tc>
          <w:tcPr>
            <w:tcW w:w="3744" w:type="dxa"/>
            <w:shd w:val="clear" w:color="auto" w:fill="E8EEF5"/>
            <w:tcMar>
              <w:top w:w="50" w:type="dxa"/>
              <w:left w:w="100" w:type="dxa"/>
              <w:bottom w:w="50" w:type="dxa"/>
              <w:right w:w="80" w:type="dxa"/>
            </w:tcMar>
            <w:vAlign w:val="center"/>
          </w:tcPr>
          <w:p w14:paraId="3B793986" w14:textId="77777777" w:rsidR="002321DE" w:rsidRDefault="00B57BF7">
            <w:r>
              <w:rPr>
                <w:rFonts w:ascii="Calibri" w:eastAsia="Calibri" w:hAnsi="Calibri" w:cs="Calibri"/>
                <w:b/>
                <w:color w:val="1F3A5F"/>
                <w:sz w:val="23"/>
              </w:rPr>
              <w:t>I dedicate my Master Project to:</w:t>
            </w:r>
          </w:p>
        </w:tc>
        <w:tc>
          <w:tcPr>
            <w:tcW w:w="6336" w:type="dxa"/>
            <w:tcMar>
              <w:top w:w="50" w:type="dxa"/>
              <w:left w:w="100" w:type="dxa"/>
              <w:bottom w:w="50" w:type="dxa"/>
              <w:right w:w="100" w:type="dxa"/>
            </w:tcMar>
          </w:tcPr>
          <w:p w14:paraId="34A0ABB0" w14:textId="77777777" w:rsidR="002321DE" w:rsidRDefault="002321DE"/>
        </w:tc>
      </w:tr>
    </w:tbl>
    <w:p w14:paraId="4DE43762" w14:textId="77777777" w:rsidR="002321DE" w:rsidRDefault="002321DE">
      <w:pPr>
        <w:spacing w:after="20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75185D" w14:paraId="36E00480" w14:textId="77777777">
        <w:tc>
          <w:tcPr>
            <w:tcW w:w="10080" w:type="dxa"/>
            <w:shd w:val="clear" w:color="auto" w:fill="E8EEF5"/>
            <w:tcMar>
              <w:top w:w="50" w:type="dxa"/>
              <w:left w:w="120" w:type="dxa"/>
              <w:bottom w:w="50" w:type="dxa"/>
              <w:right w:w="120" w:type="dxa"/>
            </w:tcMar>
          </w:tcPr>
          <w:p w14:paraId="472D7B4D" w14:textId="77777777" w:rsidR="002321DE" w:rsidRDefault="00B57BF7">
            <w:r>
              <w:rPr>
                <w:rFonts w:ascii="Calibri" w:eastAsia="Calibri" w:hAnsi="Calibri" w:cs="Calibri"/>
                <w:b/>
                <w:color w:val="1F3A5F"/>
                <w:sz w:val="23"/>
              </w:rPr>
              <w:t>Because…</w:t>
            </w:r>
          </w:p>
        </w:tc>
      </w:tr>
      <w:tr w:rsidR="0075185D" w14:paraId="2C4DE112" w14:textId="77777777">
        <w:trPr>
          <w:trHeight w:val="518"/>
        </w:trPr>
        <w:tc>
          <w:tcPr>
            <w:tcW w:w="10080" w:type="dxa"/>
            <w:tcBorders>
              <w:bottom w:val="single" w:sz="4" w:space="0" w:color="C9D3DD"/>
            </w:tcBorders>
            <w:tcMar>
              <w:top w:w="0" w:type="dxa"/>
              <w:left w:w="120" w:type="dxa"/>
              <w:bottom w:w="0" w:type="dxa"/>
              <w:right w:w="120" w:type="dxa"/>
            </w:tcMar>
          </w:tcPr>
          <w:p w14:paraId="4B197FEF" w14:textId="77777777" w:rsidR="002321DE" w:rsidRDefault="002321DE"/>
        </w:tc>
      </w:tr>
      <w:tr w:rsidR="0075185D" w14:paraId="64D4AB08" w14:textId="77777777">
        <w:trPr>
          <w:trHeight w:val="518"/>
        </w:trPr>
        <w:tc>
          <w:tcPr>
            <w:tcW w:w="10080" w:type="dxa"/>
            <w:tcBorders>
              <w:bottom w:val="single" w:sz="4" w:space="0" w:color="C9D3DD"/>
            </w:tcBorders>
            <w:tcMar>
              <w:top w:w="0" w:type="dxa"/>
              <w:left w:w="120" w:type="dxa"/>
              <w:bottom w:w="0" w:type="dxa"/>
              <w:right w:w="120" w:type="dxa"/>
            </w:tcMar>
          </w:tcPr>
          <w:p w14:paraId="42C042EF" w14:textId="77777777" w:rsidR="002321DE" w:rsidRDefault="002321DE"/>
        </w:tc>
      </w:tr>
      <w:tr w:rsidR="0075185D" w14:paraId="4892810E" w14:textId="77777777">
        <w:trPr>
          <w:trHeight w:val="518"/>
        </w:trPr>
        <w:tc>
          <w:tcPr>
            <w:tcW w:w="10080" w:type="dxa"/>
            <w:tcBorders>
              <w:bottom w:val="single" w:sz="4" w:space="0" w:color="C9D3DD"/>
            </w:tcBorders>
            <w:tcMar>
              <w:top w:w="0" w:type="dxa"/>
              <w:left w:w="120" w:type="dxa"/>
              <w:bottom w:w="0" w:type="dxa"/>
              <w:right w:w="120" w:type="dxa"/>
            </w:tcMar>
          </w:tcPr>
          <w:p w14:paraId="4DB23470" w14:textId="77777777" w:rsidR="002321DE" w:rsidRDefault="002321DE"/>
        </w:tc>
      </w:tr>
      <w:tr w:rsidR="0075185D" w14:paraId="0DD6A5DB" w14:textId="77777777">
        <w:trPr>
          <w:trHeight w:val="518"/>
        </w:trPr>
        <w:tc>
          <w:tcPr>
            <w:tcW w:w="10080" w:type="dxa"/>
            <w:tcBorders>
              <w:bottom w:val="single" w:sz="4" w:space="0" w:color="C9D3DD"/>
            </w:tcBorders>
            <w:tcMar>
              <w:top w:w="0" w:type="dxa"/>
              <w:left w:w="120" w:type="dxa"/>
              <w:bottom w:w="0" w:type="dxa"/>
              <w:right w:w="120" w:type="dxa"/>
            </w:tcMar>
          </w:tcPr>
          <w:p w14:paraId="376DE428" w14:textId="77777777" w:rsidR="002321DE" w:rsidRDefault="002321DE"/>
        </w:tc>
      </w:tr>
      <w:tr w:rsidR="0075185D" w14:paraId="2C9709FA" w14:textId="77777777">
        <w:trPr>
          <w:trHeight w:val="518"/>
        </w:trPr>
        <w:tc>
          <w:tcPr>
            <w:tcW w:w="10080" w:type="dxa"/>
            <w:tcBorders>
              <w:bottom w:val="single" w:sz="4" w:space="0" w:color="C9D3DD"/>
            </w:tcBorders>
            <w:tcMar>
              <w:top w:w="0" w:type="dxa"/>
              <w:left w:w="120" w:type="dxa"/>
              <w:bottom w:w="0" w:type="dxa"/>
              <w:right w:w="120" w:type="dxa"/>
            </w:tcMar>
          </w:tcPr>
          <w:p w14:paraId="7EA5756E" w14:textId="77777777" w:rsidR="002321DE" w:rsidRDefault="002321DE"/>
        </w:tc>
      </w:tr>
      <w:tr w:rsidR="0075185D" w14:paraId="2EA81028" w14:textId="77777777">
        <w:trPr>
          <w:trHeight w:val="518"/>
        </w:trPr>
        <w:tc>
          <w:tcPr>
            <w:tcW w:w="10080" w:type="dxa"/>
            <w:tcBorders>
              <w:bottom w:val="single" w:sz="4" w:space="0" w:color="C9D3DD"/>
            </w:tcBorders>
            <w:tcMar>
              <w:top w:w="0" w:type="dxa"/>
              <w:left w:w="120" w:type="dxa"/>
              <w:bottom w:w="0" w:type="dxa"/>
              <w:right w:w="120" w:type="dxa"/>
            </w:tcMar>
          </w:tcPr>
          <w:p w14:paraId="39668FD1" w14:textId="77777777" w:rsidR="002321DE" w:rsidRDefault="002321DE"/>
        </w:tc>
      </w:tr>
      <w:tr w:rsidR="0075185D" w14:paraId="5F24C015" w14:textId="77777777">
        <w:trPr>
          <w:trHeight w:val="518"/>
        </w:trPr>
        <w:tc>
          <w:tcPr>
            <w:tcW w:w="10080" w:type="dxa"/>
            <w:tcBorders>
              <w:bottom w:val="single" w:sz="4" w:space="0" w:color="C9D3DD"/>
            </w:tcBorders>
            <w:tcMar>
              <w:top w:w="0" w:type="dxa"/>
              <w:left w:w="120" w:type="dxa"/>
              <w:bottom w:w="0" w:type="dxa"/>
              <w:right w:w="120" w:type="dxa"/>
            </w:tcMar>
          </w:tcPr>
          <w:p w14:paraId="00809019" w14:textId="77777777" w:rsidR="002321DE" w:rsidRDefault="002321DE"/>
        </w:tc>
      </w:tr>
      <w:tr w:rsidR="0075185D" w14:paraId="69F24739" w14:textId="77777777">
        <w:trPr>
          <w:trHeight w:val="518"/>
        </w:trPr>
        <w:tc>
          <w:tcPr>
            <w:tcW w:w="10080" w:type="dxa"/>
            <w:tcBorders>
              <w:bottom w:val="single" w:sz="4" w:space="0" w:color="C9D3DD"/>
            </w:tcBorders>
            <w:tcMar>
              <w:top w:w="0" w:type="dxa"/>
              <w:left w:w="120" w:type="dxa"/>
              <w:bottom w:w="0" w:type="dxa"/>
              <w:right w:w="120" w:type="dxa"/>
            </w:tcMar>
          </w:tcPr>
          <w:p w14:paraId="1FE9DDE4" w14:textId="77777777" w:rsidR="002321DE" w:rsidRDefault="002321DE"/>
        </w:tc>
      </w:tr>
      <w:tr w:rsidR="0075185D" w14:paraId="2658348A" w14:textId="77777777">
        <w:trPr>
          <w:trHeight w:val="518"/>
        </w:trPr>
        <w:tc>
          <w:tcPr>
            <w:tcW w:w="10080" w:type="dxa"/>
            <w:tcBorders>
              <w:bottom w:val="single" w:sz="4" w:space="0" w:color="C9D3DD"/>
            </w:tcBorders>
            <w:tcMar>
              <w:top w:w="0" w:type="dxa"/>
              <w:left w:w="120" w:type="dxa"/>
              <w:bottom w:w="0" w:type="dxa"/>
              <w:right w:w="120" w:type="dxa"/>
            </w:tcMar>
          </w:tcPr>
          <w:p w14:paraId="0EA335EB" w14:textId="77777777" w:rsidR="002321DE" w:rsidRDefault="002321DE"/>
        </w:tc>
      </w:tr>
      <w:tr w:rsidR="0075185D" w14:paraId="753D2A91" w14:textId="77777777">
        <w:trPr>
          <w:trHeight w:val="518"/>
        </w:trPr>
        <w:tc>
          <w:tcPr>
            <w:tcW w:w="10080" w:type="dxa"/>
            <w:tcBorders>
              <w:bottom w:val="single" w:sz="4" w:space="0" w:color="C9D3DD"/>
            </w:tcBorders>
            <w:tcMar>
              <w:top w:w="0" w:type="dxa"/>
              <w:left w:w="120" w:type="dxa"/>
              <w:bottom w:w="0" w:type="dxa"/>
              <w:right w:w="120" w:type="dxa"/>
            </w:tcMar>
          </w:tcPr>
          <w:p w14:paraId="20E46681" w14:textId="77777777" w:rsidR="002321DE" w:rsidRDefault="002321DE"/>
        </w:tc>
      </w:tr>
      <w:tr w:rsidR="0075185D" w14:paraId="287600AA" w14:textId="77777777">
        <w:trPr>
          <w:trHeight w:val="518"/>
        </w:trPr>
        <w:tc>
          <w:tcPr>
            <w:tcW w:w="10080" w:type="dxa"/>
            <w:tcBorders>
              <w:bottom w:val="single" w:sz="4" w:space="0" w:color="C9D3DD"/>
            </w:tcBorders>
            <w:tcMar>
              <w:top w:w="0" w:type="dxa"/>
              <w:left w:w="120" w:type="dxa"/>
              <w:bottom w:w="0" w:type="dxa"/>
              <w:right w:w="120" w:type="dxa"/>
            </w:tcMar>
          </w:tcPr>
          <w:p w14:paraId="4696F65C" w14:textId="77777777" w:rsidR="002321DE" w:rsidRDefault="002321DE"/>
        </w:tc>
      </w:tr>
      <w:tr w:rsidR="0075185D" w14:paraId="0733B25C" w14:textId="77777777">
        <w:trPr>
          <w:trHeight w:val="518"/>
        </w:trPr>
        <w:tc>
          <w:tcPr>
            <w:tcW w:w="10080" w:type="dxa"/>
            <w:tcBorders>
              <w:bottom w:val="single" w:sz="4" w:space="0" w:color="C9D3DD"/>
            </w:tcBorders>
            <w:tcMar>
              <w:top w:w="0" w:type="dxa"/>
              <w:left w:w="120" w:type="dxa"/>
              <w:bottom w:w="0" w:type="dxa"/>
              <w:right w:w="120" w:type="dxa"/>
            </w:tcMar>
          </w:tcPr>
          <w:p w14:paraId="52043A0C" w14:textId="77777777" w:rsidR="002321DE" w:rsidRDefault="002321DE"/>
        </w:tc>
      </w:tr>
      <w:tr w:rsidR="0075185D" w14:paraId="00069073" w14:textId="77777777">
        <w:trPr>
          <w:trHeight w:val="518"/>
        </w:trPr>
        <w:tc>
          <w:tcPr>
            <w:tcW w:w="10080" w:type="dxa"/>
            <w:tcBorders>
              <w:bottom w:val="single" w:sz="4" w:space="0" w:color="C9D3DD"/>
            </w:tcBorders>
            <w:tcMar>
              <w:top w:w="0" w:type="dxa"/>
              <w:left w:w="120" w:type="dxa"/>
              <w:bottom w:w="0" w:type="dxa"/>
              <w:right w:w="120" w:type="dxa"/>
            </w:tcMar>
          </w:tcPr>
          <w:p w14:paraId="654E1849" w14:textId="77777777" w:rsidR="002321DE" w:rsidRDefault="002321DE"/>
        </w:tc>
      </w:tr>
      <w:tr w:rsidR="0075185D" w14:paraId="3388968E" w14:textId="77777777">
        <w:trPr>
          <w:trHeight w:val="518"/>
        </w:trPr>
        <w:tc>
          <w:tcPr>
            <w:tcW w:w="10080" w:type="dxa"/>
            <w:tcMar>
              <w:top w:w="0" w:type="dxa"/>
              <w:left w:w="120" w:type="dxa"/>
              <w:bottom w:w="0" w:type="dxa"/>
              <w:right w:w="120" w:type="dxa"/>
            </w:tcMar>
          </w:tcPr>
          <w:p w14:paraId="16E03CC9" w14:textId="77777777" w:rsidR="002321DE" w:rsidRDefault="002321DE"/>
        </w:tc>
      </w:tr>
    </w:tbl>
    <w:p w14:paraId="1A049B2D" w14:textId="77777777" w:rsidR="002321DE" w:rsidRDefault="002321DE">
      <w:pPr>
        <w:spacing w:line="20" w:lineRule="exact"/>
        <w:rPr>
          <w:sz w:val="2"/>
        </w:rPr>
        <w:sectPr w:rsidR="002321DE">
          <w:pgSz w:w="12240" w:h="15840"/>
          <w:pgMar w:top="864" w:right="1080" w:bottom="864" w:left="1080" w:header="720" w:footer="720" w:gutter="0"/>
          <w:cols w:space="720"/>
          <w:docGrid w:linePitch="360"/>
        </w:sect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10080"/>
      </w:tblGrid>
      <w:tr w:rsidR="0075185D" w14:paraId="780F53BB" w14:textId="77777777">
        <w:tc>
          <w:tcPr>
            <w:tcW w:w="10080" w:type="dxa"/>
            <w:shd w:val="clear" w:color="auto" w:fill="1F3A5F"/>
            <w:tcMar>
              <w:top w:w="120" w:type="dxa"/>
              <w:left w:w="240" w:type="dxa"/>
              <w:bottom w:w="120" w:type="dxa"/>
              <w:right w:w="240" w:type="dxa"/>
            </w:tcMar>
          </w:tcPr>
          <w:p w14:paraId="3DC1C9A1" w14:textId="77777777" w:rsidR="002321DE" w:rsidRDefault="00B57BF7">
            <w:r>
              <w:rPr>
                <w:rFonts w:ascii="Calibri" w:eastAsia="Calibri" w:hAnsi="Calibri" w:cs="Calibri"/>
                <w:b/>
                <w:color w:val="C8D6E5"/>
                <w:sz w:val="20"/>
              </w:rPr>
              <w:lastRenderedPageBreak/>
              <w:t>MASTER PROJECT</w:t>
            </w:r>
          </w:p>
          <w:p w14:paraId="4E60F121" w14:textId="77777777" w:rsidR="002321DE" w:rsidRDefault="00B57BF7">
            <w:r>
              <w:rPr>
                <w:rFonts w:ascii="Calibri" w:eastAsia="Calibri" w:hAnsi="Calibri" w:cs="Calibri"/>
                <w:b/>
                <w:color w:val="FFFFFF"/>
                <w:sz w:val="64"/>
              </w:rPr>
              <w:t>Table of Contents</w:t>
            </w:r>
          </w:p>
        </w:tc>
      </w:tr>
    </w:tbl>
    <w:p w14:paraId="7F0C177A" w14:textId="77777777" w:rsidR="002321DE" w:rsidRDefault="002321DE">
      <w:pPr>
        <w:spacing w:after="200" w:line="264" w:lineRule="auto"/>
      </w:pPr>
    </w:p>
    <w:tbl>
      <w:tblPr>
        <w:tblW w:w="10080" w:type="dxa"/>
        <w:tblBorders>
          <w:top w:val="single" w:sz="4" w:space="0" w:color="C9D3DD"/>
          <w:left w:val="single" w:sz="4" w:space="0" w:color="C9D3DD"/>
          <w:bottom w:val="single" w:sz="4" w:space="0" w:color="C9D3DD"/>
          <w:right w:val="single" w:sz="4" w:space="0" w:color="C9D3DD"/>
          <w:insideH w:val="single" w:sz="4" w:space="0" w:color="C9D3DD"/>
          <w:insideV w:val="single" w:sz="4" w:space="0" w:color="C9D3DD"/>
        </w:tblBorders>
        <w:tblLayout w:type="fixed"/>
        <w:tblLook w:val="04A0" w:firstRow="1" w:lastRow="0" w:firstColumn="1" w:lastColumn="0" w:noHBand="0" w:noVBand="1"/>
      </w:tblPr>
      <w:tblGrid>
        <w:gridCol w:w="8352"/>
        <w:gridCol w:w="1728"/>
      </w:tblGrid>
      <w:tr w:rsidR="0075185D" w14:paraId="7362CA8D" w14:textId="77777777">
        <w:tc>
          <w:tcPr>
            <w:tcW w:w="8352" w:type="dxa"/>
            <w:shd w:val="clear" w:color="auto" w:fill="1F3A5F"/>
            <w:tcMar>
              <w:top w:w="40" w:type="dxa"/>
              <w:left w:w="120" w:type="dxa"/>
              <w:bottom w:w="40" w:type="dxa"/>
              <w:right w:w="120" w:type="dxa"/>
            </w:tcMar>
          </w:tcPr>
          <w:p w14:paraId="0DEDAEC4" w14:textId="77777777" w:rsidR="002321DE" w:rsidRDefault="00B57BF7">
            <w:r>
              <w:rPr>
                <w:rFonts w:ascii="Calibri" w:eastAsia="Calibri" w:hAnsi="Calibri" w:cs="Calibri"/>
                <w:b/>
                <w:color w:val="FFFFFF"/>
                <w:sz w:val="20"/>
              </w:rPr>
              <w:t>Section</w:t>
            </w:r>
          </w:p>
        </w:tc>
        <w:tc>
          <w:tcPr>
            <w:tcW w:w="1728" w:type="dxa"/>
            <w:shd w:val="clear" w:color="auto" w:fill="1F3A5F"/>
            <w:tcMar>
              <w:top w:w="40" w:type="dxa"/>
              <w:left w:w="120" w:type="dxa"/>
              <w:bottom w:w="40" w:type="dxa"/>
              <w:right w:w="120" w:type="dxa"/>
            </w:tcMar>
          </w:tcPr>
          <w:p w14:paraId="72564A06" w14:textId="77777777" w:rsidR="002321DE" w:rsidRDefault="00B57BF7">
            <w:r>
              <w:rPr>
                <w:rFonts w:ascii="Calibri" w:eastAsia="Calibri" w:hAnsi="Calibri" w:cs="Calibri"/>
                <w:b/>
                <w:color w:val="FFFFFF"/>
                <w:sz w:val="20"/>
              </w:rPr>
              <w:t>Page</w:t>
            </w:r>
          </w:p>
        </w:tc>
      </w:tr>
      <w:tr w:rsidR="0075185D" w14:paraId="6415AB43" w14:textId="77777777">
        <w:trPr>
          <w:trHeight w:val="432"/>
        </w:trPr>
        <w:tc>
          <w:tcPr>
            <w:tcW w:w="8352" w:type="dxa"/>
            <w:tcMar>
              <w:top w:w="20" w:type="dxa"/>
              <w:left w:w="360" w:type="dxa"/>
              <w:bottom w:w="20" w:type="dxa"/>
              <w:right w:w="100" w:type="dxa"/>
            </w:tcMar>
          </w:tcPr>
          <w:p w14:paraId="30018586" w14:textId="77777777" w:rsidR="002321DE" w:rsidRDefault="00B57BF7">
            <w:r>
              <w:rPr>
                <w:rFonts w:ascii="Calibri" w:eastAsia="Calibri" w:hAnsi="Calibri" w:cs="Calibri"/>
                <w:color w:val="222222"/>
                <w:sz w:val="20"/>
              </w:rPr>
              <w:t>Dedication</w:t>
            </w:r>
          </w:p>
        </w:tc>
        <w:tc>
          <w:tcPr>
            <w:tcW w:w="1728" w:type="dxa"/>
          </w:tcPr>
          <w:p w14:paraId="456C3AB9" w14:textId="77777777" w:rsidR="002321DE" w:rsidRDefault="002321DE"/>
        </w:tc>
      </w:tr>
      <w:tr w:rsidR="0075185D" w14:paraId="5E2CD5AA" w14:textId="77777777">
        <w:trPr>
          <w:trHeight w:val="432"/>
        </w:trPr>
        <w:tc>
          <w:tcPr>
            <w:tcW w:w="8352" w:type="dxa"/>
            <w:tcMar>
              <w:top w:w="20" w:type="dxa"/>
              <w:left w:w="360" w:type="dxa"/>
              <w:bottom w:w="20" w:type="dxa"/>
              <w:right w:w="100" w:type="dxa"/>
            </w:tcMar>
          </w:tcPr>
          <w:p w14:paraId="2E58244C" w14:textId="77777777" w:rsidR="002321DE" w:rsidRDefault="00B57BF7">
            <w:r>
              <w:rPr>
                <w:rFonts w:ascii="Calibri" w:eastAsia="Calibri" w:hAnsi="Calibri" w:cs="Calibri"/>
                <w:color w:val="222222"/>
                <w:sz w:val="20"/>
              </w:rPr>
              <w:t>Read the Hero Bios</w:t>
            </w:r>
          </w:p>
        </w:tc>
        <w:tc>
          <w:tcPr>
            <w:tcW w:w="1728" w:type="dxa"/>
          </w:tcPr>
          <w:p w14:paraId="06755439" w14:textId="77777777" w:rsidR="002321DE" w:rsidRDefault="002321DE"/>
        </w:tc>
      </w:tr>
      <w:tr w:rsidR="0075185D" w14:paraId="3F003350" w14:textId="77777777">
        <w:trPr>
          <w:trHeight w:val="432"/>
        </w:trPr>
        <w:tc>
          <w:tcPr>
            <w:tcW w:w="8352" w:type="dxa"/>
            <w:tcMar>
              <w:top w:w="20" w:type="dxa"/>
              <w:left w:w="360" w:type="dxa"/>
              <w:bottom w:w="20" w:type="dxa"/>
              <w:right w:w="100" w:type="dxa"/>
            </w:tcMar>
          </w:tcPr>
          <w:p w14:paraId="790DB51E" w14:textId="77777777" w:rsidR="002321DE" w:rsidRDefault="00B57BF7">
            <w:r>
              <w:rPr>
                <w:rFonts w:ascii="Calibri" w:eastAsia="Calibri" w:hAnsi="Calibri" w:cs="Calibri"/>
                <w:color w:val="222222"/>
                <w:sz w:val="20"/>
              </w:rPr>
              <w:t>Explore Heroes</w:t>
            </w:r>
          </w:p>
        </w:tc>
        <w:tc>
          <w:tcPr>
            <w:tcW w:w="1728" w:type="dxa"/>
          </w:tcPr>
          <w:p w14:paraId="1DEA425A" w14:textId="77777777" w:rsidR="002321DE" w:rsidRDefault="002321DE"/>
        </w:tc>
      </w:tr>
      <w:tr w:rsidR="0075185D" w14:paraId="16C2A733" w14:textId="77777777">
        <w:trPr>
          <w:trHeight w:val="432"/>
        </w:trPr>
        <w:tc>
          <w:tcPr>
            <w:tcW w:w="8352" w:type="dxa"/>
            <w:tcMar>
              <w:top w:w="20" w:type="dxa"/>
              <w:left w:w="360" w:type="dxa"/>
              <w:bottom w:w="20" w:type="dxa"/>
              <w:right w:w="100" w:type="dxa"/>
            </w:tcMar>
          </w:tcPr>
          <w:p w14:paraId="05BD5BE2" w14:textId="77777777" w:rsidR="002321DE" w:rsidRDefault="00B57BF7">
            <w:r>
              <w:rPr>
                <w:rFonts w:ascii="Calibri" w:eastAsia="Calibri" w:hAnsi="Calibri" w:cs="Calibri"/>
                <w:color w:val="222222"/>
                <w:sz w:val="20"/>
              </w:rPr>
              <w:t>Why I Chose My Hero</w:t>
            </w:r>
          </w:p>
        </w:tc>
        <w:tc>
          <w:tcPr>
            <w:tcW w:w="1728" w:type="dxa"/>
          </w:tcPr>
          <w:p w14:paraId="4C7A9C15" w14:textId="77777777" w:rsidR="002321DE" w:rsidRDefault="002321DE"/>
        </w:tc>
      </w:tr>
      <w:tr w:rsidR="0075185D" w14:paraId="15DA7964" w14:textId="77777777">
        <w:trPr>
          <w:trHeight w:val="432"/>
        </w:trPr>
        <w:tc>
          <w:tcPr>
            <w:tcW w:w="8352" w:type="dxa"/>
            <w:shd w:val="clear" w:color="auto" w:fill="E8EEF5"/>
            <w:tcMar>
              <w:top w:w="20" w:type="dxa"/>
              <w:left w:w="120" w:type="dxa"/>
              <w:bottom w:w="20" w:type="dxa"/>
              <w:right w:w="100" w:type="dxa"/>
            </w:tcMar>
          </w:tcPr>
          <w:p w14:paraId="449513A3" w14:textId="77777777" w:rsidR="002321DE" w:rsidRDefault="00B57BF7">
            <w:r>
              <w:rPr>
                <w:rFonts w:ascii="Calibri" w:eastAsia="Calibri" w:hAnsi="Calibri" w:cs="Calibri"/>
                <w:b/>
                <w:color w:val="1F3A5F"/>
                <w:sz w:val="20"/>
              </w:rPr>
              <w:t>RESEARCH</w:t>
            </w:r>
          </w:p>
        </w:tc>
        <w:tc>
          <w:tcPr>
            <w:tcW w:w="1728" w:type="dxa"/>
            <w:shd w:val="clear" w:color="auto" w:fill="E8EEF5"/>
          </w:tcPr>
          <w:p w14:paraId="261F3254" w14:textId="77777777" w:rsidR="002321DE" w:rsidRDefault="002321DE"/>
        </w:tc>
      </w:tr>
      <w:tr w:rsidR="0075185D" w14:paraId="5DE07E3C" w14:textId="77777777">
        <w:trPr>
          <w:trHeight w:val="432"/>
        </w:trPr>
        <w:tc>
          <w:tcPr>
            <w:tcW w:w="8352" w:type="dxa"/>
            <w:tcMar>
              <w:top w:w="20" w:type="dxa"/>
              <w:left w:w="360" w:type="dxa"/>
              <w:bottom w:w="20" w:type="dxa"/>
              <w:right w:w="100" w:type="dxa"/>
            </w:tcMar>
          </w:tcPr>
          <w:p w14:paraId="796F9FA1" w14:textId="77777777" w:rsidR="002321DE" w:rsidRDefault="00B57BF7">
            <w:r>
              <w:rPr>
                <w:rFonts w:ascii="Calibri" w:eastAsia="Calibri" w:hAnsi="Calibri" w:cs="Calibri"/>
                <w:color w:val="222222"/>
                <w:sz w:val="20"/>
              </w:rPr>
              <w:t>Hero Notes</w:t>
            </w:r>
          </w:p>
        </w:tc>
        <w:tc>
          <w:tcPr>
            <w:tcW w:w="1728" w:type="dxa"/>
          </w:tcPr>
          <w:p w14:paraId="4A4BED6E" w14:textId="77777777" w:rsidR="002321DE" w:rsidRDefault="002321DE"/>
        </w:tc>
      </w:tr>
      <w:tr w:rsidR="0075185D" w14:paraId="187F1760" w14:textId="77777777">
        <w:trPr>
          <w:trHeight w:val="432"/>
        </w:trPr>
        <w:tc>
          <w:tcPr>
            <w:tcW w:w="8352" w:type="dxa"/>
            <w:tcMar>
              <w:top w:w="20" w:type="dxa"/>
              <w:left w:w="360" w:type="dxa"/>
              <w:bottom w:w="20" w:type="dxa"/>
              <w:right w:w="100" w:type="dxa"/>
            </w:tcMar>
          </w:tcPr>
          <w:p w14:paraId="0857A582" w14:textId="77777777" w:rsidR="002321DE" w:rsidRDefault="00B57BF7">
            <w:r>
              <w:rPr>
                <w:rFonts w:ascii="Calibri" w:eastAsia="Calibri" w:hAnsi="Calibri" w:cs="Calibri"/>
                <w:color w:val="222222"/>
                <w:sz w:val="20"/>
              </w:rPr>
              <w:t>Timeline</w:t>
            </w:r>
          </w:p>
        </w:tc>
        <w:tc>
          <w:tcPr>
            <w:tcW w:w="1728" w:type="dxa"/>
          </w:tcPr>
          <w:p w14:paraId="25751A4F" w14:textId="77777777" w:rsidR="002321DE" w:rsidRDefault="002321DE"/>
        </w:tc>
      </w:tr>
      <w:tr w:rsidR="0075185D" w14:paraId="27F80A16" w14:textId="77777777">
        <w:trPr>
          <w:trHeight w:val="432"/>
        </w:trPr>
        <w:tc>
          <w:tcPr>
            <w:tcW w:w="8352" w:type="dxa"/>
            <w:tcMar>
              <w:top w:w="20" w:type="dxa"/>
              <w:left w:w="360" w:type="dxa"/>
              <w:bottom w:w="20" w:type="dxa"/>
              <w:right w:w="100" w:type="dxa"/>
            </w:tcMar>
          </w:tcPr>
          <w:p w14:paraId="5EB08D13" w14:textId="77777777" w:rsidR="002321DE" w:rsidRDefault="00B57BF7">
            <w:r>
              <w:rPr>
                <w:rFonts w:ascii="Calibri" w:eastAsia="Calibri" w:hAnsi="Calibri" w:cs="Calibri"/>
                <w:color w:val="222222"/>
                <w:sz w:val="20"/>
              </w:rPr>
              <w:t>My Sources</w:t>
            </w:r>
          </w:p>
        </w:tc>
        <w:tc>
          <w:tcPr>
            <w:tcW w:w="1728" w:type="dxa"/>
          </w:tcPr>
          <w:p w14:paraId="3620EB84" w14:textId="77777777" w:rsidR="002321DE" w:rsidRDefault="002321DE"/>
        </w:tc>
      </w:tr>
      <w:tr w:rsidR="0075185D" w14:paraId="22EBB0C9" w14:textId="77777777">
        <w:trPr>
          <w:trHeight w:val="432"/>
        </w:trPr>
        <w:tc>
          <w:tcPr>
            <w:tcW w:w="8352" w:type="dxa"/>
            <w:tcMar>
              <w:top w:w="20" w:type="dxa"/>
              <w:left w:w="360" w:type="dxa"/>
              <w:bottom w:w="20" w:type="dxa"/>
              <w:right w:w="100" w:type="dxa"/>
            </w:tcMar>
          </w:tcPr>
          <w:p w14:paraId="71A7AD61" w14:textId="77777777" w:rsidR="002321DE" w:rsidRDefault="00B57BF7">
            <w:r>
              <w:rPr>
                <w:rFonts w:ascii="Calibri" w:eastAsia="Calibri" w:hAnsi="Calibri" w:cs="Calibri"/>
                <w:color w:val="222222"/>
                <w:sz w:val="20"/>
              </w:rPr>
              <w:t>Tell It Back</w:t>
            </w:r>
          </w:p>
        </w:tc>
        <w:tc>
          <w:tcPr>
            <w:tcW w:w="1728" w:type="dxa"/>
          </w:tcPr>
          <w:p w14:paraId="48B355B4" w14:textId="77777777" w:rsidR="002321DE" w:rsidRDefault="002321DE"/>
        </w:tc>
      </w:tr>
      <w:tr w:rsidR="0075185D" w14:paraId="62806F6C" w14:textId="77777777">
        <w:trPr>
          <w:trHeight w:val="432"/>
        </w:trPr>
        <w:tc>
          <w:tcPr>
            <w:tcW w:w="8352" w:type="dxa"/>
            <w:shd w:val="clear" w:color="auto" w:fill="E8EEF5"/>
            <w:tcMar>
              <w:top w:w="20" w:type="dxa"/>
              <w:left w:w="120" w:type="dxa"/>
              <w:bottom w:w="20" w:type="dxa"/>
              <w:right w:w="100" w:type="dxa"/>
            </w:tcMar>
          </w:tcPr>
          <w:p w14:paraId="46E9D30E" w14:textId="77777777" w:rsidR="002321DE" w:rsidRDefault="00B57BF7">
            <w:r>
              <w:rPr>
                <w:rFonts w:ascii="Calibri" w:eastAsia="Calibri" w:hAnsi="Calibri" w:cs="Calibri"/>
                <w:b/>
                <w:color w:val="1F3A5F"/>
                <w:sz w:val="20"/>
              </w:rPr>
              <w:t>REASON</w:t>
            </w:r>
          </w:p>
        </w:tc>
        <w:tc>
          <w:tcPr>
            <w:tcW w:w="1728" w:type="dxa"/>
            <w:shd w:val="clear" w:color="auto" w:fill="E8EEF5"/>
          </w:tcPr>
          <w:p w14:paraId="1352973B" w14:textId="77777777" w:rsidR="002321DE" w:rsidRDefault="002321DE"/>
        </w:tc>
      </w:tr>
      <w:tr w:rsidR="0075185D" w14:paraId="20340AE8" w14:textId="77777777">
        <w:trPr>
          <w:trHeight w:val="432"/>
        </w:trPr>
        <w:tc>
          <w:tcPr>
            <w:tcW w:w="8352" w:type="dxa"/>
            <w:tcMar>
              <w:top w:w="20" w:type="dxa"/>
              <w:left w:w="360" w:type="dxa"/>
              <w:bottom w:w="20" w:type="dxa"/>
              <w:right w:w="100" w:type="dxa"/>
            </w:tcMar>
          </w:tcPr>
          <w:p w14:paraId="743F7CE4" w14:textId="77777777" w:rsidR="002321DE" w:rsidRDefault="00B57BF7">
            <w:r>
              <w:rPr>
                <w:rFonts w:ascii="Calibri" w:eastAsia="Calibri" w:hAnsi="Calibri" w:cs="Calibri"/>
                <w:color w:val="222222"/>
                <w:sz w:val="20"/>
              </w:rPr>
              <w:t>Character Chart</w:t>
            </w:r>
          </w:p>
        </w:tc>
        <w:tc>
          <w:tcPr>
            <w:tcW w:w="1728" w:type="dxa"/>
          </w:tcPr>
          <w:p w14:paraId="42A71DEE" w14:textId="77777777" w:rsidR="002321DE" w:rsidRDefault="002321DE"/>
        </w:tc>
      </w:tr>
      <w:tr w:rsidR="0075185D" w14:paraId="4A829F9D" w14:textId="77777777">
        <w:trPr>
          <w:trHeight w:val="432"/>
        </w:trPr>
        <w:tc>
          <w:tcPr>
            <w:tcW w:w="8352" w:type="dxa"/>
            <w:tcMar>
              <w:top w:w="20" w:type="dxa"/>
              <w:left w:w="360" w:type="dxa"/>
              <w:bottom w:w="20" w:type="dxa"/>
              <w:right w:w="100" w:type="dxa"/>
            </w:tcMar>
          </w:tcPr>
          <w:p w14:paraId="079318C9" w14:textId="77777777" w:rsidR="002321DE" w:rsidRDefault="00B57BF7">
            <w:r>
              <w:rPr>
                <w:rFonts w:ascii="Calibri" w:eastAsia="Calibri" w:hAnsi="Calibri" w:cs="Calibri"/>
                <w:color w:val="222222"/>
                <w:sz w:val="20"/>
              </w:rPr>
              <w:t>My Hero's Christlike Attribute</w:t>
            </w:r>
          </w:p>
        </w:tc>
        <w:tc>
          <w:tcPr>
            <w:tcW w:w="1728" w:type="dxa"/>
          </w:tcPr>
          <w:p w14:paraId="312A9AD5" w14:textId="77777777" w:rsidR="002321DE" w:rsidRDefault="002321DE"/>
        </w:tc>
      </w:tr>
      <w:tr w:rsidR="0075185D" w14:paraId="7E1FDFD2" w14:textId="77777777">
        <w:trPr>
          <w:trHeight w:val="432"/>
        </w:trPr>
        <w:tc>
          <w:tcPr>
            <w:tcW w:w="8352" w:type="dxa"/>
            <w:tcMar>
              <w:top w:w="20" w:type="dxa"/>
              <w:left w:w="360" w:type="dxa"/>
              <w:bottom w:w="20" w:type="dxa"/>
              <w:right w:w="100" w:type="dxa"/>
            </w:tcMar>
          </w:tcPr>
          <w:p w14:paraId="103239C2" w14:textId="77777777" w:rsidR="002321DE" w:rsidRDefault="00B57BF7">
            <w:r>
              <w:rPr>
                <w:rFonts w:ascii="Calibri" w:eastAsia="Calibri" w:hAnsi="Calibri" w:cs="Calibri"/>
                <w:color w:val="222222"/>
                <w:sz w:val="20"/>
              </w:rPr>
              <w:t>Favorite Story</w:t>
            </w:r>
          </w:p>
        </w:tc>
        <w:tc>
          <w:tcPr>
            <w:tcW w:w="1728" w:type="dxa"/>
          </w:tcPr>
          <w:p w14:paraId="71DE7448" w14:textId="77777777" w:rsidR="002321DE" w:rsidRDefault="002321DE"/>
        </w:tc>
      </w:tr>
      <w:tr w:rsidR="0075185D" w14:paraId="734D45D2" w14:textId="77777777">
        <w:trPr>
          <w:trHeight w:val="432"/>
        </w:trPr>
        <w:tc>
          <w:tcPr>
            <w:tcW w:w="8352" w:type="dxa"/>
            <w:tcMar>
              <w:top w:w="20" w:type="dxa"/>
              <w:left w:w="360" w:type="dxa"/>
              <w:bottom w:w="20" w:type="dxa"/>
              <w:right w:w="100" w:type="dxa"/>
            </w:tcMar>
          </w:tcPr>
          <w:p w14:paraId="27DA6A42" w14:textId="77777777" w:rsidR="002321DE" w:rsidRDefault="00B57BF7">
            <w:r>
              <w:rPr>
                <w:rFonts w:ascii="Calibri" w:eastAsia="Calibri" w:hAnsi="Calibri" w:cs="Calibri"/>
                <w:color w:val="222222"/>
                <w:sz w:val="20"/>
              </w:rPr>
              <w:t>Most Important Truths</w:t>
            </w:r>
          </w:p>
        </w:tc>
        <w:tc>
          <w:tcPr>
            <w:tcW w:w="1728" w:type="dxa"/>
          </w:tcPr>
          <w:p w14:paraId="012B4045" w14:textId="77777777" w:rsidR="002321DE" w:rsidRDefault="002321DE"/>
        </w:tc>
      </w:tr>
      <w:tr w:rsidR="0075185D" w14:paraId="1F6D57D5" w14:textId="77777777">
        <w:trPr>
          <w:trHeight w:val="432"/>
        </w:trPr>
        <w:tc>
          <w:tcPr>
            <w:tcW w:w="8352" w:type="dxa"/>
            <w:tcMar>
              <w:top w:w="20" w:type="dxa"/>
              <w:left w:w="360" w:type="dxa"/>
              <w:bottom w:w="20" w:type="dxa"/>
              <w:right w:w="100" w:type="dxa"/>
            </w:tcMar>
          </w:tcPr>
          <w:p w14:paraId="767C7050" w14:textId="77777777" w:rsidR="002321DE" w:rsidRDefault="00B57BF7">
            <w:r>
              <w:rPr>
                <w:rFonts w:ascii="Calibri" w:eastAsia="Calibri" w:hAnsi="Calibri" w:cs="Calibri"/>
                <w:color w:val="222222"/>
                <w:sz w:val="20"/>
              </w:rPr>
              <w:t>How My Hero Moved Forward the Cause of Christ</w:t>
            </w:r>
          </w:p>
        </w:tc>
        <w:tc>
          <w:tcPr>
            <w:tcW w:w="1728" w:type="dxa"/>
          </w:tcPr>
          <w:p w14:paraId="1EEDAF5D" w14:textId="77777777" w:rsidR="002321DE" w:rsidRDefault="002321DE"/>
        </w:tc>
      </w:tr>
      <w:tr w:rsidR="0075185D" w14:paraId="6878FDBF" w14:textId="77777777">
        <w:trPr>
          <w:trHeight w:val="432"/>
        </w:trPr>
        <w:tc>
          <w:tcPr>
            <w:tcW w:w="8352" w:type="dxa"/>
            <w:shd w:val="clear" w:color="auto" w:fill="E8EEF5"/>
            <w:tcMar>
              <w:top w:w="20" w:type="dxa"/>
              <w:left w:w="120" w:type="dxa"/>
              <w:bottom w:w="20" w:type="dxa"/>
              <w:right w:w="100" w:type="dxa"/>
            </w:tcMar>
          </w:tcPr>
          <w:p w14:paraId="40CF4013" w14:textId="77777777" w:rsidR="002321DE" w:rsidRDefault="00B57BF7">
            <w:r>
              <w:rPr>
                <w:rFonts w:ascii="Calibri" w:eastAsia="Calibri" w:hAnsi="Calibri" w:cs="Calibri"/>
                <w:b/>
                <w:color w:val="1F3A5F"/>
                <w:sz w:val="20"/>
              </w:rPr>
              <w:t>RELATE</w:t>
            </w:r>
          </w:p>
        </w:tc>
        <w:tc>
          <w:tcPr>
            <w:tcW w:w="1728" w:type="dxa"/>
            <w:shd w:val="clear" w:color="auto" w:fill="E8EEF5"/>
          </w:tcPr>
          <w:p w14:paraId="69D9ED7F" w14:textId="77777777" w:rsidR="002321DE" w:rsidRDefault="002321DE"/>
        </w:tc>
      </w:tr>
      <w:tr w:rsidR="0075185D" w14:paraId="72B309FC" w14:textId="77777777">
        <w:trPr>
          <w:trHeight w:val="432"/>
        </w:trPr>
        <w:tc>
          <w:tcPr>
            <w:tcW w:w="8352" w:type="dxa"/>
            <w:tcMar>
              <w:top w:w="20" w:type="dxa"/>
              <w:left w:w="360" w:type="dxa"/>
              <w:bottom w:w="20" w:type="dxa"/>
              <w:right w:w="100" w:type="dxa"/>
            </w:tcMar>
          </w:tcPr>
          <w:p w14:paraId="04AB75B6" w14:textId="77777777" w:rsidR="002321DE" w:rsidRDefault="00B57BF7">
            <w:r>
              <w:rPr>
                <w:rFonts w:ascii="Calibri" w:eastAsia="Calibri" w:hAnsi="Calibri" w:cs="Calibri"/>
                <w:color w:val="222222"/>
                <w:sz w:val="20"/>
              </w:rPr>
              <w:t>Favorite Quotes</w:t>
            </w:r>
          </w:p>
        </w:tc>
        <w:tc>
          <w:tcPr>
            <w:tcW w:w="1728" w:type="dxa"/>
          </w:tcPr>
          <w:p w14:paraId="40CF7B1E" w14:textId="77777777" w:rsidR="002321DE" w:rsidRDefault="002321DE"/>
        </w:tc>
      </w:tr>
      <w:tr w:rsidR="0075185D" w14:paraId="11707061" w14:textId="77777777">
        <w:trPr>
          <w:trHeight w:val="432"/>
        </w:trPr>
        <w:tc>
          <w:tcPr>
            <w:tcW w:w="8352" w:type="dxa"/>
            <w:tcMar>
              <w:top w:w="20" w:type="dxa"/>
              <w:left w:w="360" w:type="dxa"/>
              <w:bottom w:w="20" w:type="dxa"/>
              <w:right w:w="100" w:type="dxa"/>
            </w:tcMar>
          </w:tcPr>
          <w:p w14:paraId="5992EB73" w14:textId="77777777" w:rsidR="002321DE" w:rsidRDefault="00B57BF7">
            <w:r>
              <w:rPr>
                <w:rFonts w:ascii="Calibri" w:eastAsia="Calibri" w:hAnsi="Calibri" w:cs="Calibri"/>
                <w:color w:val="222222"/>
                <w:sz w:val="20"/>
              </w:rPr>
              <w:t>An Attribute I Will Develop</w:t>
            </w:r>
          </w:p>
        </w:tc>
        <w:tc>
          <w:tcPr>
            <w:tcW w:w="1728" w:type="dxa"/>
          </w:tcPr>
          <w:p w14:paraId="745F91FC" w14:textId="77777777" w:rsidR="002321DE" w:rsidRDefault="002321DE"/>
        </w:tc>
      </w:tr>
      <w:tr w:rsidR="0075185D" w14:paraId="6337DE56" w14:textId="77777777">
        <w:trPr>
          <w:trHeight w:val="432"/>
        </w:trPr>
        <w:tc>
          <w:tcPr>
            <w:tcW w:w="8352" w:type="dxa"/>
            <w:tcMar>
              <w:top w:w="20" w:type="dxa"/>
              <w:left w:w="360" w:type="dxa"/>
              <w:bottom w:w="20" w:type="dxa"/>
              <w:right w:w="100" w:type="dxa"/>
            </w:tcMar>
          </w:tcPr>
          <w:p w14:paraId="2193E812" w14:textId="77777777" w:rsidR="002321DE" w:rsidRDefault="00B57BF7">
            <w:r>
              <w:rPr>
                <w:rFonts w:ascii="Calibri" w:eastAsia="Calibri" w:hAnsi="Calibri" w:cs="Calibri"/>
                <w:color w:val="222222"/>
                <w:sz w:val="20"/>
              </w:rPr>
              <w:t>Service Plan and Log</w:t>
            </w:r>
          </w:p>
        </w:tc>
        <w:tc>
          <w:tcPr>
            <w:tcW w:w="1728" w:type="dxa"/>
          </w:tcPr>
          <w:p w14:paraId="423AC22C" w14:textId="77777777" w:rsidR="002321DE" w:rsidRDefault="002321DE"/>
        </w:tc>
      </w:tr>
      <w:tr w:rsidR="0075185D" w14:paraId="67C24A4C" w14:textId="77777777">
        <w:trPr>
          <w:trHeight w:val="432"/>
        </w:trPr>
        <w:tc>
          <w:tcPr>
            <w:tcW w:w="8352" w:type="dxa"/>
            <w:shd w:val="clear" w:color="auto" w:fill="E8EEF5"/>
            <w:tcMar>
              <w:top w:w="20" w:type="dxa"/>
              <w:left w:w="120" w:type="dxa"/>
              <w:bottom w:w="20" w:type="dxa"/>
              <w:right w:w="100" w:type="dxa"/>
            </w:tcMar>
          </w:tcPr>
          <w:p w14:paraId="7159669A" w14:textId="77777777" w:rsidR="002321DE" w:rsidRDefault="00B57BF7">
            <w:r>
              <w:rPr>
                <w:rFonts w:ascii="Calibri" w:eastAsia="Calibri" w:hAnsi="Calibri" w:cs="Calibri"/>
                <w:b/>
                <w:color w:val="1F3A5F"/>
                <w:sz w:val="20"/>
              </w:rPr>
              <w:t>RECORD</w:t>
            </w:r>
          </w:p>
        </w:tc>
        <w:tc>
          <w:tcPr>
            <w:tcW w:w="1728" w:type="dxa"/>
            <w:shd w:val="clear" w:color="auto" w:fill="E8EEF5"/>
          </w:tcPr>
          <w:p w14:paraId="0DC2083A" w14:textId="77777777" w:rsidR="002321DE" w:rsidRDefault="002321DE"/>
        </w:tc>
      </w:tr>
      <w:tr w:rsidR="0075185D" w14:paraId="6D38B440" w14:textId="77777777">
        <w:trPr>
          <w:trHeight w:val="432"/>
        </w:trPr>
        <w:tc>
          <w:tcPr>
            <w:tcW w:w="8352" w:type="dxa"/>
            <w:tcMar>
              <w:top w:w="20" w:type="dxa"/>
              <w:left w:w="360" w:type="dxa"/>
              <w:bottom w:w="20" w:type="dxa"/>
              <w:right w:w="100" w:type="dxa"/>
            </w:tcMar>
          </w:tcPr>
          <w:p w14:paraId="23A92C6A" w14:textId="77777777" w:rsidR="002321DE" w:rsidRDefault="00B57BF7">
            <w:r>
              <w:rPr>
                <w:rFonts w:ascii="Calibri" w:eastAsia="Calibri" w:hAnsi="Calibri" w:cs="Calibri"/>
                <w:color w:val="222222"/>
                <w:sz w:val="20"/>
              </w:rPr>
              <w:t>Service Report</w:t>
            </w:r>
          </w:p>
        </w:tc>
        <w:tc>
          <w:tcPr>
            <w:tcW w:w="1728" w:type="dxa"/>
          </w:tcPr>
          <w:p w14:paraId="2C199A14" w14:textId="77777777" w:rsidR="002321DE" w:rsidRDefault="002321DE"/>
        </w:tc>
      </w:tr>
      <w:tr w:rsidR="0075185D" w14:paraId="144E9D28" w14:textId="77777777">
        <w:trPr>
          <w:trHeight w:val="432"/>
        </w:trPr>
        <w:tc>
          <w:tcPr>
            <w:tcW w:w="8352" w:type="dxa"/>
            <w:tcMar>
              <w:top w:w="20" w:type="dxa"/>
              <w:left w:w="360" w:type="dxa"/>
              <w:bottom w:w="20" w:type="dxa"/>
              <w:right w:w="100" w:type="dxa"/>
            </w:tcMar>
          </w:tcPr>
          <w:p w14:paraId="3367E3ED" w14:textId="77777777" w:rsidR="002321DE" w:rsidRDefault="00B57BF7">
            <w:r>
              <w:rPr>
                <w:rFonts w:ascii="Calibri" w:eastAsia="Calibri" w:hAnsi="Calibri" w:cs="Calibri"/>
                <w:color w:val="222222"/>
                <w:sz w:val="20"/>
              </w:rPr>
              <w:t>Memorization</w:t>
            </w:r>
          </w:p>
        </w:tc>
        <w:tc>
          <w:tcPr>
            <w:tcW w:w="1728" w:type="dxa"/>
          </w:tcPr>
          <w:p w14:paraId="339FCB7F" w14:textId="77777777" w:rsidR="002321DE" w:rsidRDefault="002321DE"/>
        </w:tc>
      </w:tr>
      <w:tr w:rsidR="0075185D" w14:paraId="6753B624" w14:textId="77777777">
        <w:trPr>
          <w:trHeight w:val="432"/>
        </w:trPr>
        <w:tc>
          <w:tcPr>
            <w:tcW w:w="8352" w:type="dxa"/>
            <w:tcMar>
              <w:top w:w="20" w:type="dxa"/>
              <w:left w:w="360" w:type="dxa"/>
              <w:bottom w:w="20" w:type="dxa"/>
              <w:right w:w="100" w:type="dxa"/>
            </w:tcMar>
          </w:tcPr>
          <w:p w14:paraId="26EFCF17" w14:textId="77777777" w:rsidR="002321DE" w:rsidRDefault="00B57BF7">
            <w:r>
              <w:rPr>
                <w:rFonts w:ascii="Calibri" w:eastAsia="Calibri" w:hAnsi="Calibri" w:cs="Calibri"/>
                <w:color w:val="222222"/>
                <w:sz w:val="20"/>
              </w:rPr>
              <w:t>Creative Tribute</w:t>
            </w:r>
          </w:p>
        </w:tc>
        <w:tc>
          <w:tcPr>
            <w:tcW w:w="1728" w:type="dxa"/>
          </w:tcPr>
          <w:p w14:paraId="58E86ABD" w14:textId="77777777" w:rsidR="002321DE" w:rsidRDefault="002321DE"/>
        </w:tc>
      </w:tr>
      <w:tr w:rsidR="0075185D" w14:paraId="5F0B98C8" w14:textId="77777777">
        <w:trPr>
          <w:trHeight w:val="432"/>
        </w:trPr>
        <w:tc>
          <w:tcPr>
            <w:tcW w:w="8352" w:type="dxa"/>
            <w:tcMar>
              <w:top w:w="20" w:type="dxa"/>
              <w:left w:w="360" w:type="dxa"/>
              <w:bottom w:w="20" w:type="dxa"/>
              <w:right w:w="100" w:type="dxa"/>
            </w:tcMar>
          </w:tcPr>
          <w:p w14:paraId="117F68FC" w14:textId="77777777" w:rsidR="002321DE" w:rsidRDefault="00B57BF7">
            <w:r>
              <w:rPr>
                <w:rFonts w:ascii="Calibri" w:eastAsia="Calibri" w:hAnsi="Calibri" w:cs="Calibri"/>
                <w:color w:val="222222"/>
                <w:sz w:val="20"/>
              </w:rPr>
              <w:t>Me and the Cause of Christ</w:t>
            </w:r>
          </w:p>
        </w:tc>
        <w:tc>
          <w:tcPr>
            <w:tcW w:w="1728" w:type="dxa"/>
          </w:tcPr>
          <w:p w14:paraId="5FEB4038" w14:textId="77777777" w:rsidR="002321DE" w:rsidRDefault="002321DE"/>
        </w:tc>
      </w:tr>
      <w:tr w:rsidR="0075185D" w14:paraId="738BA27F" w14:textId="77777777">
        <w:trPr>
          <w:trHeight w:val="432"/>
        </w:trPr>
        <w:tc>
          <w:tcPr>
            <w:tcW w:w="8352" w:type="dxa"/>
            <w:tcMar>
              <w:top w:w="20" w:type="dxa"/>
              <w:left w:w="360" w:type="dxa"/>
              <w:bottom w:w="20" w:type="dxa"/>
              <w:right w:w="100" w:type="dxa"/>
            </w:tcMar>
          </w:tcPr>
          <w:p w14:paraId="5AF114D6" w14:textId="77777777" w:rsidR="002321DE" w:rsidRDefault="00B57BF7">
            <w:r>
              <w:rPr>
                <w:rFonts w:ascii="Calibri" w:eastAsia="Calibri" w:hAnsi="Calibri" w:cs="Calibri"/>
                <w:color w:val="222222"/>
                <w:sz w:val="20"/>
              </w:rPr>
              <w:lastRenderedPageBreak/>
              <w:t>What I Have Better Mastered</w:t>
            </w:r>
          </w:p>
        </w:tc>
        <w:tc>
          <w:tcPr>
            <w:tcW w:w="1728" w:type="dxa"/>
          </w:tcPr>
          <w:p w14:paraId="6DB929F6" w14:textId="77777777" w:rsidR="002321DE" w:rsidRDefault="002321DE"/>
        </w:tc>
      </w:tr>
    </w:tbl>
    <w:p w14:paraId="4EE5E423"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48D399C9" w14:textId="77777777">
        <w:tc>
          <w:tcPr>
            <w:tcW w:w="7632" w:type="dxa"/>
            <w:shd w:val="clear" w:color="auto" w:fill="1F3A5F"/>
            <w:tcMar>
              <w:top w:w="90" w:type="dxa"/>
              <w:left w:w="140" w:type="dxa"/>
              <w:bottom w:w="90" w:type="dxa"/>
              <w:right w:w="140" w:type="dxa"/>
            </w:tcMar>
            <w:vAlign w:val="center"/>
          </w:tcPr>
          <w:p w14:paraId="646DF23F" w14:textId="77777777" w:rsidR="002321DE" w:rsidRDefault="00B57BF7">
            <w:r>
              <w:rPr>
                <w:rFonts w:ascii="Calibri" w:eastAsia="Calibri" w:hAnsi="Calibri" w:cs="Calibri"/>
                <w:b/>
                <w:color w:val="C8D6E5"/>
                <w:sz w:val="18"/>
              </w:rPr>
              <w:t>PRESENT  ·  STEP 31</w:t>
            </w:r>
          </w:p>
          <w:p w14:paraId="68F34B6D" w14:textId="77777777" w:rsidR="002321DE" w:rsidRDefault="00B57BF7">
            <w:r>
              <w:rPr>
                <w:rFonts w:ascii="Calibri" w:eastAsia="Calibri" w:hAnsi="Calibri" w:cs="Calibri"/>
                <w:b/>
                <w:color w:val="FFFFFF"/>
                <w:sz w:val="40"/>
              </w:rPr>
              <w:t>Prepare Your Presentation</w:t>
            </w:r>
          </w:p>
        </w:tc>
        <w:tc>
          <w:tcPr>
            <w:tcW w:w="2448" w:type="dxa"/>
            <w:shd w:val="clear" w:color="auto" w:fill="1F3A5F"/>
            <w:tcMar>
              <w:top w:w="90" w:type="dxa"/>
              <w:left w:w="140" w:type="dxa"/>
              <w:bottom w:w="90" w:type="dxa"/>
              <w:right w:w="140" w:type="dxa"/>
            </w:tcMar>
            <w:vAlign w:val="center"/>
          </w:tcPr>
          <w:p w14:paraId="58A18E0E" w14:textId="77777777" w:rsidR="002321DE" w:rsidRDefault="00B57BF7">
            <w:pPr>
              <w:jc w:val="right"/>
            </w:pPr>
            <w:r>
              <w:rPr>
                <w:rFonts w:ascii="Calibri" w:eastAsia="Calibri" w:hAnsi="Calibri" w:cs="Calibri"/>
                <w:color w:val="C8D6E5"/>
                <w:sz w:val="18"/>
              </w:rPr>
              <w:t>About 20–30 minutes</w:t>
            </w:r>
          </w:p>
        </w:tc>
      </w:tr>
    </w:tbl>
    <w:p w14:paraId="78BF80AB" w14:textId="77777777" w:rsidR="002321DE" w:rsidRDefault="002321DE">
      <w:pPr>
        <w:spacing w:line="264" w:lineRule="auto"/>
      </w:pPr>
    </w:p>
    <w:p w14:paraId="65B8195A"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Get ready to share your hero with others.</w:t>
      </w:r>
    </w:p>
    <w:p w14:paraId="62B18DDA" w14:textId="77777777" w:rsidR="002321DE" w:rsidRDefault="002321DE">
      <w:pPr>
        <w:spacing w:line="264" w:lineRule="auto"/>
      </w:pPr>
    </w:p>
    <w:p w14:paraId="509BBD36" w14:textId="77777777" w:rsidR="002321DE" w:rsidRDefault="00B57BF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75185D" w14:paraId="7ED2878B" w14:textId="77777777">
        <w:tc>
          <w:tcPr>
            <w:tcW w:w="504" w:type="dxa"/>
            <w:tcMar>
              <w:top w:w="20" w:type="dxa"/>
              <w:left w:w="20" w:type="dxa"/>
              <w:bottom w:w="20" w:type="dxa"/>
              <w:right w:w="20" w:type="dxa"/>
            </w:tcMar>
          </w:tcPr>
          <w:p w14:paraId="01B6925E" w14:textId="77777777" w:rsidR="002321DE" w:rsidRDefault="00B57BF7">
            <w:r>
              <w:rPr>
                <w:rFonts w:ascii="Calibri" w:eastAsia="Calibri" w:hAnsi="Calibri" w:cs="Calibri"/>
                <w:b/>
                <w:color w:val="1F3A5F"/>
                <w:sz w:val="21"/>
              </w:rPr>
              <w:t>1.</w:t>
            </w:r>
          </w:p>
        </w:tc>
        <w:tc>
          <w:tcPr>
            <w:tcW w:w="9576" w:type="dxa"/>
            <w:tcMar>
              <w:top w:w="20" w:type="dxa"/>
              <w:left w:w="40" w:type="dxa"/>
              <w:bottom w:w="20" w:type="dxa"/>
              <w:right w:w="40" w:type="dxa"/>
            </w:tcMar>
          </w:tcPr>
          <w:p w14:paraId="5419DA24" w14:textId="77777777" w:rsidR="002321DE" w:rsidRDefault="00B57BF7">
            <w:r>
              <w:rPr>
                <w:rFonts w:eastAsia="Georgia" w:cs="Georgia"/>
                <w:color w:val="222222"/>
                <w:sz w:val="21"/>
              </w:rPr>
              <w:t>Plan a 5–7 minute presentation. Write a few key words for each part below.</w:t>
            </w:r>
          </w:p>
        </w:tc>
      </w:tr>
      <w:tr w:rsidR="0075185D" w14:paraId="70AC81CD" w14:textId="77777777">
        <w:tc>
          <w:tcPr>
            <w:tcW w:w="504" w:type="dxa"/>
            <w:tcMar>
              <w:top w:w="20" w:type="dxa"/>
              <w:left w:w="20" w:type="dxa"/>
              <w:bottom w:w="20" w:type="dxa"/>
              <w:right w:w="20" w:type="dxa"/>
            </w:tcMar>
          </w:tcPr>
          <w:p w14:paraId="6DA6E8FD" w14:textId="77777777" w:rsidR="002321DE" w:rsidRDefault="00B57BF7">
            <w:r>
              <w:rPr>
                <w:rFonts w:ascii="Calibri" w:eastAsia="Calibri" w:hAnsi="Calibri" w:cs="Calibri"/>
                <w:b/>
                <w:color w:val="1F3A5F"/>
                <w:sz w:val="21"/>
              </w:rPr>
              <w:t>2.</w:t>
            </w:r>
          </w:p>
        </w:tc>
        <w:tc>
          <w:tcPr>
            <w:tcW w:w="9576" w:type="dxa"/>
            <w:tcMar>
              <w:top w:w="20" w:type="dxa"/>
              <w:left w:w="40" w:type="dxa"/>
              <w:bottom w:w="20" w:type="dxa"/>
              <w:right w:w="40" w:type="dxa"/>
            </w:tcMar>
          </w:tcPr>
          <w:p w14:paraId="374517BD" w14:textId="77777777" w:rsidR="002321DE" w:rsidRDefault="00B57BF7">
            <w:r>
              <w:rPr>
                <w:rFonts w:eastAsia="Georgia" w:cs="Georgia"/>
                <w:color w:val="222222"/>
                <w:sz w:val="21"/>
              </w:rPr>
              <w:t>Choose images and short video clips to include. Slides are optional.</w:t>
            </w:r>
          </w:p>
        </w:tc>
      </w:tr>
      <w:tr w:rsidR="0075185D" w14:paraId="074011B2" w14:textId="77777777">
        <w:tc>
          <w:tcPr>
            <w:tcW w:w="504" w:type="dxa"/>
            <w:tcMar>
              <w:top w:w="20" w:type="dxa"/>
              <w:left w:w="20" w:type="dxa"/>
              <w:bottom w:w="20" w:type="dxa"/>
              <w:right w:w="20" w:type="dxa"/>
            </w:tcMar>
          </w:tcPr>
          <w:p w14:paraId="24FC9501" w14:textId="77777777" w:rsidR="002321DE" w:rsidRDefault="00B57BF7">
            <w:r>
              <w:rPr>
                <w:rFonts w:ascii="Calibri" w:eastAsia="Calibri" w:hAnsi="Calibri" w:cs="Calibri"/>
                <w:b/>
                <w:color w:val="1F3A5F"/>
                <w:sz w:val="21"/>
              </w:rPr>
              <w:t>3.</w:t>
            </w:r>
          </w:p>
        </w:tc>
        <w:tc>
          <w:tcPr>
            <w:tcW w:w="9576" w:type="dxa"/>
            <w:tcMar>
              <w:top w:w="20" w:type="dxa"/>
              <w:left w:w="40" w:type="dxa"/>
              <w:bottom w:w="20" w:type="dxa"/>
              <w:right w:w="40" w:type="dxa"/>
            </w:tcMar>
          </w:tcPr>
          <w:p w14:paraId="08ED00B0" w14:textId="77777777" w:rsidR="002321DE" w:rsidRDefault="00B57BF7">
            <w:r>
              <w:rPr>
                <w:rFonts w:eastAsia="Georgia" w:cs="Georgia"/>
                <w:color w:val="222222"/>
                <w:sz w:val="21"/>
              </w:rPr>
              <w:t>Rehearse once for a parent, including your memorization, and time it.</w:t>
            </w:r>
          </w:p>
        </w:tc>
      </w:tr>
    </w:tbl>
    <w:p w14:paraId="3FF37E28"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504"/>
        <w:gridCol w:w="5112"/>
        <w:gridCol w:w="4464"/>
      </w:tblGrid>
      <w:tr w:rsidR="0075185D" w14:paraId="361B3802" w14:textId="77777777">
        <w:tc>
          <w:tcPr>
            <w:tcW w:w="10080" w:type="dxa"/>
            <w:gridSpan w:val="3"/>
            <w:shd w:val="clear" w:color="auto" w:fill="E8EEF5"/>
            <w:tcMar>
              <w:top w:w="50" w:type="dxa"/>
              <w:left w:w="120" w:type="dxa"/>
              <w:bottom w:w="50" w:type="dxa"/>
              <w:right w:w="120" w:type="dxa"/>
            </w:tcMar>
          </w:tcPr>
          <w:p w14:paraId="7B3B899D" w14:textId="77777777" w:rsidR="002321DE" w:rsidRDefault="00B57BF7">
            <w:r>
              <w:rPr>
                <w:rFonts w:ascii="Calibri" w:eastAsia="Calibri" w:hAnsi="Calibri" w:cs="Calibri"/>
                <w:b/>
                <w:color w:val="1F3A5F"/>
                <w:sz w:val="23"/>
              </w:rPr>
              <w:t>My Presentation Outline</w:t>
            </w:r>
          </w:p>
        </w:tc>
      </w:tr>
      <w:tr w:rsidR="0075185D" w14:paraId="2C134213" w14:textId="77777777">
        <w:tc>
          <w:tcPr>
            <w:tcW w:w="504" w:type="dxa"/>
            <w:shd w:val="clear" w:color="auto" w:fill="F4F7FA"/>
            <w:tcMar>
              <w:top w:w="40" w:type="dxa"/>
              <w:left w:w="100" w:type="dxa"/>
              <w:bottom w:w="40" w:type="dxa"/>
              <w:right w:w="80" w:type="dxa"/>
            </w:tcMar>
          </w:tcPr>
          <w:p w14:paraId="4D4074D3" w14:textId="77777777" w:rsidR="002321DE" w:rsidRDefault="00B57BF7">
            <w:r>
              <w:rPr>
                <w:rFonts w:ascii="Calibri" w:eastAsia="Calibri" w:hAnsi="Calibri" w:cs="Calibri"/>
                <w:b/>
                <w:color w:val="1F3A5F"/>
                <w:sz w:val="20"/>
              </w:rPr>
              <w:t>#</w:t>
            </w:r>
          </w:p>
        </w:tc>
        <w:tc>
          <w:tcPr>
            <w:tcW w:w="5112" w:type="dxa"/>
            <w:shd w:val="clear" w:color="auto" w:fill="F4F7FA"/>
            <w:tcMar>
              <w:top w:w="40" w:type="dxa"/>
              <w:left w:w="100" w:type="dxa"/>
              <w:bottom w:w="40" w:type="dxa"/>
              <w:right w:w="80" w:type="dxa"/>
            </w:tcMar>
          </w:tcPr>
          <w:p w14:paraId="3CCEA329" w14:textId="77777777" w:rsidR="002321DE" w:rsidRDefault="00B57BF7">
            <w:r>
              <w:rPr>
                <w:rFonts w:ascii="Calibri" w:eastAsia="Calibri" w:hAnsi="Calibri" w:cs="Calibri"/>
                <w:b/>
                <w:color w:val="1F3A5F"/>
                <w:sz w:val="20"/>
              </w:rPr>
              <w:t>Part</w:t>
            </w:r>
          </w:p>
        </w:tc>
        <w:tc>
          <w:tcPr>
            <w:tcW w:w="4464" w:type="dxa"/>
            <w:shd w:val="clear" w:color="auto" w:fill="F4F7FA"/>
            <w:tcMar>
              <w:top w:w="40" w:type="dxa"/>
              <w:left w:w="100" w:type="dxa"/>
              <w:bottom w:w="40" w:type="dxa"/>
              <w:right w:w="80" w:type="dxa"/>
            </w:tcMar>
          </w:tcPr>
          <w:p w14:paraId="5E5633EF" w14:textId="77777777" w:rsidR="002321DE" w:rsidRDefault="00B57BF7">
            <w:r>
              <w:rPr>
                <w:rFonts w:ascii="Calibri" w:eastAsia="Calibri" w:hAnsi="Calibri" w:cs="Calibri"/>
                <w:b/>
                <w:color w:val="1F3A5F"/>
                <w:sz w:val="20"/>
              </w:rPr>
              <w:t>Key words and notes</w:t>
            </w:r>
          </w:p>
        </w:tc>
      </w:tr>
      <w:tr w:rsidR="0075185D" w14:paraId="7AD37E4B" w14:textId="77777777">
        <w:trPr>
          <w:trHeight w:val="576"/>
        </w:trPr>
        <w:tc>
          <w:tcPr>
            <w:tcW w:w="504" w:type="dxa"/>
            <w:shd w:val="clear" w:color="auto" w:fill="F4F7FA"/>
            <w:tcMar>
              <w:top w:w="40" w:type="dxa"/>
              <w:left w:w="100" w:type="dxa"/>
              <w:bottom w:w="40" w:type="dxa"/>
              <w:right w:w="80" w:type="dxa"/>
            </w:tcMar>
          </w:tcPr>
          <w:p w14:paraId="79DA9C1B" w14:textId="77777777" w:rsidR="002321DE" w:rsidRDefault="00B57BF7">
            <w:r>
              <w:rPr>
                <w:rFonts w:ascii="Calibri" w:eastAsia="Calibri" w:hAnsi="Calibri" w:cs="Calibri"/>
                <w:b/>
                <w:color w:val="1F3A5F"/>
                <w:sz w:val="20"/>
              </w:rPr>
              <w:t>1</w:t>
            </w:r>
          </w:p>
        </w:tc>
        <w:tc>
          <w:tcPr>
            <w:tcW w:w="5112" w:type="dxa"/>
            <w:tcMar>
              <w:top w:w="40" w:type="dxa"/>
              <w:left w:w="100" w:type="dxa"/>
              <w:bottom w:w="40" w:type="dxa"/>
              <w:right w:w="80" w:type="dxa"/>
            </w:tcMar>
          </w:tcPr>
          <w:p w14:paraId="52A3A368" w14:textId="77777777" w:rsidR="002321DE" w:rsidRDefault="00B57BF7">
            <w:r>
              <w:rPr>
                <w:rFonts w:ascii="Calibri" w:eastAsia="Calibri" w:hAnsi="Calibri" w:cs="Calibri"/>
                <w:color w:val="222222"/>
                <w:sz w:val="20"/>
              </w:rPr>
              <w:t>Why I chose my hero (Step 3)</w:t>
            </w:r>
          </w:p>
        </w:tc>
        <w:tc>
          <w:tcPr>
            <w:tcW w:w="4464" w:type="dxa"/>
            <w:tcMar>
              <w:top w:w="40" w:type="dxa"/>
              <w:left w:w="100" w:type="dxa"/>
              <w:bottom w:w="40" w:type="dxa"/>
              <w:right w:w="80" w:type="dxa"/>
            </w:tcMar>
          </w:tcPr>
          <w:p w14:paraId="6AC0A053" w14:textId="77777777" w:rsidR="002321DE" w:rsidRDefault="002321DE"/>
        </w:tc>
      </w:tr>
      <w:tr w:rsidR="0075185D" w14:paraId="77DD6FF3" w14:textId="77777777">
        <w:trPr>
          <w:trHeight w:val="576"/>
        </w:trPr>
        <w:tc>
          <w:tcPr>
            <w:tcW w:w="504" w:type="dxa"/>
            <w:shd w:val="clear" w:color="auto" w:fill="F4F7FA"/>
            <w:tcMar>
              <w:top w:w="40" w:type="dxa"/>
              <w:left w:w="100" w:type="dxa"/>
              <w:bottom w:w="40" w:type="dxa"/>
              <w:right w:w="80" w:type="dxa"/>
            </w:tcMar>
          </w:tcPr>
          <w:p w14:paraId="1EA103E6" w14:textId="77777777" w:rsidR="002321DE" w:rsidRDefault="00B57BF7">
            <w:r>
              <w:rPr>
                <w:rFonts w:ascii="Calibri" w:eastAsia="Calibri" w:hAnsi="Calibri" w:cs="Calibri"/>
                <w:b/>
                <w:color w:val="1F3A5F"/>
                <w:sz w:val="20"/>
              </w:rPr>
              <w:t>2</w:t>
            </w:r>
          </w:p>
        </w:tc>
        <w:tc>
          <w:tcPr>
            <w:tcW w:w="5112" w:type="dxa"/>
            <w:tcMar>
              <w:top w:w="40" w:type="dxa"/>
              <w:left w:w="100" w:type="dxa"/>
              <w:bottom w:w="40" w:type="dxa"/>
              <w:right w:w="80" w:type="dxa"/>
            </w:tcMar>
          </w:tcPr>
          <w:p w14:paraId="221F63C0" w14:textId="77777777" w:rsidR="002321DE" w:rsidRDefault="00B57BF7">
            <w:r>
              <w:rPr>
                <w:rFonts w:ascii="Calibri" w:eastAsia="Calibri" w:hAnsi="Calibri" w:cs="Calibri"/>
                <w:color w:val="222222"/>
                <w:sz w:val="20"/>
              </w:rPr>
              <w:t>My hero's story and key events (Step 9)</w:t>
            </w:r>
          </w:p>
        </w:tc>
        <w:tc>
          <w:tcPr>
            <w:tcW w:w="4464" w:type="dxa"/>
            <w:tcMar>
              <w:top w:w="40" w:type="dxa"/>
              <w:left w:w="100" w:type="dxa"/>
              <w:bottom w:w="40" w:type="dxa"/>
              <w:right w:w="80" w:type="dxa"/>
            </w:tcMar>
          </w:tcPr>
          <w:p w14:paraId="29428462" w14:textId="77777777" w:rsidR="002321DE" w:rsidRDefault="002321DE"/>
        </w:tc>
      </w:tr>
      <w:tr w:rsidR="0075185D" w14:paraId="6F28C088" w14:textId="77777777">
        <w:trPr>
          <w:trHeight w:val="576"/>
        </w:trPr>
        <w:tc>
          <w:tcPr>
            <w:tcW w:w="504" w:type="dxa"/>
            <w:shd w:val="clear" w:color="auto" w:fill="F4F7FA"/>
            <w:tcMar>
              <w:top w:w="40" w:type="dxa"/>
              <w:left w:w="100" w:type="dxa"/>
              <w:bottom w:w="40" w:type="dxa"/>
              <w:right w:w="80" w:type="dxa"/>
            </w:tcMar>
          </w:tcPr>
          <w:p w14:paraId="051CC101" w14:textId="77777777" w:rsidR="002321DE" w:rsidRDefault="00B57BF7">
            <w:r>
              <w:rPr>
                <w:rFonts w:ascii="Calibri" w:eastAsia="Calibri" w:hAnsi="Calibri" w:cs="Calibri"/>
                <w:b/>
                <w:color w:val="1F3A5F"/>
                <w:sz w:val="20"/>
              </w:rPr>
              <w:t>3</w:t>
            </w:r>
          </w:p>
        </w:tc>
        <w:tc>
          <w:tcPr>
            <w:tcW w:w="5112" w:type="dxa"/>
            <w:tcMar>
              <w:top w:w="40" w:type="dxa"/>
              <w:left w:w="100" w:type="dxa"/>
              <w:bottom w:w="40" w:type="dxa"/>
              <w:right w:w="80" w:type="dxa"/>
            </w:tcMar>
          </w:tcPr>
          <w:p w14:paraId="3B250347" w14:textId="77777777" w:rsidR="002321DE" w:rsidRDefault="00B57BF7">
            <w:r>
              <w:rPr>
                <w:rFonts w:ascii="Calibri" w:eastAsia="Calibri" w:hAnsi="Calibri" w:cs="Calibri"/>
                <w:color w:val="222222"/>
                <w:sz w:val="20"/>
              </w:rPr>
              <w:t>My hero's Christlike attributes (Steps 12–14)</w:t>
            </w:r>
          </w:p>
        </w:tc>
        <w:tc>
          <w:tcPr>
            <w:tcW w:w="4464" w:type="dxa"/>
            <w:tcMar>
              <w:top w:w="40" w:type="dxa"/>
              <w:left w:w="100" w:type="dxa"/>
              <w:bottom w:w="40" w:type="dxa"/>
              <w:right w:w="80" w:type="dxa"/>
            </w:tcMar>
          </w:tcPr>
          <w:p w14:paraId="15FB9250" w14:textId="77777777" w:rsidR="002321DE" w:rsidRDefault="002321DE"/>
        </w:tc>
      </w:tr>
      <w:tr w:rsidR="0075185D" w14:paraId="5C256CE1" w14:textId="77777777">
        <w:trPr>
          <w:trHeight w:val="576"/>
        </w:trPr>
        <w:tc>
          <w:tcPr>
            <w:tcW w:w="504" w:type="dxa"/>
            <w:shd w:val="clear" w:color="auto" w:fill="F4F7FA"/>
            <w:tcMar>
              <w:top w:w="40" w:type="dxa"/>
              <w:left w:w="100" w:type="dxa"/>
              <w:bottom w:w="40" w:type="dxa"/>
              <w:right w:w="80" w:type="dxa"/>
            </w:tcMar>
          </w:tcPr>
          <w:p w14:paraId="096F0776" w14:textId="77777777" w:rsidR="002321DE" w:rsidRDefault="00B57BF7">
            <w:r>
              <w:rPr>
                <w:rFonts w:ascii="Calibri" w:eastAsia="Calibri" w:hAnsi="Calibri" w:cs="Calibri"/>
                <w:b/>
                <w:color w:val="1F3A5F"/>
                <w:sz w:val="20"/>
              </w:rPr>
              <w:t>4</w:t>
            </w:r>
          </w:p>
        </w:tc>
        <w:tc>
          <w:tcPr>
            <w:tcW w:w="5112" w:type="dxa"/>
            <w:tcMar>
              <w:top w:w="40" w:type="dxa"/>
              <w:left w:w="100" w:type="dxa"/>
              <w:bottom w:w="40" w:type="dxa"/>
              <w:right w:w="80" w:type="dxa"/>
            </w:tcMar>
          </w:tcPr>
          <w:p w14:paraId="037DFC7C" w14:textId="77777777" w:rsidR="002321DE" w:rsidRDefault="00B57BF7">
            <w:r>
              <w:rPr>
                <w:rFonts w:ascii="Calibri" w:eastAsia="Calibri" w:hAnsi="Calibri" w:cs="Calibri"/>
                <w:color w:val="222222"/>
                <w:sz w:val="20"/>
              </w:rPr>
              <w:t>My favorite story (Step 15)</w:t>
            </w:r>
          </w:p>
        </w:tc>
        <w:tc>
          <w:tcPr>
            <w:tcW w:w="4464" w:type="dxa"/>
            <w:tcMar>
              <w:top w:w="40" w:type="dxa"/>
              <w:left w:w="100" w:type="dxa"/>
              <w:bottom w:w="40" w:type="dxa"/>
              <w:right w:w="80" w:type="dxa"/>
            </w:tcMar>
          </w:tcPr>
          <w:p w14:paraId="134BC085" w14:textId="77777777" w:rsidR="002321DE" w:rsidRDefault="002321DE"/>
        </w:tc>
      </w:tr>
      <w:tr w:rsidR="0075185D" w14:paraId="610E550A" w14:textId="77777777">
        <w:trPr>
          <w:trHeight w:val="576"/>
        </w:trPr>
        <w:tc>
          <w:tcPr>
            <w:tcW w:w="504" w:type="dxa"/>
            <w:shd w:val="clear" w:color="auto" w:fill="F4F7FA"/>
            <w:tcMar>
              <w:top w:w="40" w:type="dxa"/>
              <w:left w:w="100" w:type="dxa"/>
              <w:bottom w:w="40" w:type="dxa"/>
              <w:right w:w="80" w:type="dxa"/>
            </w:tcMar>
          </w:tcPr>
          <w:p w14:paraId="22CEE748" w14:textId="77777777" w:rsidR="002321DE" w:rsidRDefault="00B57BF7">
            <w:r>
              <w:rPr>
                <w:rFonts w:ascii="Calibri" w:eastAsia="Calibri" w:hAnsi="Calibri" w:cs="Calibri"/>
                <w:b/>
                <w:color w:val="1F3A5F"/>
                <w:sz w:val="20"/>
              </w:rPr>
              <w:t>5</w:t>
            </w:r>
          </w:p>
        </w:tc>
        <w:tc>
          <w:tcPr>
            <w:tcW w:w="5112" w:type="dxa"/>
            <w:tcMar>
              <w:top w:w="40" w:type="dxa"/>
              <w:left w:w="100" w:type="dxa"/>
              <w:bottom w:w="40" w:type="dxa"/>
              <w:right w:w="80" w:type="dxa"/>
            </w:tcMar>
          </w:tcPr>
          <w:p w14:paraId="768B6C13" w14:textId="77777777" w:rsidR="002321DE" w:rsidRDefault="00B57BF7">
            <w:r>
              <w:rPr>
                <w:rFonts w:ascii="Calibri" w:eastAsia="Calibri" w:hAnsi="Calibri" w:cs="Calibri"/>
                <w:color w:val="222222"/>
                <w:sz w:val="20"/>
              </w:rPr>
              <w:t>How my hero moved forward the Cause of Christ (Step 17)</w:t>
            </w:r>
          </w:p>
        </w:tc>
        <w:tc>
          <w:tcPr>
            <w:tcW w:w="4464" w:type="dxa"/>
            <w:tcMar>
              <w:top w:w="40" w:type="dxa"/>
              <w:left w:w="100" w:type="dxa"/>
              <w:bottom w:w="40" w:type="dxa"/>
              <w:right w:w="80" w:type="dxa"/>
            </w:tcMar>
          </w:tcPr>
          <w:p w14:paraId="5DBE1A93" w14:textId="77777777" w:rsidR="002321DE" w:rsidRDefault="002321DE"/>
        </w:tc>
      </w:tr>
      <w:tr w:rsidR="0075185D" w14:paraId="165B470B" w14:textId="77777777">
        <w:trPr>
          <w:trHeight w:val="576"/>
        </w:trPr>
        <w:tc>
          <w:tcPr>
            <w:tcW w:w="504" w:type="dxa"/>
            <w:shd w:val="clear" w:color="auto" w:fill="F4F7FA"/>
            <w:tcMar>
              <w:top w:w="40" w:type="dxa"/>
              <w:left w:w="100" w:type="dxa"/>
              <w:bottom w:w="40" w:type="dxa"/>
              <w:right w:w="80" w:type="dxa"/>
            </w:tcMar>
          </w:tcPr>
          <w:p w14:paraId="7DE14017" w14:textId="77777777" w:rsidR="002321DE" w:rsidRDefault="00B57BF7">
            <w:r>
              <w:rPr>
                <w:rFonts w:ascii="Calibri" w:eastAsia="Calibri" w:hAnsi="Calibri" w:cs="Calibri"/>
                <w:b/>
                <w:color w:val="1F3A5F"/>
                <w:sz w:val="20"/>
              </w:rPr>
              <w:t>6</w:t>
            </w:r>
          </w:p>
        </w:tc>
        <w:tc>
          <w:tcPr>
            <w:tcW w:w="5112" w:type="dxa"/>
            <w:tcMar>
              <w:top w:w="40" w:type="dxa"/>
              <w:left w:w="100" w:type="dxa"/>
              <w:bottom w:w="40" w:type="dxa"/>
              <w:right w:w="80" w:type="dxa"/>
            </w:tcMar>
          </w:tcPr>
          <w:p w14:paraId="45649BEE" w14:textId="77777777" w:rsidR="002321DE" w:rsidRDefault="00B57BF7">
            <w:r>
              <w:rPr>
                <w:rFonts w:ascii="Calibri" w:eastAsia="Calibri" w:hAnsi="Calibri" w:cs="Calibri"/>
                <w:color w:val="222222"/>
                <w:sz w:val="20"/>
              </w:rPr>
              <w:t>My Creative Tribute (Step 27)</w:t>
            </w:r>
          </w:p>
        </w:tc>
        <w:tc>
          <w:tcPr>
            <w:tcW w:w="4464" w:type="dxa"/>
            <w:tcMar>
              <w:top w:w="40" w:type="dxa"/>
              <w:left w:w="100" w:type="dxa"/>
              <w:bottom w:w="40" w:type="dxa"/>
              <w:right w:w="80" w:type="dxa"/>
            </w:tcMar>
          </w:tcPr>
          <w:p w14:paraId="3FBED0C1" w14:textId="77777777" w:rsidR="002321DE" w:rsidRDefault="002321DE"/>
        </w:tc>
      </w:tr>
      <w:tr w:rsidR="0075185D" w14:paraId="11F33C8D" w14:textId="77777777">
        <w:trPr>
          <w:trHeight w:val="576"/>
        </w:trPr>
        <w:tc>
          <w:tcPr>
            <w:tcW w:w="504" w:type="dxa"/>
            <w:shd w:val="clear" w:color="auto" w:fill="F4F7FA"/>
            <w:tcMar>
              <w:top w:w="40" w:type="dxa"/>
              <w:left w:w="100" w:type="dxa"/>
              <w:bottom w:w="40" w:type="dxa"/>
              <w:right w:w="80" w:type="dxa"/>
            </w:tcMar>
          </w:tcPr>
          <w:p w14:paraId="46C13D0C" w14:textId="77777777" w:rsidR="002321DE" w:rsidRDefault="00B57BF7">
            <w:r>
              <w:rPr>
                <w:rFonts w:ascii="Calibri" w:eastAsia="Calibri" w:hAnsi="Calibri" w:cs="Calibri"/>
                <w:b/>
                <w:color w:val="1F3A5F"/>
                <w:sz w:val="20"/>
              </w:rPr>
              <w:t>7</w:t>
            </w:r>
          </w:p>
        </w:tc>
        <w:tc>
          <w:tcPr>
            <w:tcW w:w="5112" w:type="dxa"/>
            <w:tcMar>
              <w:top w:w="40" w:type="dxa"/>
              <w:left w:w="100" w:type="dxa"/>
              <w:bottom w:w="40" w:type="dxa"/>
              <w:right w:w="80" w:type="dxa"/>
            </w:tcMar>
          </w:tcPr>
          <w:p w14:paraId="7E4FDD35" w14:textId="77777777" w:rsidR="002321DE" w:rsidRDefault="00B57BF7">
            <w:r>
              <w:rPr>
                <w:rFonts w:ascii="Calibri" w:eastAsia="Calibri" w:hAnsi="Calibri" w:cs="Calibri"/>
                <w:color w:val="222222"/>
                <w:sz w:val="20"/>
              </w:rPr>
              <w:t>My service experience (Step 23)</w:t>
            </w:r>
          </w:p>
        </w:tc>
        <w:tc>
          <w:tcPr>
            <w:tcW w:w="4464" w:type="dxa"/>
            <w:tcMar>
              <w:top w:w="40" w:type="dxa"/>
              <w:left w:w="100" w:type="dxa"/>
              <w:bottom w:w="40" w:type="dxa"/>
              <w:right w:w="80" w:type="dxa"/>
            </w:tcMar>
          </w:tcPr>
          <w:p w14:paraId="58E63104" w14:textId="77777777" w:rsidR="002321DE" w:rsidRDefault="002321DE"/>
        </w:tc>
      </w:tr>
      <w:tr w:rsidR="0075185D" w14:paraId="123FE87B" w14:textId="77777777">
        <w:trPr>
          <w:trHeight w:val="576"/>
        </w:trPr>
        <w:tc>
          <w:tcPr>
            <w:tcW w:w="504" w:type="dxa"/>
            <w:shd w:val="clear" w:color="auto" w:fill="F4F7FA"/>
            <w:tcMar>
              <w:top w:w="40" w:type="dxa"/>
              <w:left w:w="100" w:type="dxa"/>
              <w:bottom w:w="40" w:type="dxa"/>
              <w:right w:w="80" w:type="dxa"/>
            </w:tcMar>
          </w:tcPr>
          <w:p w14:paraId="3B669563" w14:textId="77777777" w:rsidR="002321DE" w:rsidRDefault="00B57BF7">
            <w:r>
              <w:rPr>
                <w:rFonts w:ascii="Calibri" w:eastAsia="Calibri" w:hAnsi="Calibri" w:cs="Calibri"/>
                <w:b/>
                <w:color w:val="1F3A5F"/>
                <w:sz w:val="20"/>
              </w:rPr>
              <w:t>8</w:t>
            </w:r>
          </w:p>
        </w:tc>
        <w:tc>
          <w:tcPr>
            <w:tcW w:w="5112" w:type="dxa"/>
            <w:tcMar>
              <w:top w:w="40" w:type="dxa"/>
              <w:left w:w="100" w:type="dxa"/>
              <w:bottom w:w="40" w:type="dxa"/>
              <w:right w:w="80" w:type="dxa"/>
            </w:tcMar>
          </w:tcPr>
          <w:p w14:paraId="697DB83A" w14:textId="77777777" w:rsidR="002321DE" w:rsidRDefault="00B57BF7">
            <w:r>
              <w:rPr>
                <w:rFonts w:ascii="Calibri" w:eastAsia="Calibri" w:hAnsi="Calibri" w:cs="Calibri"/>
                <w:color w:val="222222"/>
                <w:sz w:val="20"/>
              </w:rPr>
              <w:t>My memorization (Step 24)</w:t>
            </w:r>
          </w:p>
        </w:tc>
        <w:tc>
          <w:tcPr>
            <w:tcW w:w="4464" w:type="dxa"/>
            <w:tcMar>
              <w:top w:w="40" w:type="dxa"/>
              <w:left w:w="100" w:type="dxa"/>
              <w:bottom w:w="40" w:type="dxa"/>
              <w:right w:w="80" w:type="dxa"/>
            </w:tcMar>
          </w:tcPr>
          <w:p w14:paraId="17116AEE" w14:textId="77777777" w:rsidR="002321DE" w:rsidRDefault="002321DE"/>
        </w:tc>
      </w:tr>
      <w:tr w:rsidR="0075185D" w14:paraId="233399B4" w14:textId="77777777">
        <w:trPr>
          <w:trHeight w:val="576"/>
        </w:trPr>
        <w:tc>
          <w:tcPr>
            <w:tcW w:w="504" w:type="dxa"/>
            <w:shd w:val="clear" w:color="auto" w:fill="F4F7FA"/>
            <w:tcMar>
              <w:top w:w="40" w:type="dxa"/>
              <w:left w:w="100" w:type="dxa"/>
              <w:bottom w:w="40" w:type="dxa"/>
              <w:right w:w="80" w:type="dxa"/>
            </w:tcMar>
          </w:tcPr>
          <w:p w14:paraId="38C67D1E" w14:textId="77777777" w:rsidR="002321DE" w:rsidRDefault="00B57BF7">
            <w:r>
              <w:rPr>
                <w:rFonts w:ascii="Calibri" w:eastAsia="Calibri" w:hAnsi="Calibri" w:cs="Calibri"/>
                <w:b/>
                <w:color w:val="1F3A5F"/>
                <w:sz w:val="20"/>
              </w:rPr>
              <w:t>9</w:t>
            </w:r>
          </w:p>
        </w:tc>
        <w:tc>
          <w:tcPr>
            <w:tcW w:w="5112" w:type="dxa"/>
            <w:tcMar>
              <w:top w:w="40" w:type="dxa"/>
              <w:left w:w="100" w:type="dxa"/>
              <w:bottom w:w="40" w:type="dxa"/>
              <w:right w:w="80" w:type="dxa"/>
            </w:tcMar>
          </w:tcPr>
          <w:p w14:paraId="31BAB7D9" w14:textId="77777777" w:rsidR="002321DE" w:rsidRDefault="00B57BF7">
            <w:r>
              <w:rPr>
                <w:rFonts w:ascii="Calibri" w:eastAsia="Calibri" w:hAnsi="Calibri" w:cs="Calibri"/>
                <w:color w:val="222222"/>
                <w:sz w:val="20"/>
              </w:rPr>
              <w:t>What I have better mastered (Step 29)</w:t>
            </w:r>
          </w:p>
        </w:tc>
        <w:tc>
          <w:tcPr>
            <w:tcW w:w="4464" w:type="dxa"/>
            <w:tcMar>
              <w:top w:w="40" w:type="dxa"/>
              <w:left w:w="100" w:type="dxa"/>
              <w:bottom w:w="40" w:type="dxa"/>
              <w:right w:w="80" w:type="dxa"/>
            </w:tcMar>
          </w:tcPr>
          <w:p w14:paraId="632BD267" w14:textId="77777777" w:rsidR="002321DE" w:rsidRDefault="002321DE"/>
        </w:tc>
      </w:tr>
    </w:tbl>
    <w:p w14:paraId="0D9C5188" w14:textId="77777777" w:rsidR="002321DE" w:rsidRDefault="002321DE">
      <w:pPr>
        <w:spacing w:after="120" w:line="264" w:lineRule="auto"/>
      </w:pPr>
    </w:p>
    <w:p w14:paraId="40F0784B" w14:textId="77777777" w:rsidR="002321DE" w:rsidRDefault="00B57BF7">
      <w:pPr>
        <w:spacing w:after="40" w:line="264" w:lineRule="auto"/>
      </w:pPr>
      <w:r>
        <w:rPr>
          <w:rFonts w:ascii="Calibri" w:eastAsia="Calibri" w:hAnsi="Calibri" w:cs="Calibri"/>
          <w:b/>
          <w:color w:val="1F3A5F"/>
          <w:sz w:val="26"/>
        </w:rPr>
        <w:t>Visuals I will use</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2808"/>
        <w:gridCol w:w="2664"/>
        <w:gridCol w:w="3024"/>
        <w:gridCol w:w="1584"/>
      </w:tblGrid>
      <w:tr w:rsidR="0075185D" w14:paraId="11E0B749" w14:textId="77777777">
        <w:tc>
          <w:tcPr>
            <w:tcW w:w="2808" w:type="dxa"/>
            <w:tcMar>
              <w:top w:w="20" w:type="dxa"/>
              <w:left w:w="60" w:type="dxa"/>
              <w:bottom w:w="20" w:type="dxa"/>
              <w:right w:w="40" w:type="dxa"/>
            </w:tcMar>
          </w:tcPr>
          <w:p w14:paraId="64439D53" w14:textId="77777777" w:rsidR="002321DE" w:rsidRDefault="00B57BF7">
            <w:r>
              <w:rPr>
                <w:rFonts w:ascii="Segoe UI Symbol" w:eastAsia="Segoe UI Symbol" w:hAnsi="Segoe UI Symbol" w:cs="Segoe UI Symbol"/>
                <w:color w:val="1F3A5F"/>
                <w:sz w:val="24"/>
              </w:rPr>
              <w:t xml:space="preserve">☐  </w:t>
            </w:r>
            <w:r>
              <w:rPr>
                <w:rFonts w:eastAsia="Georgia" w:cs="Georgia"/>
                <w:color w:val="222222"/>
                <w:sz w:val="20"/>
              </w:rPr>
              <w:t>Pictures</w:t>
            </w:r>
          </w:p>
        </w:tc>
        <w:tc>
          <w:tcPr>
            <w:tcW w:w="2664" w:type="dxa"/>
            <w:tcMar>
              <w:top w:w="20" w:type="dxa"/>
              <w:left w:w="60" w:type="dxa"/>
              <w:bottom w:w="20" w:type="dxa"/>
              <w:right w:w="40" w:type="dxa"/>
            </w:tcMar>
          </w:tcPr>
          <w:p w14:paraId="10F76F51" w14:textId="77777777" w:rsidR="002321DE" w:rsidRDefault="00B57BF7">
            <w:r>
              <w:rPr>
                <w:rFonts w:ascii="Segoe UI Symbol" w:eastAsia="Segoe UI Symbol" w:hAnsi="Segoe UI Symbol" w:cs="Segoe UI Symbol"/>
                <w:color w:val="1F3A5F"/>
                <w:sz w:val="24"/>
              </w:rPr>
              <w:t xml:space="preserve">☐  </w:t>
            </w:r>
            <w:r>
              <w:rPr>
                <w:rFonts w:eastAsia="Georgia" w:cs="Georgia"/>
                <w:color w:val="222222"/>
                <w:sz w:val="20"/>
              </w:rPr>
              <w:t>Videos</w:t>
            </w:r>
          </w:p>
        </w:tc>
        <w:tc>
          <w:tcPr>
            <w:tcW w:w="3024" w:type="dxa"/>
            <w:tcMar>
              <w:top w:w="20" w:type="dxa"/>
              <w:left w:w="60" w:type="dxa"/>
              <w:bottom w:w="20" w:type="dxa"/>
              <w:right w:w="40" w:type="dxa"/>
            </w:tcMar>
          </w:tcPr>
          <w:p w14:paraId="7F763B0E" w14:textId="77777777" w:rsidR="002321DE" w:rsidRDefault="00B57BF7">
            <w:r>
              <w:rPr>
                <w:rFonts w:ascii="Segoe UI Symbol" w:eastAsia="Segoe UI Symbol" w:hAnsi="Segoe UI Symbol" w:cs="Segoe UI Symbol"/>
                <w:color w:val="1F3A5F"/>
                <w:sz w:val="24"/>
              </w:rPr>
              <w:t xml:space="preserve">☐  </w:t>
            </w:r>
            <w:r>
              <w:rPr>
                <w:rFonts w:eastAsia="Georgia" w:cs="Georgia"/>
                <w:color w:val="222222"/>
                <w:sz w:val="20"/>
              </w:rPr>
              <w:t>Master Project Binder</w:t>
            </w:r>
          </w:p>
        </w:tc>
        <w:tc>
          <w:tcPr>
            <w:tcW w:w="1584" w:type="dxa"/>
            <w:tcMar>
              <w:top w:w="20" w:type="dxa"/>
              <w:left w:w="60" w:type="dxa"/>
              <w:bottom w:w="20" w:type="dxa"/>
              <w:right w:w="40" w:type="dxa"/>
            </w:tcMar>
          </w:tcPr>
          <w:p w14:paraId="75C496F9" w14:textId="77777777" w:rsidR="002321DE" w:rsidRDefault="00B57BF7">
            <w:r>
              <w:rPr>
                <w:rFonts w:ascii="Segoe UI Symbol" w:eastAsia="Segoe UI Symbol" w:hAnsi="Segoe UI Symbol" w:cs="Segoe UI Symbol"/>
                <w:color w:val="1F3A5F"/>
                <w:sz w:val="24"/>
              </w:rPr>
              <w:t xml:space="preserve">☐  </w:t>
            </w:r>
            <w:r>
              <w:rPr>
                <w:rFonts w:eastAsia="Georgia" w:cs="Georgia"/>
                <w:color w:val="222222"/>
                <w:sz w:val="20"/>
              </w:rPr>
              <w:t>Slides</w:t>
            </w:r>
          </w:p>
        </w:tc>
      </w:tr>
    </w:tbl>
    <w:p w14:paraId="74E4237D" w14:textId="77777777" w:rsidR="002321DE" w:rsidRDefault="002321DE">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872"/>
        <w:gridCol w:w="3168"/>
        <w:gridCol w:w="1872"/>
        <w:gridCol w:w="3168"/>
      </w:tblGrid>
      <w:tr w:rsidR="0075185D" w14:paraId="7B94F786" w14:textId="77777777">
        <w:tc>
          <w:tcPr>
            <w:tcW w:w="10080" w:type="dxa"/>
            <w:gridSpan w:val="4"/>
            <w:shd w:val="clear" w:color="auto" w:fill="E8EEF5"/>
            <w:tcMar>
              <w:top w:w="50" w:type="dxa"/>
              <w:left w:w="120" w:type="dxa"/>
              <w:bottom w:w="50" w:type="dxa"/>
              <w:right w:w="120" w:type="dxa"/>
            </w:tcMar>
          </w:tcPr>
          <w:p w14:paraId="6F32668C" w14:textId="77777777" w:rsidR="002321DE" w:rsidRDefault="00B57BF7">
            <w:r>
              <w:rPr>
                <w:rFonts w:ascii="Calibri" w:eastAsia="Calibri" w:hAnsi="Calibri" w:cs="Calibri"/>
                <w:b/>
                <w:color w:val="1F3A5F"/>
                <w:sz w:val="23"/>
              </w:rPr>
              <w:t>Rehearsal Sign-Off</w:t>
            </w:r>
          </w:p>
        </w:tc>
      </w:tr>
      <w:tr w:rsidR="0075185D" w14:paraId="4E511848" w14:textId="77777777">
        <w:trPr>
          <w:trHeight w:val="518"/>
        </w:trPr>
        <w:tc>
          <w:tcPr>
            <w:tcW w:w="1872" w:type="dxa"/>
            <w:shd w:val="clear" w:color="auto" w:fill="F4F7FA"/>
            <w:tcMar>
              <w:top w:w="50" w:type="dxa"/>
              <w:left w:w="100" w:type="dxa"/>
              <w:bottom w:w="50" w:type="dxa"/>
              <w:right w:w="80" w:type="dxa"/>
            </w:tcMar>
          </w:tcPr>
          <w:p w14:paraId="1CE8DAD3" w14:textId="77777777" w:rsidR="002321DE" w:rsidRDefault="00B57BF7">
            <w:r>
              <w:rPr>
                <w:rFonts w:ascii="Calibri" w:eastAsia="Calibri" w:hAnsi="Calibri" w:cs="Calibri"/>
                <w:b/>
                <w:color w:val="1F3A5F"/>
                <w:sz w:val="20"/>
              </w:rPr>
              <w:t>Listener name:</w:t>
            </w:r>
          </w:p>
        </w:tc>
        <w:tc>
          <w:tcPr>
            <w:tcW w:w="3168" w:type="dxa"/>
            <w:tcMar>
              <w:top w:w="50" w:type="dxa"/>
              <w:left w:w="100" w:type="dxa"/>
              <w:bottom w:w="50" w:type="dxa"/>
              <w:right w:w="100" w:type="dxa"/>
            </w:tcMar>
          </w:tcPr>
          <w:p w14:paraId="2C1F8FF8" w14:textId="77777777" w:rsidR="002321DE" w:rsidRDefault="002321DE"/>
        </w:tc>
        <w:tc>
          <w:tcPr>
            <w:tcW w:w="1872" w:type="dxa"/>
            <w:shd w:val="clear" w:color="auto" w:fill="F4F7FA"/>
            <w:tcMar>
              <w:top w:w="50" w:type="dxa"/>
              <w:left w:w="100" w:type="dxa"/>
              <w:bottom w:w="50" w:type="dxa"/>
              <w:right w:w="80" w:type="dxa"/>
            </w:tcMar>
          </w:tcPr>
          <w:p w14:paraId="51E2E33A" w14:textId="77777777" w:rsidR="002321DE" w:rsidRDefault="00B57BF7">
            <w:r>
              <w:rPr>
                <w:rFonts w:ascii="Calibri" w:eastAsia="Calibri" w:hAnsi="Calibri" w:cs="Calibri"/>
                <w:b/>
                <w:color w:val="1F3A5F"/>
                <w:sz w:val="20"/>
              </w:rPr>
              <w:t>Signature:</w:t>
            </w:r>
          </w:p>
        </w:tc>
        <w:tc>
          <w:tcPr>
            <w:tcW w:w="3168" w:type="dxa"/>
            <w:tcMar>
              <w:top w:w="50" w:type="dxa"/>
              <w:left w:w="100" w:type="dxa"/>
              <w:bottom w:w="50" w:type="dxa"/>
              <w:right w:w="100" w:type="dxa"/>
            </w:tcMar>
          </w:tcPr>
          <w:p w14:paraId="08340283" w14:textId="77777777" w:rsidR="002321DE" w:rsidRDefault="002321DE"/>
        </w:tc>
      </w:tr>
      <w:tr w:rsidR="0075185D" w14:paraId="3D27893C" w14:textId="77777777">
        <w:trPr>
          <w:trHeight w:val="518"/>
        </w:trPr>
        <w:tc>
          <w:tcPr>
            <w:tcW w:w="1872" w:type="dxa"/>
            <w:shd w:val="clear" w:color="auto" w:fill="F4F7FA"/>
            <w:tcMar>
              <w:top w:w="50" w:type="dxa"/>
              <w:left w:w="100" w:type="dxa"/>
              <w:bottom w:w="50" w:type="dxa"/>
              <w:right w:w="80" w:type="dxa"/>
            </w:tcMar>
          </w:tcPr>
          <w:p w14:paraId="181D60F1" w14:textId="77777777" w:rsidR="002321DE" w:rsidRDefault="00B57BF7">
            <w:r>
              <w:rPr>
                <w:rFonts w:ascii="Calibri" w:eastAsia="Calibri" w:hAnsi="Calibri" w:cs="Calibri"/>
                <w:b/>
                <w:color w:val="1F3A5F"/>
                <w:sz w:val="20"/>
              </w:rPr>
              <w:t>Time (minutes):</w:t>
            </w:r>
          </w:p>
        </w:tc>
        <w:tc>
          <w:tcPr>
            <w:tcW w:w="3168" w:type="dxa"/>
            <w:tcMar>
              <w:top w:w="50" w:type="dxa"/>
              <w:left w:w="100" w:type="dxa"/>
              <w:bottom w:w="50" w:type="dxa"/>
              <w:right w:w="100" w:type="dxa"/>
            </w:tcMar>
          </w:tcPr>
          <w:p w14:paraId="3A1CCEC6" w14:textId="77777777" w:rsidR="002321DE" w:rsidRDefault="002321DE"/>
        </w:tc>
        <w:tc>
          <w:tcPr>
            <w:tcW w:w="1872" w:type="dxa"/>
            <w:shd w:val="clear" w:color="auto" w:fill="F4F7FA"/>
            <w:tcMar>
              <w:top w:w="50" w:type="dxa"/>
              <w:left w:w="100" w:type="dxa"/>
              <w:bottom w:w="50" w:type="dxa"/>
              <w:right w:w="80" w:type="dxa"/>
            </w:tcMar>
          </w:tcPr>
          <w:p w14:paraId="7E3557DE" w14:textId="77777777" w:rsidR="002321DE" w:rsidRDefault="00B57BF7">
            <w:r>
              <w:rPr>
                <w:rFonts w:ascii="Calibri" w:eastAsia="Calibri" w:hAnsi="Calibri" w:cs="Calibri"/>
                <w:b/>
                <w:color w:val="1F3A5F"/>
                <w:sz w:val="20"/>
              </w:rPr>
              <w:t>Checks:</w:t>
            </w:r>
          </w:p>
        </w:tc>
        <w:tc>
          <w:tcPr>
            <w:tcW w:w="3168" w:type="dxa"/>
            <w:tcMar>
              <w:top w:w="50" w:type="dxa"/>
              <w:left w:w="100" w:type="dxa"/>
              <w:bottom w:w="50" w:type="dxa"/>
              <w:right w:w="100" w:type="dxa"/>
            </w:tcMar>
          </w:tcPr>
          <w:p w14:paraId="5F78ECF6" w14:textId="77777777" w:rsidR="002321DE" w:rsidRDefault="00B57BF7">
            <w:r>
              <w:rPr>
                <w:rFonts w:ascii="Calibri" w:eastAsia="Calibri" w:hAnsi="Calibri" w:cs="Calibri"/>
                <w:color w:val="1F3A5F"/>
                <w:sz w:val="21"/>
              </w:rPr>
              <w:t>☐ Memorization   ☐ Did not read</w:t>
            </w:r>
          </w:p>
        </w:tc>
      </w:tr>
    </w:tbl>
    <w:p w14:paraId="30C8A3E8" w14:textId="77777777" w:rsidR="00807A9D" w:rsidRDefault="00807A9D">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75185D" w14:paraId="5BF35F90" w14:textId="77777777">
        <w:tc>
          <w:tcPr>
            <w:tcW w:w="7632" w:type="dxa"/>
            <w:shd w:val="clear" w:color="auto" w:fill="1F3A5F"/>
            <w:tcMar>
              <w:top w:w="90" w:type="dxa"/>
              <w:left w:w="140" w:type="dxa"/>
              <w:bottom w:w="90" w:type="dxa"/>
              <w:right w:w="140" w:type="dxa"/>
            </w:tcMar>
            <w:vAlign w:val="center"/>
          </w:tcPr>
          <w:p w14:paraId="1C44BE58" w14:textId="77777777" w:rsidR="002321DE" w:rsidRDefault="00B57BF7">
            <w:r>
              <w:rPr>
                <w:rFonts w:ascii="Calibri" w:eastAsia="Calibri" w:hAnsi="Calibri" w:cs="Calibri"/>
                <w:b/>
                <w:color w:val="C8D6E5"/>
                <w:sz w:val="18"/>
              </w:rPr>
              <w:t>PRESENT  ·  STEP 32</w:t>
            </w:r>
          </w:p>
          <w:p w14:paraId="1446FF40" w14:textId="77777777" w:rsidR="002321DE" w:rsidRDefault="00B57BF7">
            <w:r>
              <w:rPr>
                <w:rFonts w:ascii="Calibri" w:eastAsia="Calibri" w:hAnsi="Calibri" w:cs="Calibri"/>
                <w:b/>
                <w:color w:val="FFFFFF"/>
                <w:sz w:val="40"/>
              </w:rPr>
              <w:t>Presentation Tips</w:t>
            </w:r>
          </w:p>
        </w:tc>
        <w:tc>
          <w:tcPr>
            <w:tcW w:w="2448" w:type="dxa"/>
            <w:shd w:val="clear" w:color="auto" w:fill="1F3A5F"/>
            <w:tcMar>
              <w:top w:w="90" w:type="dxa"/>
              <w:left w:w="140" w:type="dxa"/>
              <w:bottom w:w="90" w:type="dxa"/>
              <w:right w:w="140" w:type="dxa"/>
            </w:tcMar>
            <w:vAlign w:val="center"/>
          </w:tcPr>
          <w:p w14:paraId="02BB0675" w14:textId="77777777" w:rsidR="002321DE" w:rsidRDefault="00B57BF7">
            <w:pPr>
              <w:jc w:val="right"/>
            </w:pPr>
            <w:r>
              <w:rPr>
                <w:rFonts w:ascii="Calibri" w:eastAsia="Calibri" w:hAnsi="Calibri" w:cs="Calibri"/>
                <w:color w:val="C8D6E5"/>
                <w:sz w:val="18"/>
              </w:rPr>
              <w:t>About 20–30 minutes</w:t>
            </w:r>
          </w:p>
        </w:tc>
      </w:tr>
    </w:tbl>
    <w:p w14:paraId="22A605D6" w14:textId="77777777" w:rsidR="002321DE" w:rsidRDefault="002321DE">
      <w:pPr>
        <w:spacing w:line="264" w:lineRule="auto"/>
      </w:pPr>
    </w:p>
    <w:p w14:paraId="563AAA26" w14:textId="77777777" w:rsidR="002321DE" w:rsidRDefault="00B57BF7">
      <w:pPr>
        <w:spacing w:after="120" w:line="264" w:lineRule="auto"/>
      </w:pPr>
      <w:r>
        <w:rPr>
          <w:rFonts w:ascii="Calibri" w:eastAsia="Calibri" w:hAnsi="Calibri" w:cs="Calibri"/>
          <w:b/>
          <w:color w:val="1F3A5F"/>
        </w:rPr>
        <w:t xml:space="preserve">Goal: </w:t>
      </w:r>
      <w:r>
        <w:rPr>
          <w:rFonts w:eastAsia="Georgia" w:cs="Georgia"/>
          <w:color w:val="222222"/>
        </w:rPr>
        <w:t>Share your hero and your growth with confidence.</w:t>
      </w:r>
    </w:p>
    <w:p w14:paraId="239E519E" w14:textId="77777777" w:rsidR="002321DE" w:rsidRDefault="002321DE">
      <w:pPr>
        <w:spacing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75185D" w14:paraId="282140A2" w14:textId="77777777">
        <w:tc>
          <w:tcPr>
            <w:tcW w:w="10080" w:type="dxa"/>
            <w:shd w:val="clear" w:color="auto" w:fill="FBF6EC"/>
            <w:tcMar>
              <w:top w:w="70" w:type="dxa"/>
              <w:left w:w="140" w:type="dxa"/>
              <w:bottom w:w="70" w:type="dxa"/>
              <w:right w:w="140" w:type="dxa"/>
            </w:tcMar>
          </w:tcPr>
          <w:p w14:paraId="0BADDDC3" w14:textId="77777777" w:rsidR="002321DE" w:rsidRDefault="00B57BF7">
            <w:r>
              <w:rPr>
                <w:rFonts w:ascii="Calibri" w:eastAsia="Calibri" w:hAnsi="Calibri" w:cs="Calibri"/>
                <w:b/>
                <w:color w:val="7A551C"/>
                <w:sz w:val="20"/>
              </w:rPr>
              <w:t xml:space="preserve">REMEMBER: </w:t>
            </w:r>
            <w:r>
              <w:rPr>
                <w:rFonts w:ascii="Calibri" w:eastAsia="Calibri" w:hAnsi="Calibri" w:cs="Calibri"/>
                <w:color w:val="3A2E1A"/>
                <w:sz w:val="20"/>
              </w:rPr>
              <w:t>You have come to know, respect, and love your hero. Your presentation is your chance to help others feel the same way.</w:t>
            </w:r>
          </w:p>
        </w:tc>
      </w:tr>
    </w:tbl>
    <w:p w14:paraId="1EB94292" w14:textId="77777777" w:rsidR="002321DE" w:rsidRDefault="002321DE">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75185D" w14:paraId="4040DCCD" w14:textId="77777777">
        <w:tc>
          <w:tcPr>
            <w:tcW w:w="10080" w:type="dxa"/>
            <w:shd w:val="clear" w:color="auto" w:fill="E8EEF5"/>
            <w:tcMar>
              <w:top w:w="60" w:type="dxa"/>
              <w:left w:w="140" w:type="dxa"/>
              <w:bottom w:w="60" w:type="dxa"/>
              <w:right w:w="140" w:type="dxa"/>
            </w:tcMar>
          </w:tcPr>
          <w:p w14:paraId="443BABF6" w14:textId="77777777" w:rsidR="002321DE" w:rsidRDefault="00B57BF7">
            <w:r>
              <w:rPr>
                <w:rFonts w:ascii="Calibri" w:eastAsia="Calibri" w:hAnsi="Calibri" w:cs="Calibri"/>
                <w:b/>
                <w:color w:val="1F3A5F"/>
                <w:sz w:val="24"/>
              </w:rPr>
              <w:t>Before You Present</w:t>
            </w:r>
          </w:p>
        </w:tc>
      </w:tr>
      <w:tr w:rsidR="0075185D" w14:paraId="66DE2FD6" w14:textId="77777777">
        <w:tc>
          <w:tcPr>
            <w:tcW w:w="10080" w:type="dxa"/>
            <w:tcMar>
              <w:top w:w="70" w:type="dxa"/>
              <w:left w:w="160" w:type="dxa"/>
              <w:bottom w:w="80" w:type="dxa"/>
              <w:right w:w="140" w:type="dxa"/>
            </w:tcMar>
          </w:tcPr>
          <w:p w14:paraId="1363758C" w14:textId="77777777" w:rsidR="002321DE" w:rsidRDefault="00B57BF7">
            <w:pPr>
              <w:spacing w:after="80"/>
              <w:ind w:left="288" w:hanging="288"/>
            </w:pPr>
            <w:r>
              <w:rPr>
                <w:rFonts w:ascii="Calibri" w:eastAsia="Calibri" w:hAnsi="Calibri" w:cs="Calibri"/>
                <w:b/>
                <w:color w:val="1F3A5F"/>
                <w:sz w:val="21"/>
              </w:rPr>
              <w:t xml:space="preserve">•  </w:t>
            </w:r>
            <w:r>
              <w:rPr>
                <w:rFonts w:eastAsia="Georgia" w:cs="Georgia"/>
                <w:color w:val="222222"/>
                <w:sz w:val="21"/>
              </w:rPr>
              <w:t>Practice with your outline, not a script. Know your story well enough to tell it from your heart.</w:t>
            </w:r>
          </w:p>
          <w:p w14:paraId="69A143DD" w14:textId="77777777" w:rsidR="002321DE" w:rsidRDefault="00B57BF7">
            <w:pPr>
              <w:spacing w:after="80"/>
              <w:ind w:left="288" w:hanging="288"/>
            </w:pPr>
            <w:r>
              <w:rPr>
                <w:rFonts w:ascii="Calibri" w:eastAsia="Calibri" w:hAnsi="Calibri" w:cs="Calibri"/>
                <w:b/>
                <w:color w:val="1F3A5F"/>
                <w:sz w:val="21"/>
              </w:rPr>
              <w:t xml:space="preserve">•  </w:t>
            </w:r>
            <w:r>
              <w:rPr>
                <w:rFonts w:eastAsia="Georgia" w:cs="Georgia"/>
                <w:color w:val="222222"/>
                <w:sz w:val="21"/>
              </w:rPr>
              <w:t>Set up your visuals ahead of time: pictures, clips, slides, or props.</w:t>
            </w:r>
          </w:p>
          <w:p w14:paraId="6AB5647A" w14:textId="77777777" w:rsidR="002321DE" w:rsidRDefault="00B57BF7">
            <w:pPr>
              <w:spacing w:after="80"/>
              <w:ind w:left="288" w:hanging="288"/>
            </w:pPr>
            <w:r>
              <w:rPr>
                <w:rFonts w:ascii="Calibri" w:eastAsia="Calibri" w:hAnsi="Calibri" w:cs="Calibri"/>
                <w:b/>
                <w:color w:val="1F3A5F"/>
                <w:sz w:val="21"/>
              </w:rPr>
              <w:t xml:space="preserve">•  </w:t>
            </w:r>
            <w:r>
              <w:rPr>
                <w:rFonts w:eastAsia="Georgia" w:cs="Georgia"/>
                <w:color w:val="222222"/>
                <w:sz w:val="21"/>
              </w:rPr>
              <w:t>You may dress as your hero or wear clothing from their time period (optional).</w:t>
            </w:r>
          </w:p>
          <w:p w14:paraId="4BDC8B70" w14:textId="77777777" w:rsidR="002321DE" w:rsidRDefault="00B57BF7">
            <w:pPr>
              <w:spacing w:after="80"/>
              <w:ind w:left="288" w:hanging="288"/>
            </w:pPr>
            <w:r>
              <w:rPr>
                <w:rFonts w:ascii="Calibri" w:eastAsia="Calibri" w:hAnsi="Calibri" w:cs="Calibri"/>
                <w:b/>
                <w:color w:val="1F3A5F"/>
                <w:sz w:val="21"/>
              </w:rPr>
              <w:t xml:space="preserve">•  </w:t>
            </w:r>
            <w:r>
              <w:rPr>
                <w:rFonts w:eastAsia="Georgia" w:cs="Georgia"/>
                <w:color w:val="222222"/>
                <w:sz w:val="21"/>
              </w:rPr>
              <w:t>Invite family members, such as parents, grandparents, and siblings, to watch.</w:t>
            </w:r>
          </w:p>
        </w:tc>
      </w:tr>
    </w:tbl>
    <w:p w14:paraId="74DE1103" w14:textId="77777777" w:rsidR="002321DE" w:rsidRDefault="002321DE">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75185D" w14:paraId="4EEA31F7" w14:textId="77777777">
        <w:tc>
          <w:tcPr>
            <w:tcW w:w="10080" w:type="dxa"/>
            <w:shd w:val="clear" w:color="auto" w:fill="E8EEF5"/>
            <w:tcMar>
              <w:top w:w="60" w:type="dxa"/>
              <w:left w:w="140" w:type="dxa"/>
              <w:bottom w:w="60" w:type="dxa"/>
              <w:right w:w="140" w:type="dxa"/>
            </w:tcMar>
          </w:tcPr>
          <w:p w14:paraId="063F8BFE" w14:textId="77777777" w:rsidR="002321DE" w:rsidRDefault="00B57BF7">
            <w:r>
              <w:rPr>
                <w:rFonts w:ascii="Calibri" w:eastAsia="Calibri" w:hAnsi="Calibri" w:cs="Calibri"/>
                <w:b/>
                <w:color w:val="1F3A5F"/>
                <w:sz w:val="24"/>
              </w:rPr>
              <w:t>While You Present</w:t>
            </w:r>
          </w:p>
        </w:tc>
      </w:tr>
      <w:tr w:rsidR="0075185D" w14:paraId="10099862" w14:textId="77777777">
        <w:tc>
          <w:tcPr>
            <w:tcW w:w="10080" w:type="dxa"/>
            <w:tcMar>
              <w:top w:w="70" w:type="dxa"/>
              <w:left w:w="160" w:type="dxa"/>
              <w:bottom w:w="80" w:type="dxa"/>
              <w:right w:w="140" w:type="dxa"/>
            </w:tcMar>
          </w:tcPr>
          <w:p w14:paraId="098BAE65" w14:textId="77777777" w:rsidR="002321DE" w:rsidRDefault="00B57BF7">
            <w:pPr>
              <w:spacing w:after="80"/>
              <w:ind w:left="288" w:hanging="288"/>
            </w:pPr>
            <w:r>
              <w:rPr>
                <w:rFonts w:ascii="Calibri" w:eastAsia="Calibri" w:hAnsi="Calibri" w:cs="Calibri"/>
                <w:b/>
                <w:color w:val="1F3A5F"/>
                <w:sz w:val="21"/>
              </w:rPr>
              <w:t xml:space="preserve">•  </w:t>
            </w:r>
            <w:r>
              <w:rPr>
                <w:rFonts w:eastAsia="Georgia" w:cs="Georgia"/>
                <w:b/>
                <w:color w:val="222222"/>
                <w:sz w:val="21"/>
              </w:rPr>
              <w:t xml:space="preserve">Be an orator, not a reader. </w:t>
            </w:r>
            <w:r>
              <w:rPr>
                <w:rFonts w:eastAsia="Georgia" w:cs="Georgia"/>
                <w:color w:val="222222"/>
                <w:sz w:val="21"/>
              </w:rPr>
              <w:t>Glance at your note cards, but look at your audience.</w:t>
            </w:r>
          </w:p>
          <w:p w14:paraId="4EAE0E1D" w14:textId="77777777" w:rsidR="002321DE" w:rsidRDefault="00B57BF7">
            <w:pPr>
              <w:spacing w:after="80"/>
              <w:ind w:left="288" w:hanging="288"/>
            </w:pPr>
            <w:r>
              <w:rPr>
                <w:rFonts w:ascii="Calibri" w:eastAsia="Calibri" w:hAnsi="Calibri" w:cs="Calibri"/>
                <w:b/>
                <w:color w:val="1F3A5F"/>
                <w:sz w:val="21"/>
              </w:rPr>
              <w:t xml:space="preserve">•  </w:t>
            </w:r>
            <w:r>
              <w:rPr>
                <w:rFonts w:eastAsia="Georgia" w:cs="Georgia"/>
                <w:b/>
                <w:color w:val="222222"/>
                <w:sz w:val="21"/>
              </w:rPr>
              <w:t xml:space="preserve">Tell stories. </w:t>
            </w:r>
            <w:r>
              <w:rPr>
                <w:rFonts w:eastAsia="Georgia" w:cs="Georgia"/>
                <w:color w:val="222222"/>
                <w:sz w:val="21"/>
              </w:rPr>
              <w:t>Stories help your audience come to love and respect your hero the way you do.</w:t>
            </w:r>
          </w:p>
          <w:p w14:paraId="06605BEF" w14:textId="77777777" w:rsidR="002321DE" w:rsidRDefault="00B57BF7">
            <w:pPr>
              <w:spacing w:after="80"/>
              <w:ind w:left="288" w:hanging="288"/>
            </w:pPr>
            <w:r>
              <w:rPr>
                <w:rFonts w:ascii="Calibri" w:eastAsia="Calibri" w:hAnsi="Calibri" w:cs="Calibri"/>
                <w:b/>
                <w:color w:val="1F3A5F"/>
                <w:sz w:val="21"/>
              </w:rPr>
              <w:t xml:space="preserve">•  </w:t>
            </w:r>
            <w:r>
              <w:rPr>
                <w:rFonts w:eastAsia="Georgia" w:cs="Georgia"/>
                <w:b/>
                <w:color w:val="222222"/>
                <w:sz w:val="21"/>
              </w:rPr>
              <w:t xml:space="preserve">Speak clearly and with dignity. </w:t>
            </w:r>
            <w:r>
              <w:rPr>
                <w:rFonts w:eastAsia="Georgia" w:cs="Georgia"/>
                <w:color w:val="222222"/>
                <w:sz w:val="21"/>
              </w:rPr>
              <w:t>Avoid filler words like "um," "like," and "and yeah."</w:t>
            </w:r>
          </w:p>
          <w:p w14:paraId="39B39ACB" w14:textId="77777777" w:rsidR="002321DE" w:rsidRDefault="00B57BF7">
            <w:pPr>
              <w:spacing w:after="80"/>
              <w:ind w:left="288" w:hanging="288"/>
            </w:pPr>
            <w:r>
              <w:rPr>
                <w:rFonts w:ascii="Calibri" w:eastAsia="Calibri" w:hAnsi="Calibri" w:cs="Calibri"/>
                <w:b/>
                <w:color w:val="1F3A5F"/>
                <w:sz w:val="21"/>
              </w:rPr>
              <w:t xml:space="preserve">•  </w:t>
            </w:r>
            <w:r>
              <w:rPr>
                <w:rFonts w:eastAsia="Georgia" w:cs="Georgia"/>
                <w:b/>
                <w:color w:val="222222"/>
                <w:sz w:val="21"/>
              </w:rPr>
              <w:t xml:space="preserve">Recite your memorization from memory. </w:t>
            </w:r>
            <w:r>
              <w:rPr>
                <w:rFonts w:eastAsia="Georgia" w:cs="Georgia"/>
                <w:color w:val="222222"/>
                <w:sz w:val="21"/>
              </w:rPr>
              <w:t>Pause before you begin so it stands out.</w:t>
            </w:r>
          </w:p>
          <w:p w14:paraId="3A4635B6" w14:textId="77777777" w:rsidR="002321DE" w:rsidRDefault="00B57BF7">
            <w:pPr>
              <w:spacing w:after="80"/>
              <w:ind w:left="288" w:hanging="288"/>
            </w:pPr>
            <w:r>
              <w:rPr>
                <w:rFonts w:ascii="Calibri" w:eastAsia="Calibri" w:hAnsi="Calibri" w:cs="Calibri"/>
                <w:b/>
                <w:color w:val="1F3A5F"/>
                <w:sz w:val="21"/>
              </w:rPr>
              <w:t xml:space="preserve">•  </w:t>
            </w:r>
            <w:r>
              <w:rPr>
                <w:rFonts w:eastAsia="Georgia" w:cs="Georgia"/>
                <w:b/>
                <w:color w:val="222222"/>
                <w:sz w:val="21"/>
              </w:rPr>
              <w:t xml:space="preserve">Share your heart. </w:t>
            </w:r>
            <w:r>
              <w:rPr>
                <w:rFonts w:eastAsia="Georgia" w:cs="Georgia"/>
                <w:color w:val="222222"/>
                <w:sz w:val="21"/>
              </w:rPr>
              <w:t>Help your audience understand why this hero matters to you.</w:t>
            </w:r>
          </w:p>
          <w:p w14:paraId="32876A66" w14:textId="77777777" w:rsidR="002321DE" w:rsidRDefault="00B57BF7">
            <w:pPr>
              <w:spacing w:after="80"/>
              <w:ind w:left="288" w:hanging="288"/>
            </w:pPr>
            <w:r>
              <w:rPr>
                <w:rFonts w:ascii="Calibri" w:eastAsia="Calibri" w:hAnsi="Calibri" w:cs="Calibri"/>
                <w:b/>
                <w:color w:val="1F3A5F"/>
                <w:sz w:val="21"/>
              </w:rPr>
              <w:t xml:space="preserve">•  </w:t>
            </w:r>
            <w:r>
              <w:rPr>
                <w:rFonts w:eastAsia="Georgia" w:cs="Georgia"/>
                <w:b/>
                <w:color w:val="222222"/>
                <w:sz w:val="21"/>
              </w:rPr>
              <w:t xml:space="preserve">Save questions for the end. </w:t>
            </w:r>
            <w:r>
              <w:rPr>
                <w:rFonts w:eastAsia="Georgia" w:cs="Georgia"/>
                <w:color w:val="222222"/>
                <w:sz w:val="21"/>
              </w:rPr>
              <w:t>Keep the audience listening during your presentation, and invite questions afterward.</w:t>
            </w:r>
          </w:p>
        </w:tc>
      </w:tr>
    </w:tbl>
    <w:p w14:paraId="5B27AC76" w14:textId="77777777" w:rsidR="002321DE" w:rsidRDefault="002321DE">
      <w:pPr>
        <w:spacing w:after="16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75185D" w14:paraId="2D270A36" w14:textId="77777777">
        <w:tc>
          <w:tcPr>
            <w:tcW w:w="10080" w:type="dxa"/>
            <w:shd w:val="clear" w:color="auto" w:fill="F6EBD5"/>
            <w:tcMar>
              <w:top w:w="60" w:type="dxa"/>
              <w:left w:w="140" w:type="dxa"/>
              <w:bottom w:w="60" w:type="dxa"/>
              <w:right w:w="140" w:type="dxa"/>
            </w:tcMar>
          </w:tcPr>
          <w:p w14:paraId="1C1001F0" w14:textId="77777777" w:rsidR="002321DE" w:rsidRDefault="00B57BF7">
            <w:r>
              <w:rPr>
                <w:rFonts w:ascii="Calibri" w:eastAsia="Calibri" w:hAnsi="Calibri" w:cs="Calibri"/>
                <w:b/>
                <w:color w:val="7A551C"/>
                <w:sz w:val="24"/>
              </w:rPr>
              <w:t>Recording Tips</w:t>
            </w:r>
          </w:p>
        </w:tc>
      </w:tr>
      <w:tr w:rsidR="0075185D" w14:paraId="513FC848" w14:textId="77777777">
        <w:tc>
          <w:tcPr>
            <w:tcW w:w="10080" w:type="dxa"/>
            <w:tcMar>
              <w:top w:w="70" w:type="dxa"/>
              <w:left w:w="160" w:type="dxa"/>
              <w:bottom w:w="80" w:type="dxa"/>
              <w:right w:w="140" w:type="dxa"/>
            </w:tcMar>
          </w:tcPr>
          <w:p w14:paraId="4DBF9208" w14:textId="77777777" w:rsidR="002321DE" w:rsidRDefault="00B57BF7">
            <w:pPr>
              <w:spacing w:after="80"/>
              <w:ind w:left="288" w:hanging="288"/>
            </w:pPr>
            <w:r>
              <w:rPr>
                <w:rFonts w:ascii="Calibri" w:eastAsia="Calibri" w:hAnsi="Calibri" w:cs="Calibri"/>
                <w:b/>
                <w:color w:val="7A551C"/>
                <w:sz w:val="21"/>
              </w:rPr>
              <w:t xml:space="preserve">•  </w:t>
            </w:r>
            <w:r>
              <w:rPr>
                <w:rFonts w:eastAsia="Georgia" w:cs="Georgia"/>
                <w:color w:val="222222"/>
                <w:sz w:val="21"/>
              </w:rPr>
              <w:t>Record in a quiet place with good light in front of you, not behind you.</w:t>
            </w:r>
          </w:p>
          <w:p w14:paraId="495223A2" w14:textId="77777777" w:rsidR="002321DE" w:rsidRDefault="00B57BF7">
            <w:pPr>
              <w:spacing w:after="80"/>
              <w:ind w:left="288" w:hanging="288"/>
            </w:pPr>
            <w:r>
              <w:rPr>
                <w:rFonts w:ascii="Calibri" w:eastAsia="Calibri" w:hAnsi="Calibri" w:cs="Calibri"/>
                <w:b/>
                <w:color w:val="7A551C"/>
                <w:sz w:val="21"/>
              </w:rPr>
              <w:t xml:space="preserve">•  </w:t>
            </w:r>
            <w:r>
              <w:rPr>
                <w:rFonts w:eastAsia="Georgia" w:cs="Georgia"/>
                <w:color w:val="222222"/>
                <w:sz w:val="21"/>
              </w:rPr>
              <w:t>Keep the camera steady. Ask someone to hold it, or use a stand.</w:t>
            </w:r>
          </w:p>
          <w:p w14:paraId="6F2DD8D0" w14:textId="77777777" w:rsidR="002321DE" w:rsidRDefault="00B57BF7">
            <w:pPr>
              <w:spacing w:after="80"/>
              <w:ind w:left="288" w:hanging="288"/>
            </w:pPr>
            <w:r>
              <w:rPr>
                <w:rFonts w:ascii="Calibri" w:eastAsia="Calibri" w:hAnsi="Calibri" w:cs="Calibri"/>
                <w:b/>
                <w:color w:val="7A551C"/>
                <w:sz w:val="21"/>
              </w:rPr>
              <w:t xml:space="preserve">•  </w:t>
            </w:r>
            <w:r>
              <w:rPr>
                <w:rFonts w:eastAsia="Georgia" w:cs="Georgia"/>
                <w:color w:val="222222"/>
                <w:sz w:val="21"/>
              </w:rPr>
              <w:t>Do a quick 10-second test to check sound and lighting.</w:t>
            </w:r>
          </w:p>
          <w:p w14:paraId="4CE39108" w14:textId="77777777" w:rsidR="002321DE" w:rsidRDefault="00B57BF7">
            <w:pPr>
              <w:spacing w:after="80"/>
              <w:ind w:left="288" w:hanging="288"/>
            </w:pPr>
            <w:r>
              <w:rPr>
                <w:rFonts w:ascii="Calibri" w:eastAsia="Calibri" w:hAnsi="Calibri" w:cs="Calibri"/>
                <w:b/>
                <w:color w:val="7A551C"/>
                <w:sz w:val="21"/>
              </w:rPr>
              <w:t xml:space="preserve">•  </w:t>
            </w:r>
            <w:r>
              <w:rPr>
                <w:rFonts w:eastAsia="Georgia" w:cs="Georgia"/>
                <w:color w:val="222222"/>
                <w:sz w:val="21"/>
              </w:rPr>
              <w:t>Keep your presentation to 5–7 minutes.</w:t>
            </w:r>
          </w:p>
        </w:tc>
      </w:tr>
    </w:tbl>
    <w:p w14:paraId="16F34CF9" w14:textId="77777777" w:rsidR="002321DE" w:rsidRDefault="002321DE">
      <w:pPr>
        <w:spacing w:line="20" w:lineRule="exact"/>
      </w:pPr>
    </w:p>
    <w:sectPr w:rsidR="002321DE" w:rsidSect="00034616">
      <w:pgSz w:w="12240" w:h="15840"/>
      <w:pgMar w:top="864" w:right="1080" w:bottom="86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95366E" w14:textId="77777777" w:rsidR="00B23B75" w:rsidRDefault="00B23B75">
      <w:pPr>
        <w:spacing w:line="240" w:lineRule="auto"/>
      </w:pPr>
      <w:r>
        <w:separator/>
      </w:r>
    </w:p>
  </w:endnote>
  <w:endnote w:type="continuationSeparator" w:id="0">
    <w:p w14:paraId="415F4FA6" w14:textId="77777777" w:rsidR="00B23B75" w:rsidRDefault="00B23B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37BFBF" w14:textId="77777777" w:rsidR="00214953" w:rsidRDefault="00000000">
    <w:pPr>
      <w:jc w:val="center"/>
    </w:pPr>
    <w:r>
      <w:rPr>
        <w:rFonts w:ascii="Calibri" w:eastAsia="Calibri" w:hAnsi="Calibri" w:cs="Calibri"/>
        <w:color w:val="595959"/>
        <w:sz w:val="16"/>
        <w:szCs w:val="16"/>
      </w:rPr>
      <w:t xml:space="preserve">AHS Worldwide · Master Project Student Workbook · Page </w:t>
    </w:r>
    <w:r>
      <w:rPr>
        <w:rFonts w:ascii="Calibri" w:eastAsia="Calibri" w:hAnsi="Calibri" w:cs="Calibri"/>
        <w:color w:val="595959"/>
        <w:sz w:val="16"/>
        <w:szCs w:val="16"/>
      </w:rPr>
      <w:fldChar w:fldCharType="begin"/>
    </w:r>
    <w:r>
      <w:rPr>
        <w:rFonts w:ascii="Calibri" w:eastAsia="Calibri" w:hAnsi="Calibri" w:cs="Calibri"/>
        <w:color w:val="595959"/>
        <w:sz w:val="16"/>
        <w:szCs w:val="16"/>
      </w:rPr>
      <w:instrText xml:space="preserve"> PAGE </w:instrText>
    </w:r>
    <w:r>
      <w:rPr>
        <w:rFonts w:ascii="Calibri" w:eastAsia="Calibri" w:hAnsi="Calibri" w:cs="Calibri"/>
        <w:color w:val="595959"/>
        <w:sz w:val="16"/>
        <w:szCs w:val="16"/>
      </w:rPr>
      <w:fldChar w:fldCharType="separate"/>
    </w:r>
    <w:r>
      <w:rPr>
        <w:rFonts w:ascii="Calibri" w:eastAsia="Calibri" w:hAnsi="Calibri" w:cs="Calibri"/>
        <w:color w:val="595959"/>
        <w:sz w:val="16"/>
        <w:szCs w:val="16"/>
      </w:rPr>
      <w:t>1</w:t>
    </w:r>
    <w:r>
      <w:rPr>
        <w:rFonts w:ascii="Calibri" w:eastAsia="Calibri" w:hAnsi="Calibri" w:cs="Calibri"/>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D06634" w14:textId="77777777" w:rsidR="00B23B75" w:rsidRDefault="00B23B75">
      <w:pPr>
        <w:spacing w:line="240" w:lineRule="auto"/>
      </w:pPr>
      <w:r>
        <w:separator/>
      </w:r>
    </w:p>
  </w:footnote>
  <w:footnote w:type="continuationSeparator" w:id="0">
    <w:p w14:paraId="33C9D154" w14:textId="77777777" w:rsidR="00B23B75" w:rsidRDefault="00B23B7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5398046">
    <w:abstractNumId w:val="8"/>
  </w:num>
  <w:num w:numId="2" w16cid:durableId="807940759">
    <w:abstractNumId w:val="6"/>
  </w:num>
  <w:num w:numId="3" w16cid:durableId="1171334839">
    <w:abstractNumId w:val="5"/>
  </w:num>
  <w:num w:numId="4" w16cid:durableId="972905816">
    <w:abstractNumId w:val="4"/>
  </w:num>
  <w:num w:numId="5" w16cid:durableId="443965066">
    <w:abstractNumId w:val="7"/>
  </w:num>
  <w:num w:numId="6" w16cid:durableId="87235906">
    <w:abstractNumId w:val="3"/>
  </w:num>
  <w:num w:numId="7" w16cid:durableId="1303583817">
    <w:abstractNumId w:val="2"/>
  </w:num>
  <w:num w:numId="8" w16cid:durableId="1850289557">
    <w:abstractNumId w:val="1"/>
  </w:num>
  <w:num w:numId="9" w16cid:durableId="3967300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FCC"/>
    <w:rsid w:val="00034616"/>
    <w:rsid w:val="0006063C"/>
    <w:rsid w:val="0008525F"/>
    <w:rsid w:val="0009707A"/>
    <w:rsid w:val="000F72FF"/>
    <w:rsid w:val="001434C2"/>
    <w:rsid w:val="0015074B"/>
    <w:rsid w:val="0015628C"/>
    <w:rsid w:val="00214953"/>
    <w:rsid w:val="002321DE"/>
    <w:rsid w:val="00286758"/>
    <w:rsid w:val="0029639D"/>
    <w:rsid w:val="00313D8F"/>
    <w:rsid w:val="00326F90"/>
    <w:rsid w:val="00356009"/>
    <w:rsid w:val="003B0720"/>
    <w:rsid w:val="003E36A8"/>
    <w:rsid w:val="00471697"/>
    <w:rsid w:val="00492164"/>
    <w:rsid w:val="004B16D5"/>
    <w:rsid w:val="00533A83"/>
    <w:rsid w:val="005563BB"/>
    <w:rsid w:val="005615A6"/>
    <w:rsid w:val="005B4569"/>
    <w:rsid w:val="005C5606"/>
    <w:rsid w:val="005D439C"/>
    <w:rsid w:val="005E3EC5"/>
    <w:rsid w:val="00663C29"/>
    <w:rsid w:val="00667D0C"/>
    <w:rsid w:val="006759F5"/>
    <w:rsid w:val="00686E83"/>
    <w:rsid w:val="0075185D"/>
    <w:rsid w:val="0076770D"/>
    <w:rsid w:val="007836D7"/>
    <w:rsid w:val="007A21F2"/>
    <w:rsid w:val="00807A9D"/>
    <w:rsid w:val="00856C45"/>
    <w:rsid w:val="00887716"/>
    <w:rsid w:val="0092650F"/>
    <w:rsid w:val="009436E0"/>
    <w:rsid w:val="0095681C"/>
    <w:rsid w:val="009739E7"/>
    <w:rsid w:val="00A37554"/>
    <w:rsid w:val="00AA1D8D"/>
    <w:rsid w:val="00B23B75"/>
    <w:rsid w:val="00B47730"/>
    <w:rsid w:val="00B57BF7"/>
    <w:rsid w:val="00C109F2"/>
    <w:rsid w:val="00CB0664"/>
    <w:rsid w:val="00D172E6"/>
    <w:rsid w:val="00D84205"/>
    <w:rsid w:val="00DD5B05"/>
    <w:rsid w:val="00DE0653"/>
    <w:rsid w:val="00DF40FD"/>
    <w:rsid w:val="00E03BE6"/>
    <w:rsid w:val="00FC3527"/>
    <w:rsid w:val="00FC693F"/>
    <w:rsid w:val="267B69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A61D52"/>
  <w14:defaultImageDpi w14:val="300"/>
  <w15:docId w15:val="{36AFBE43-FEB8-C04D-8EB2-FDD50BFF7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Georgia" w:hAnsi="Georgia"/>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LTitle">
    <w:name w:val="HL Title"/>
    <w:next w:val="HLBodyText"/>
    <w:qFormat/>
    <w:pPr>
      <w:keepNext/>
      <w:keepLines/>
      <w:spacing w:after="240"/>
      <w:jc w:val="center"/>
    </w:pPr>
    <w:rPr>
      <w:rFonts w:ascii="Calibri" w:eastAsia="Calibri" w:hAnsi="Calibri" w:cs="Calibri"/>
      <w:b/>
      <w:bCs/>
      <w:color w:val="1F3A5F"/>
      <w:sz w:val="52"/>
      <w:szCs w:val="36"/>
    </w:rPr>
  </w:style>
  <w:style w:type="paragraph" w:customStyle="1" w:styleId="HLSubtitle">
    <w:name w:val="HL Subtitle"/>
    <w:basedOn w:val="HLTitle"/>
    <w:next w:val="HLBodyText"/>
    <w:qFormat/>
    <w:pPr>
      <w:spacing w:before="240"/>
    </w:pPr>
    <w:rPr>
      <w:b w:val="0"/>
      <w:color w:val="595959"/>
      <w:sz w:val="26"/>
      <w:szCs w:val="30"/>
    </w:rPr>
  </w:style>
  <w:style w:type="paragraph" w:customStyle="1" w:styleId="HLFirstParagraph">
    <w:name w:val="HL First Paragraph"/>
    <w:basedOn w:val="HLBodyText"/>
    <w:next w:val="HLBodyText"/>
    <w:qFormat/>
  </w:style>
  <w:style w:type="paragraph" w:customStyle="1" w:styleId="HLBodyText">
    <w:name w:val="HL Body Text"/>
    <w:qFormat/>
    <w:pPr>
      <w:spacing w:before="40" w:after="100"/>
    </w:pPr>
  </w:style>
  <w:style w:type="paragraph" w:customStyle="1" w:styleId="HLheading2">
    <w:name w:val="HL heading 2"/>
    <w:next w:val="HLBodyText"/>
    <w:uiPriority w:val="9"/>
    <w:unhideWhenUsed/>
    <w:qFormat/>
    <w:pPr>
      <w:keepNext/>
      <w:keepLines/>
      <w:spacing w:before="200" w:after="80"/>
      <w:outlineLvl w:val="1"/>
    </w:pPr>
    <w:rPr>
      <w:rFonts w:ascii="Calibri" w:eastAsia="Calibri" w:hAnsi="Calibri" w:cs="Calibri"/>
      <w:b/>
      <w:bCs/>
      <w:color w:val="1F3A5F"/>
      <w:sz w:val="30"/>
      <w:szCs w:val="28"/>
    </w:rPr>
  </w:style>
  <w:style w:type="table" w:customStyle="1" w:styleId="HLTable">
    <w:name w:val="HL 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HLCompact">
    <w:name w:val="HL Compact"/>
    <w:basedOn w:val="HLBodyText"/>
    <w:qFormat/>
    <w:pPr>
      <w:spacing w:after="60"/>
    </w:pPr>
  </w:style>
  <w:style w:type="paragraph" w:customStyle="1" w:styleId="HLheading1">
    <w:name w:val="HL heading 1"/>
    <w:next w:val="HLBodyText"/>
    <w:uiPriority w:val="9"/>
    <w:qFormat/>
    <w:pPr>
      <w:keepNext/>
      <w:keepLines/>
      <w:pBdr>
        <w:bottom w:val="single" w:sz="8" w:space="4" w:color="1F3A5F"/>
      </w:pBdr>
      <w:spacing w:before="240"/>
      <w:outlineLvl w:val="0"/>
    </w:pPr>
    <w:rPr>
      <w:rFonts w:ascii="Calibri" w:eastAsia="Calibri" w:hAnsi="Calibri" w:cs="Calibri"/>
      <w:b/>
      <w:bCs/>
      <w:color w:val="1F3A5F"/>
      <w:sz w:val="40"/>
      <w:szCs w:val="32"/>
    </w:rPr>
  </w:style>
  <w:style w:type="paragraph" w:customStyle="1" w:styleId="HLheading3">
    <w:name w:val="HL heading 3"/>
    <w:next w:val="HLBodyText"/>
    <w:uiPriority w:val="9"/>
    <w:unhideWhenUsed/>
    <w:qFormat/>
    <w:pPr>
      <w:keepNext/>
      <w:keepLines/>
      <w:spacing w:before="140" w:after="20"/>
      <w:outlineLvl w:val="2"/>
    </w:pPr>
    <w:rPr>
      <w:rFonts w:ascii="Calibri" w:eastAsia="Calibri" w:hAnsi="Calibri" w:cs="Calibri"/>
      <w:b/>
      <w:bCs/>
      <w:color w:val="9B2C2C"/>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7946</Words>
  <Characters>45293</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53133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Peter Knecht</cp:lastModifiedBy>
  <cp:revision>2</cp:revision>
  <cp:lastPrinted>2026-09-25T12:56:00Z</cp:lastPrinted>
  <dcterms:created xsi:type="dcterms:W3CDTF">2026-09-25T16:46:00Z</dcterms:created>
  <dcterms:modified xsi:type="dcterms:W3CDTF">2026-09-25T16:46:00Z</dcterms:modified>
  <cp:category/>
</cp:coreProperties>
</file>